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游客和用户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在阅读此文档前，请先确认您的业务场景是否符合以下条件：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需要将自身平台业务的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用户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数据和保利威观看页业务的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用户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数据打通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需要区分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游客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和已注册/登录的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用户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两个角色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需要支持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游客注册/登录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成自身平台的用户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如果确认符合以上任意条件，那么您可以选择以下其中一种方案进行对接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用户体系-游客登录（推荐）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观看体系-游客登录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在选择方案前，您可以检查"云直播后台"中是否有"用户"菜单入口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如果有，建议您可以直接选用方案 1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如果没有，建议您咨询保利威售后团队后，再决定是否选用方案 2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图片：/live/js/new_sdk/live_watch_sdk/assets/business/user/admin-user-list.png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游客和用户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