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AI-SDK 配套 UI 组件</w:t>
      </w:r>
    </w:p>
    <w:p>
      <w:pPr>
        <w:pStyle w:val="Heading1"/>
      </w:pPr>
      <w:r>
        <w:t>说明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@polyv/live-watch-ai-ui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是保利威直播观看 AI UI 组件库，基于 Vue 2.x 的开箱即用组件集。包含以下功能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AI 聊天助手</w:t>
      </w:r>
      <w:r>
        <w:rPr>
          <w:rFonts w:ascii="Source Han Sans SC" w:hAnsi="Source Han Sans SC" w:eastAsia="Source Han Sans SC" w:cs="Source Han Sans SC" w:hint="eastAsia"/>
          <w:sz w:val="21"/>
        </w:rPr>
        <w:t>: 完整的 AI 对话界面，支持流式响应、消息列表、语音输入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智能大纲</w:t>
      </w:r>
      <w:r>
        <w:rPr>
          <w:rFonts w:ascii="Source Han Sans SC" w:hAnsi="Source Han Sans SC" w:eastAsia="Source Han Sans SC" w:cs="Source Han Sans SC" w:hint="eastAsia"/>
          <w:sz w:val="21"/>
        </w:rPr>
        <w:t>: 回放视频的 AI 智能分析，支持思维导图展示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字幕逐字稿</w:t>
      </w:r>
      <w:r>
        <w:rPr>
          <w:rFonts w:ascii="Source Han Sans SC" w:hAnsi="Source Han Sans SC" w:eastAsia="Source Han Sans SC" w:cs="Source Han Sans SC" w:hint="eastAsia"/>
          <w:sz w:val="21"/>
        </w:rPr>
        <w:t>: AI 生成的字幕内容，支持时间轴点击跳转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互动答题</w:t>
      </w:r>
      <w:r>
        <w:rPr>
          <w:rFonts w:ascii="Source Han Sans SC" w:hAnsi="Source Han Sans SC" w:eastAsia="Source Han Sans SC" w:cs="Source Han Sans SC" w:hint="eastAsia"/>
          <w:sz w:val="21"/>
        </w:rPr>
        <w:t>: 回放视频中的互动问题展示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数字人支持</w:t>
      </w:r>
      <w:r>
        <w:rPr>
          <w:rFonts w:ascii="Source Han Sans SC" w:hAnsi="Source Han Sans SC" w:eastAsia="Source Han Sans SC" w:cs="Source Han Sans SC" w:hint="eastAsia"/>
          <w:sz w:val="21"/>
        </w:rPr>
        <w:t>: AI 数字人视频预览和播放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如果需要定制更改，可以使用保利威配套的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UI 开源项目</w:t>
      </w:r>
      <w:r>
        <w:rPr>
          <w:rFonts w:ascii="Source Han Sans SC" w:hAnsi="Source Han Sans SC" w:eastAsia="Source Han Sans SC" w:cs="Source Han Sans SC" w:hint="eastAsia"/>
          <w:sz w:val="21"/>
        </w:rPr>
        <w:t>进行二次开发</w:t>
      </w:r>
    </w:p>
    <w:p>
      <w:pPr>
        <w:pStyle w:val="Heading1"/>
      </w:pPr>
      <w:r>
        <w:t>安装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npm install @polyv/live-watch-ai-ui</w:t>
        <w:br/>
        <w:t># 或</w:t>
        <w:br/>
        <w:t>yarn add @polyv/live-watch-ai-ui</w:t>
        <w:br/>
        <w:t># 或</w:t>
        <w:br/>
        <w:t>pnpm add @polyv/live-watch-ai-ui</w:t>
      </w:r>
    </w:p>
    <w:p>
      <w:pPr>
        <w:pStyle w:val="Heading2"/>
      </w:pPr>
      <w:r>
        <w:t>Peer Dependencies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需要安装以下 peer dependencies：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npm install vue@^2.7.16 @polyv/live-watch-ai-sdk</w:t>
      </w:r>
    </w:p>
    <w:p>
      <w:pPr>
        <w:pStyle w:val="Heading1"/>
      </w:pPr>
      <w:r>
        <w:t>快速开始</w:t>
      </w:r>
    </w:p>
    <w:p>
      <w:pPr>
        <w:pStyle w:val="Heading2"/>
      </w:pPr>
      <w:r>
        <w:t>1. 全局注入配置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在应用根组件中注入全局配置：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Vue from 'vue';</w:t>
        <w:br/>
        <w:t>import { useAIGlobalProvider } from '@polyv/live-watch-ai-ui';</w:t>
        <w:br/>
        <w:t>import { PolyvWatchAICore } from '@polyv/live-watch-ai-sdk';</w:t>
        <w:br/>
        <w:br/>
        <w:t>// 初始化 SDK</w:t>
        <w:br/>
        <w:t>const aiCore = new PolyvWatchAICore({</w:t>
        <w:br/>
        <w:t xml:space="preserve">  lang: 'zh_CN',</w:t>
        <w:br/>
        <w:t xml:space="preserve">  domainInfo: {</w:t>
        <w:br/>
        <w:t xml:space="preserve">    polyvWatchApiDomain: 'https://watch-api.polyv.cn',</w:t>
        <w:br/>
        <w:t xml:space="preserve">  },</w:t>
        <w:br/>
        <w:t xml:space="preserve">  getViewerToken: async () =&gt; ({ viewerToken: 'your-token' }),</w:t>
        <w:br/>
        <w:t xml:space="preserve">  getChatToken: async () =&gt; ({ chatToken: 'your-token' }),</w:t>
        <w:br/>
        <w:t xml:space="preserve">  getChannelInfo: async () =&gt; ({ channelId: 'your-channel-id' }),</w:t>
        <w:br/>
        <w:t xml:space="preserve">  getUserInfo: async () =&gt; ({ userId: 'user-123', nick: '用户', pic: '' }),</w:t>
        <w:br/>
        <w:t>});</w:t>
        <w:br/>
        <w:br/>
        <w:t>// 全局注入</w:t>
        <w:br/>
        <w:t>useAIGlobalProvider({</w:t>
        <w:br/>
        <w:t xml:space="preserve">  globalLang: 'zh_CN', // 语言</w:t>
        <w:br/>
        <w:t xml:space="preserve">  theme: 'dark', // 主题：'dark' | 'light'</w:t>
        <w:br/>
        <w:t xml:space="preserve">  isMobile: () =&gt; /mobile/i.test(navigator.userAgent), // 移动端检测</w:t>
        <w:br/>
        <w:t xml:space="preserve">  getWatchAICore: () =&gt; aiCore, // SDK 实例</w:t>
        <w:br/>
        <w:t>});</w:t>
      </w:r>
    </w:p>
    <w:p>
      <w:pPr>
        <w:pStyle w:val="Heading2"/>
      </w:pPr>
      <w:r>
        <w:t>2. 使用 AI 聊天助手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&lt;ai-assistant-chat</w:t>
        <w:br/>
        <w:t xml:space="preserve">    :channel-id="channelId"</w:t>
        <w:br/>
        <w:t xml:space="preserve">    :show-digital-human="true"</w:t>
        <w:br/>
        <w:t xml:space="preserve">  /&gt;</w:t>
        <w:br/>
        <w:t>&lt;/template&gt;</w:t>
        <w:br/>
        <w:br/>
        <w:t>&lt;script lang="ts"&gt;</w:t>
        <w:br/>
        <w:t>import { Component, Vue } from 'vue-property-decorator';</w:t>
        <w:br/>
        <w:t>import { AiAssistantChat } from '@polyv/live-watch-ai-ui';</w:t>
        <w:br/>
        <w:br/>
        <w:t>@Component({</w:t>
        <w:br/>
        <w:t xml:space="preserve">  components: { AiAssistantChat },</w:t>
        <w:br/>
        <w:t>})</w:t>
        <w:br/>
        <w:t>export default class YourComponent extends Vue {</w:t>
        <w:br/>
        <w:t xml:space="preserve">  channelId = 'your-channel-id';</w:t>
        <w:br/>
        <w:t>}</w:t>
        <w:br/>
        <w:t>&lt;/script&gt;</w:t>
      </w:r>
    </w:p>
    <w:p>
      <w:pPr>
        <w:pStyle w:val="Heading2"/>
      </w:pPr>
      <w:r>
        <w:t>3. 使用 AI 聚合功能面板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&lt;ai-aggregate-feature-panel</w:t>
        <w:br/>
        <w:t xml:space="preserve">    :channel-id="channelId"</w:t>
        <w:br/>
        <w:t xml:space="preserve">    :show-outline="true"</w:t>
        <w:br/>
        <w:t xml:space="preserve">    :show-subtitle="true"</w:t>
        <w:br/>
        <w:t xml:space="preserve">    :show-question="true"</w:t>
        <w:br/>
        <w:t xml:space="preserve">    :current-time="currentTime"</w:t>
        <w:br/>
        <w:t xml:space="preserve">    @seek-video="onSeekVideo"</w:t>
        <w:br/>
        <w:t xml:space="preserve">  /&gt;</w:t>
        <w:br/>
        <w:t>&lt;/template&gt;</w:t>
        <w:br/>
        <w:br/>
        <w:t>&lt;script lang="ts"&gt;</w:t>
        <w:br/>
        <w:t>import { Component, Vue, Prop } from 'vue-property-decorator';</w:t>
        <w:br/>
        <w:t>import { AiAggregateFeaturePanel } from '@polyv/live-watch-ai-ui';</w:t>
        <w:br/>
        <w:br/>
        <w:t>@Component({</w:t>
        <w:br/>
        <w:t xml:space="preserve">  components: { AiAggregateFeaturePanel },</w:t>
        <w:br/>
        <w:t>})</w:t>
        <w:br/>
        <w:t>export default class YourComponent extends Vue {</w:t>
        <w:br/>
        <w:t xml:space="preserve">  @Prop({ type: String, required: true }) channelId!: string;</w:t>
        <w:br/>
        <w:t xml:space="preserve">  @Prop({ type: Number, default: 0 }) currentTime!: number;</w:t>
        <w:br/>
        <w:br/>
        <w:t xml:space="preserve">  onSeekVideo(time: number) {</w:t>
        <w:br/>
        <w:t xml:space="preserve">    // 跳转视频到指定时间</w:t>
        <w:br/>
        <w:t xml:space="preserve">    console.log('跳转视频到:', time, '秒');</w:t>
        <w:br/>
        <w:t xml:space="preserve">  }</w:t>
        <w:br/>
        <w:t>}</w:t>
        <w:br/>
        <w:t>&lt;/script&gt;</w:t>
      </w:r>
    </w:p>
    <w:p>
      <w:pPr>
        <w:pStyle w:val="Heading1"/>
      </w:pPr>
      <w:r>
        <w:t>更多功能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如果需要查阅更多功能和更新日志，请查阅保利威 AI-SDK 配套的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UI 开源项目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AI-SDK 配套 UI 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