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AI-SDK 逻辑层</w:t>
      </w:r>
    </w:p>
    <w:p>
      <w:pPr>
        <w:pStyle w:val="Heading1"/>
      </w:pPr>
      <w:r>
        <w:t>说明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@polyv/live-watch-ai-sdk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是保利威直播观看 AI SDK，提供 AI 助手、智能大纲等 AI 功能的核心 JavaScript SDK。包含以下特性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AI 助手聊天</w:t>
      </w:r>
      <w:r>
        <w:rPr>
          <w:rFonts w:ascii="Source Han Sans SC" w:hAnsi="Source Han Sans SC" w:eastAsia="Source Han Sans SC" w:cs="Source Han Sans SC" w:hint="eastAsia"/>
          <w:sz w:val="21"/>
        </w:rPr>
        <w:t>: 支持与 AI 助手进行实时对话，支持流式响应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AI 智能大纲</w:t>
      </w:r>
      <w:r>
        <w:rPr>
          <w:rFonts w:ascii="Source Han Sans SC" w:hAnsi="Source Han Sans SC" w:eastAsia="Source Han Sans SC" w:cs="Source Han Sans SC" w:hint="eastAsia"/>
          <w:sz w:val="21"/>
        </w:rPr>
        <w:t>: 获取回放视频的智能大纲、字幕解析和互动答题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数字人支持</w:t>
      </w:r>
      <w:r>
        <w:rPr>
          <w:rFonts w:ascii="Source Han Sans SC" w:hAnsi="Source Han Sans SC" w:eastAsia="Source Han Sans SC" w:cs="Source Han Sans SC" w:hint="eastAsia"/>
          <w:sz w:val="21"/>
        </w:rPr>
        <w:t>: 集成 AI 数字人功能，支持语音合成和视频播放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多语言支持</w:t>
      </w:r>
      <w:r>
        <w:rPr>
          <w:rFonts w:ascii="Source Han Sans SC" w:hAnsi="Source Han Sans SC" w:eastAsia="Source Han Sans SC" w:cs="Source Han Sans SC" w:hint="eastAsia"/>
          <w:sz w:val="21"/>
        </w:rPr>
        <w:t>: 支持中文、英文、日文、韩文、俄文等多种语言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模块化设计</w:t>
      </w:r>
      <w:r>
        <w:rPr>
          <w:rFonts w:ascii="Source Han Sans SC" w:hAnsi="Source Han Sans SC" w:eastAsia="Source Han Sans SC" w:cs="Source Han Sans SC" w:hint="eastAsia"/>
          <w:sz w:val="21"/>
        </w:rPr>
        <w:t>: 采用模块化架构，便于扩展和维护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事件驱动</w:t>
      </w:r>
      <w:r>
        <w:rPr>
          <w:rFonts w:ascii="Source Han Sans SC" w:hAnsi="Source Han Sans SC" w:eastAsia="Source Han Sans SC" w:cs="Source Han Sans SC" w:hint="eastAsia"/>
          <w:sz w:val="21"/>
        </w:rPr>
        <w:t>: 基于事件驱动的 API 设计，便于状态管理</w:t>
      </w:r>
    </w:p>
    <w:p>
      <w:pPr>
        <w:pStyle w:val="Heading1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install @polyv/live-watch-ai-sdk</w:t>
        <w:br/>
        <w:t># 或</w:t>
        <w:br/>
        <w:t>yarn add @polyv/live-watch-ai-sdk</w:t>
        <w:br/>
        <w:t># 或</w:t>
        <w:br/>
        <w:t>pnpm add @polyv/live-watch-ai-sdk</w:t>
      </w:r>
    </w:p>
    <w:p>
      <w:pPr>
        <w:pStyle w:val="Heading1"/>
      </w:pPr>
      <w:r>
        <w:t>快速开始</w:t>
      </w:r>
    </w:p>
    <w:p>
      <w:pPr>
        <w:pStyle w:val="Heading2"/>
      </w:pPr>
      <w:r>
        <w:t>基本使用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PolyvWatchAICore } from '@polyv/live-watch-ai-sdk';</w:t>
        <w:br/>
        <w:br/>
        <w:t>// 初始化 SDK</w:t>
        <w:br/>
        <w:t>const aiCore = new PolyvWatchAICore({</w:t>
        <w:br/>
        <w:t xml:space="preserve">  lang: 'zh_CN',</w:t>
        <w:br/>
        <w:t xml:space="preserve">  domainInfo: {</w:t>
        <w:br/>
        <w:t xml:space="preserve">    polyvWatchApiDomain: 'https://watch-api.polyv.cn',</w:t>
        <w:br/>
        <w:t xml:space="preserve">  },</w:t>
        <w:br/>
        <w:t xml:space="preserve">  getViewerToken: async () =&gt; ({</w:t>
        <w:br/>
        <w:t xml:space="preserve">    viewerToken: 'your-viewer-token',</w:t>
        <w:br/>
        <w:t xml:space="preserve">  }),</w:t>
        <w:br/>
        <w:t xml:space="preserve">  getChatToken: async () =&gt; ({</w:t>
        <w:br/>
        <w:t xml:space="preserve">    chatToken: 'your-chat-token',</w:t>
        <w:br/>
        <w:t xml:space="preserve">  }),</w:t>
        <w:br/>
        <w:t xml:space="preserve">  getChannelInfo: async () =&gt; ({</w:t>
        <w:br/>
        <w:t xml:space="preserve">    channelId: 'your-channel-id',</w:t>
        <w:br/>
        <w:t xml:space="preserve">  }),</w:t>
        <w:br/>
        <w:t xml:space="preserve">  getUserInfo: async () =&gt; ({</w:t>
        <w:br/>
        <w:t xml:space="preserve">    userId: 'user-123',</w:t>
        <w:br/>
        <w:t xml:space="preserve">    nick: '用户昵称',</w:t>
        <w:br/>
        <w:t xml:space="preserve">    pic: 'https://example.com/avatar.jpg',</w:t>
        <w:br/>
        <w:t xml:space="preserve">  }),</w:t>
        <w:br/>
        <w:t>});</w:t>
        <w:br/>
        <w:br/>
        <w:t>// 使用 AI 助手模块</w:t>
        <w:br/>
        <w:t>const aiAssistant = aiCore.aiAssistant;</w:t>
        <w:br/>
        <w:br/>
        <w:t>// 监听 AI 助手事件</w:t>
        <w:br/>
        <w:t>aiAssistant.eventEmitter.on('AIAssistantChatMessage', ({ AIChatMsg }) =&gt; {</w:t>
        <w:br/>
        <w:t xml:space="preserve">  console.log('收到 AI 消息:', AIChatMsg);</w:t>
        <w:br/>
        <w:t>});</w:t>
        <w:br/>
        <w:br/>
        <w:t>// 发送问题给 AI 助手</w:t>
        <w:br/>
        <w:t>try {</w:t>
        <w:br/>
        <w:t xml:space="preserve">  await aiAssistant.sendAIQuestionMsg({</w:t>
        <w:br/>
        <w:t xml:space="preserve">    content: '你好，请介绍一下这个视频的主要内容',</w:t>
        <w:br/>
        <w:t xml:space="preserve">  });</w:t>
        <w:br/>
        <w:t>} catch (error) {</w:t>
        <w:br/>
        <w:t xml:space="preserve">  console.error('发送问题失败:', error);</w:t>
        <w:br/>
        <w:t>}</w:t>
      </w:r>
    </w:p>
    <w:p>
      <w:pPr>
        <w:pStyle w:val="Heading1"/>
      </w:pPr>
      <w:r>
        <w:t>核心模块</w:t>
      </w:r>
    </w:p>
    <w:p>
      <w:pPr>
        <w:pStyle w:val="Heading2"/>
      </w:pPr>
      <w:r>
        <w:t>PolyvWatchAICore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的核心类，管理所有模块和配置。</w:t>
      </w:r>
    </w:p>
    <w:p>
      <w:pPr>
        <w:pStyle w:val="Heading3"/>
      </w:pPr>
      <w:r>
        <w:t>构造函数配置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interface AICoreConfig {</w:t>
        <w:br/>
        <w:t xml:space="preserve">  /** 语言类型 */</w:t>
        <w:br/>
        <w:t xml:space="preserve">  lang?: LangType;</w:t>
        <w:br/>
        <w:t xml:space="preserve">  /** 域名信息 */</w:t>
        <w:br/>
        <w:t xml:space="preserve">  domainInfo?: Partial&lt;DomainInfo&gt;;</w:t>
        <w:br/>
        <w:t xml:space="preserve">  /** 获取用户令牌信息 */</w:t>
        <w:br/>
        <w:t xml:space="preserve">  getViewerToken?: () =&gt; Promise&lt;ViewerTokenData&gt; | ViewerTokenData;</w:t>
        <w:br/>
        <w:t xml:space="preserve">  /** 获取聊天室服务令牌信息 */</w:t>
        <w:br/>
        <w:t xml:space="preserve">  getChatToken?: () =&gt; Promise&lt;ChatTokenData&gt; | ChatTokenData;</w:t>
        <w:br/>
        <w:t xml:space="preserve">  /** 获取频道信息 */</w:t>
        <w:br/>
        <w:t xml:space="preserve">  getChannelInfo?: () =&gt; Promise&lt;ChannelInfo&gt; | ChannelInfo;</w:t>
        <w:br/>
        <w:t xml:space="preserve">  /** 获取频道配置 */</w:t>
        <w:br/>
        <w:t xml:space="preserve">  getChannelConfig?: () =&gt; Promise&lt;ChannelConfig&gt; | ChannelConfig;</w:t>
        <w:br/>
        <w:t xml:space="preserve">  /** 获取用户信息 */</w:t>
        <w:br/>
        <w:t xml:space="preserve">  getUserInfo?: () =&gt; Promise&lt;Partial&lt;UserInfo&gt;&gt; | Partial&lt;UserInfo&gt;;</w:t>
        <w:br/>
        <w:t>}</w:t>
      </w:r>
    </w:p>
    <w:p>
      <w:pPr>
        <w:pStyle w:val="Heading3"/>
      </w:pPr>
      <w:r>
        <w:t>核心属性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aiAssistant</w:t>
      </w:r>
      <w:r>
        <w:rPr>
          <w:rFonts w:ascii="Source Han Sans SC" w:hAnsi="Source Han Sans SC" w:eastAsia="Source Han Sans SC" w:cs="Source Han Sans SC" w:hint="eastAsia"/>
          <w:sz w:val="21"/>
        </w:rPr>
        <w:t>: AI 助手模块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aiSummary</w:t>
      </w:r>
      <w:r>
        <w:rPr>
          <w:rFonts w:ascii="Source Han Sans SC" w:hAnsi="Source Han Sans SC" w:eastAsia="Source Han Sans SC" w:cs="Source Han Sans SC" w:hint="eastAsia"/>
          <w:sz w:val="21"/>
        </w:rPr>
        <w:t>: AI 智能大纲模块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domain</w:t>
      </w:r>
      <w:r>
        <w:rPr>
          <w:rFonts w:ascii="Source Han Sans SC" w:hAnsi="Source Han Sans SC" w:eastAsia="Source Han Sans SC" w:cs="Source Han Sans SC" w:hint="eastAsia"/>
          <w:sz w:val="21"/>
        </w:rPr>
        <w:t>: 域名模块</w:t>
      </w:r>
    </w:p>
    <w:p>
      <w:pPr>
        <w:pStyle w:val="Heading3"/>
      </w:pPr>
      <w:r>
        <w:t>核心方法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getAppConfig()</w:t>
      </w:r>
      <w:r>
        <w:rPr>
          <w:rFonts w:ascii="Source Han Sans SC" w:hAnsi="Source Han Sans SC" w:eastAsia="Source Han Sans SC" w:cs="Source Han Sans SC" w:hint="eastAsia"/>
          <w:sz w:val="21"/>
        </w:rPr>
        <w:t>: 获取当前应用配置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updateAppConfig()</w:t>
      </w:r>
      <w:r>
        <w:rPr>
          <w:rFonts w:ascii="Source Han Sans SC" w:hAnsi="Source Han Sans SC" w:eastAsia="Source Han Sans SC" w:cs="Source Han Sans SC" w:hint="eastAsia"/>
          <w:sz w:val="21"/>
        </w:rPr>
        <w:t>: 更新应用配置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getViewerToken()</w:t>
      </w:r>
      <w:r>
        <w:rPr>
          <w:rFonts w:ascii="Source Han Sans SC" w:hAnsi="Source Han Sans SC" w:eastAsia="Source Han Sans SC" w:cs="Source Han Sans SC" w:hint="eastAsia"/>
          <w:sz w:val="21"/>
        </w:rPr>
        <w:t>: 获取观看者令牌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getChatToken()</w:t>
      </w:r>
      <w:r>
        <w:rPr>
          <w:rFonts w:ascii="Source Han Sans SC" w:hAnsi="Source Han Sans SC" w:eastAsia="Source Han Sans SC" w:cs="Source Han Sans SC" w:hint="eastAsia"/>
          <w:sz w:val="21"/>
        </w:rPr>
        <w:t>: 获取聊天令牌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getChannelId()</w:t>
      </w:r>
      <w:r>
        <w:rPr>
          <w:rFonts w:ascii="Source Han Sans SC" w:hAnsi="Source Han Sans SC" w:eastAsia="Source Han Sans SC" w:cs="Source Han Sans SC" w:hint="eastAsia"/>
          <w:sz w:val="21"/>
        </w:rPr>
        <w:t>: 获取频道 ID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getUserInfo()</w:t>
      </w:r>
      <w:r>
        <w:rPr>
          <w:rFonts w:ascii="Source Han Sans SC" w:hAnsi="Source Han Sans SC" w:eastAsia="Source Han Sans SC" w:cs="Source Han Sans SC" w:hint="eastAsia"/>
          <w:sz w:val="21"/>
        </w:rPr>
        <w:t>: 获取用户信息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destroy()</w:t>
      </w:r>
      <w:r>
        <w:rPr>
          <w:rFonts w:ascii="Source Han Sans SC" w:hAnsi="Source Han Sans SC" w:eastAsia="Source Han Sans SC" w:cs="Source Han Sans SC" w:hint="eastAsia"/>
          <w:sz w:val="21"/>
        </w:rPr>
        <w:t>: 销毁 SDK 实例</w:t>
      </w:r>
    </w:p>
    <w:p>
      <w:pPr>
        <w:pStyle w:val="Heading2"/>
      </w:pPr>
      <w:r>
        <w:t>AI 助手模块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 AI 助手聊天功能，支持数字人交互。</w:t>
      </w:r>
    </w:p>
    <w:p>
      <w:pPr>
        <w:pStyle w:val="Heading3"/>
      </w:pPr>
      <w:r>
        <w:t>主要功能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AI 助手聊天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支持流式对话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消息分组管理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聊天状态管理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数字人功能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数字人视频播放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语音合成 (TTS)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音频任务管理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音频处理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语音识别 (ASR)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音频转文字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音频文件处理</w:t>
      </w:r>
    </w:p>
    <w:p>
      <w:pPr>
        <w:pStyle w:val="Heading3"/>
      </w:pPr>
      <w:r>
        <w:t>使用示例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初始化 AI 助手</w:t>
        <w:br/>
        <w:t>await aiCore.aiAssistant.setupAIAssistant(</w:t>
        <w:br/>
        <w:t xml:space="preserve">  {</w:t>
        <w:br/>
        <w:t xml:space="preserve">    aiAssistantId: 123,</w:t>
        <w:br/>
        <w:t xml:space="preserve">    aiAssistantName: 'AI助手',</w:t>
        <w:br/>
        <w:t xml:space="preserve">    aiAssistantCode: 'assistant-code',</w:t>
        <w:br/>
        <w:t xml:space="preserve">  },</w:t>
        <w:br/>
        <w:t xml:space="preserve">  { independent: true },</w:t>
        <w:br/>
        <w:t>);</w:t>
        <w:br/>
        <w:br/>
        <w:t>// 发送问题</w:t>
        <w:br/>
        <w:t>await aiCore.aiAssistant.sendAIQuestionMsg({</w:t>
        <w:br/>
        <w:t xml:space="preserve">  content: '请介绍一下这个视频',</w:t>
        <w:br/>
        <w:t>});</w:t>
        <w:br/>
        <w:br/>
        <w:t>// 获取聊天历史</w:t>
        <w:br/>
        <w:t>const history = await aiCore.aiAssistant.getAIAssistantChatHistory();</w:t>
        <w:br/>
        <w:br/>
        <w:t>// 创建音频任务（TTS）</w:t>
        <w:br/>
        <w:t>const { taskId } = await aiCore.aiAssistant.createAiAssistantAudioTask({</w:t>
        <w:br/>
        <w:t xml:space="preserve">  text: '你好，我是AI助手',</w:t>
        <w:br/>
        <w:t xml:space="preserve">  rate: 1.0,</w:t>
        <w:br/>
        <w:t xml:space="preserve">  ttsVoiceId: 'voice-001',</w:t>
        <w:br/>
        <w:t>});</w:t>
        <w:br/>
        <w:br/>
        <w:t>// 语音识别</w:t>
        <w:br/>
        <w:t>const text = await aiCore.aiAssistant.recognizeAudioBlobToText({</w:t>
        <w:br/>
        <w:t xml:space="preserve">  audioBlob: audioFile,</w:t>
        <w:br/>
        <w:t xml:space="preserve">  audioType: 'wav',</w:t>
        <w:br/>
        <w:t>});</w:t>
      </w:r>
    </w:p>
    <w:p>
      <w:pPr>
        <w:pStyle w:val="Heading2"/>
      </w:pPr>
      <w:r>
        <w:t>AI 智能大纲模块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提供回放视频的智能分析功能。</w:t>
      </w:r>
    </w:p>
    <w:p>
      <w:pPr>
        <w:pStyle w:val="Heading3"/>
      </w:pPr>
      <w:r>
        <w:t>主要功能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回放大纲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获取视频摘要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分段内容总结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关键词提取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字幕处理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 AI 生成字幕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SRT 格式解析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时间轴对齐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互动答题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获取视频中的互动问题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题目类型识别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答案验证</w:t>
      </w:r>
    </w:p>
    <w:p>
      <w:pPr>
        <w:pStyle w:val="Heading3"/>
      </w:pPr>
      <w:r>
        <w:t>使用示例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获取回放大纲</w:t>
        <w:br/>
        <w:t>const outline = await aiCore.aiSummary.getPlaybackOutline({</w:t>
        <w:br/>
        <w:t xml:space="preserve">  id: 'video-123',</w:t>
        <w:br/>
        <w:t xml:space="preserve">  type: 'playback', // 'record' 或 'playback'</w:t>
        <w:br/>
        <w:t>});</w:t>
        <w:br/>
        <w:br/>
        <w:t>if (outline) {</w:t>
        <w:br/>
        <w:t xml:space="preserve">  console.log('视频摘要:', outline.introduction);</w:t>
        <w:br/>
        <w:t xml:space="preserve">  console.log('分段数量:', outline.outlineContent.length);</w:t>
        <w:br/>
        <w:t>}</w:t>
        <w:br/>
        <w:br/>
        <w:t>// 获取并解析字幕</w:t>
        <w:br/>
        <w:t>const subtitleContent = await aiCore.aiSummary.getAISubtitleContent(</w:t>
        <w:br/>
        <w:t xml:space="preserve">  'https://example.com/subtitle.srt',</w:t>
        <w:br/>
        <w:t>);</w:t>
        <w:br/>
        <w:t>const parsedSubtitles = aiCore.aiSummary.parseAISubtitleContent(subtitleContent);</w:t>
        <w:br/>
        <w:br/>
        <w:t>parsedSubtitles.forEach(item =&gt; {</w:t>
        <w:br/>
        <w:t xml:space="preserve">  console.log(`时间: ${item.start}-${item.end}ms, 内容: ${item.text}`);</w:t>
        <w:br/>
        <w:t>});</w:t>
        <w:br/>
        <w:br/>
        <w:t>// 获取互动答题</w:t>
        <w:br/>
        <w:t>const questionData = await aiCore.aiSummary.getAIPlaybackQuestionData(</w:t>
        <w:br/>
        <w:t xml:space="preserve">  'https://example.com/questions.json',</w:t>
        <w:br/>
        <w:t>);</w:t>
      </w:r>
    </w:p>
    <w:p>
      <w:pPr>
        <w:pStyle w:val="Heading1"/>
      </w:pPr>
      <w:r>
        <w:t>事件系统</w:t>
      </w:r>
    </w:p>
    <w:p>
      <w:pPr>
        <w:pStyle w:val="Heading2"/>
      </w:pPr>
      <w:r>
        <w:t>AI 助手事件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enum AIAssistantEvents {</w:t>
        <w:br/>
        <w:t xml:space="preserve">  // AI 助手设置完成</w:t>
        <w:br/>
        <w:t xml:space="preserve">  AIAssistantChatSetupedIndependent = 'AIAssistantChatSetupedIndependent',</w:t>
        <w:br/>
        <w:t xml:space="preserve">  AIAssistantChatSetupedComplete = 'AIAssistantChatSetupedComplete',</w:t>
        <w:br/>
        <w:br/>
        <w:t xml:space="preserve">  // 聊天状态变化</w:t>
        <w:br/>
        <w:t xml:space="preserve">  AIAssistantChatStatusChange = 'AIAssistantChatStatusChange',</w:t>
        <w:br/>
        <w:br/>
        <w:t xml:space="preserve">  // 聊天消息</w:t>
        <w:br/>
        <w:t xml:space="preserve">  AIAssistantChatMessage = 'AIAssistantChatMessage',</w:t>
        <w:br/>
        <w:t xml:space="preserve">  ReplaceAIAssistantChatMessage = 'ReplaceAIAssistantChatMessage',</w:t>
        <w:br/>
        <w:t>}</w:t>
      </w:r>
    </w:p>
    <w:p>
      <w:pPr>
        <w:pStyle w:val="Heading2"/>
      </w:pPr>
      <w:r>
        <w:t>聊天状态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enum PolyvAIAssistantChatStatus {</w:t>
        <w:br/>
        <w:t xml:space="preserve">  Wait = 0, // 等待用户输入</w:t>
        <w:br/>
        <w:t xml:space="preserve">  Replaying = 1, // AI 正在回答</w:t>
        <w:br/>
        <w:t xml:space="preserve">  Busy = 2, // AI 繁忙</w:t>
        <w:br/>
        <w:t>}</w:t>
      </w:r>
    </w:p>
    <w:p>
      <w:pPr>
        <w:pStyle w:val="Heading2"/>
      </w:pPr>
      <w:r>
        <w:t>事件监听示例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监听 AI 助手状态变化</w:t>
        <w:br/>
        <w:t>aiCore.aiAssistant.eventEmitter.on('AIAssistantChatStatusChange', ({ status }) =&gt; {</w:t>
        <w:br/>
        <w:t xml:space="preserve">  console.log('AI 助手状态变化:', status);</w:t>
        <w:br/>
        <w:t>});</w:t>
        <w:br/>
        <w:br/>
        <w:t>// 监听聊天消息</w:t>
        <w:br/>
        <w:t>aiCore.aiAssistant.eventEmitter.on('AIAssistantChatMessage', ({ AIChatMsg }) =&gt; {</w:t>
        <w:br/>
        <w:t xml:space="preserve">  console.log('收到消息:', AIChatMsg);</w:t>
        <w:br/>
        <w:t>});</w:t>
        <w:br/>
        <w:br/>
        <w:t>// 监听消息更新（用于流式响应）</w:t>
        <w:br/>
        <w:t>aiCore.aiAssistant.eventEmitter.on('ReplaceAIAssistantChatMessage', ({ id, AIChatMsg }) =&gt; {</w:t>
        <w:br/>
        <w:t xml:space="preserve">  console.log('消息更新:', AIChatMsg.content);</w:t>
        <w:br/>
        <w:t>});</w:t>
      </w:r>
    </w:p>
    <w:p>
      <w:pPr>
        <w:pStyle w:val="Heading1"/>
      </w:pPr>
      <w:r>
        <w:t>工具函数</w:t>
      </w:r>
    </w:p>
    <w:p>
      <w:pPr>
        <w:pStyle w:val="Heading2"/>
      </w:pPr>
      <w:r>
        <w:t>调试工具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setDebugMode } from '@polyv/live-watch-ai-sdk';</w:t>
        <w:br/>
        <w:br/>
        <w:t>// 开启调试模式</w:t>
        <w:br/>
        <w:t>setDebugMode(true);</w:t>
      </w:r>
    </w:p>
    <w:p>
      <w:pPr>
        <w:pStyle w:val="Heading2"/>
      </w:pPr>
      <w:r>
        <w:t>实用工具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plvInterval, plvWait, plvParseJson } from '@polyv/live-watch-ai-sdk';</w:t>
        <w:br/>
        <w:br/>
        <w:t>// 定时器</w:t>
        <w:br/>
        <w:t>const timer = plvInterval(</w:t>
        <w:br/>
        <w:t xml:space="preserve">  () =&gt; {</w:t>
        <w:br/>
        <w:t xml:space="preserve">    console.log('定时执行');</w:t>
        <w:br/>
        <w:t xml:space="preserve">  },</w:t>
        <w:br/>
        <w:t xml:space="preserve">  1000,</w:t>
        <w:br/>
        <w:t xml:space="preserve">  { maxCount: 10 },</w:t>
        <w:br/>
        <w:t>);</w:t>
        <w:br/>
        <w:br/>
        <w:t>// 延迟执行</w:t>
        <w:br/>
        <w:t>await plvWait(3000);</w:t>
        <w:br/>
        <w:br/>
        <w:t>// JSON 解析</w:t>
        <w:br/>
        <w:t>const result = plvParseJson&lt;{ data: string }&gt;('{"data": "test"}');</w:t>
        <w:br/>
        <w:t>if (result.success) {</w:t>
        <w:br/>
        <w:t xml:space="preserve">  console.log(result.data);</w:t>
        <w:br/>
        <w:t>}</w:t>
      </w:r>
    </w:p>
    <w:p>
      <w:pPr>
        <w:pStyle w:val="Heading1"/>
      </w:pPr>
      <w:r>
        <w:t>最佳实践</w:t>
      </w:r>
    </w:p>
    <w:p>
      <w:pPr>
        <w:pStyle w:val="Heading2"/>
      </w:pPr>
      <w:r>
        <w:t>性能优化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延迟加载模块</w:t>
      </w:r>
      <w:r>
        <w:rPr>
          <w:rFonts w:ascii="Source Han Sans SC" w:hAnsi="Source Han Sans SC" w:eastAsia="Source Han Sans SC" w:cs="Source Han Sans SC" w:hint="eastAsia"/>
          <w:sz w:val="21"/>
        </w:rPr>
        <w:t>: 按需初始化模块，减少初始加载时间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```typescript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aiCore = new PolyvWatchAICore(config);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(needAIAssistant)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await aiCore.aiAssistant.setupAIAssistant(assistantConfig);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事件监听器管理</w:t>
      </w:r>
      <w:r>
        <w:rPr>
          <w:rFonts w:ascii="Source Han Sans SC" w:hAnsi="Source Han Sans SC" w:eastAsia="Source Han Sans SC" w:cs="Source Han Sans SC" w:hint="eastAsia"/>
          <w:sz w:val="21"/>
        </w:rPr>
        <w:t>: 及时清理事件监听器，避免内存泄漏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```typescript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messageHandler = ({ AIChatMsg })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console.log('收到消息:', AIChatMsg);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aiAssistant.eventEmitter.on('AIAssistantChatMessage', messageHandler);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组件销毁时清理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function cleanup()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aiAssistant.eventEmitter.off('AIAssistantChatMessage', messageHandler);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状态管理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在 Vue/React 中，将 SDK 状态与组件状态绑定</w:t>
        <w:br/>
        <w:t>const messages = ref([]);</w:t>
        <w:br/>
        <w:t>const chatStatus = ref(PolyvAIAssistantChatStatus.Wait);</w:t>
        <w:br/>
        <w:br/>
        <w:t>aiAssistant.eventEmitter.on('AIAssistantChatMessage', ({ AIChatMsg }) =&gt; {</w:t>
        <w:br/>
        <w:t xml:space="preserve">  messages.value.push(AIChatMsg);</w:t>
        <w:br/>
        <w:t>});</w:t>
        <w:br/>
        <w:br/>
        <w:t>aiAssistant.eventEmitter.on('AIAssistantChatStatusChange', ({ status }) =&gt; {</w:t>
        <w:br/>
        <w:t xml:space="preserve">  chatStatus.value = status;</w:t>
        <w:br/>
        <w:t>});</w:t>
      </w:r>
    </w:p>
    <w:p>
      <w:pPr>
        <w:pStyle w:val="Heading1"/>
      </w:pPr>
      <w:r>
        <w:t>常见问题</w:t>
      </w:r>
    </w:p>
    <w:p>
      <w:pPr>
        <w:pStyle w:val="Heading2"/>
      </w:pPr>
      <w:r>
        <w:t>1. 如何获取必要的令牌？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需要以下令牌才能正常工作：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viewerToken</w:t>
      </w:r>
      <w:r>
        <w:rPr>
          <w:rFonts w:ascii="Source Han Sans SC" w:hAnsi="Source Han Sans SC" w:eastAsia="Source Han Sans SC" w:cs="Source Han Sans SC" w:hint="eastAsia"/>
          <w:sz w:val="21"/>
        </w:rPr>
        <w:t>: 观看者令牌，用于 API 认证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chatToken</w:t>
      </w:r>
      <w:r>
        <w:rPr>
          <w:rFonts w:ascii="Source Han Sans SC" w:hAnsi="Source Han Sans SC" w:eastAsia="Source Han Sans SC" w:cs="Source Han Sans SC" w:hint="eastAsia"/>
          <w:sz w:val="21"/>
        </w:rPr>
        <w:t>: 聊天令牌，用于 AI 助手聊天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这些令牌需要通过业务后端接口获取，并在初始化时通过回调函数提供给 SDK。</w:t>
      </w:r>
    </w:p>
    <w:p>
      <w:pPr>
        <w:pStyle w:val="Heading2"/>
      </w:pPr>
      <w:r>
        <w:t>2. AI 助手不响应怎么办？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检查以下配置：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确保 </w:t>
      </w:r>
      <w:r>
        <w:rPr>
          <w:rFonts w:ascii="Menlo" w:hAnsi="Menlo"/>
          <w:color w:val="444444"/>
          <w:sz w:val="20"/>
        </w:rPr>
        <w:t>aiAssistantCode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正确设置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验证 </w:t>
      </w:r>
      <w:r>
        <w:rPr>
          <w:rFonts w:ascii="Menlo" w:hAnsi="Menlo"/>
          <w:color w:val="444444"/>
          <w:sz w:val="20"/>
        </w:rPr>
        <w:t>getChatToken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返回有效的聊天令牌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检查网络连接和域名配置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查看浏览器控制台是否有错误信息</w:t>
      </w:r>
    </w:p>
    <w:p>
      <w:pPr>
        <w:pStyle w:val="Heading2"/>
      </w:pPr>
      <w:r>
        <w:t>3. 如何自定义域名？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aiCore = new PolyvWatchAICore({</w:t>
        <w:br/>
        <w:t xml:space="preserve">  domainInfo: {</w:t>
        <w:br/>
        <w:t xml:space="preserve">    polyvWatchApiDomain: 'https://your-custom-domain.com',</w:t>
        <w:br/>
        <w:t xml:space="preserve">  },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AI-SDK 逻辑层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