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更新日志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AI SDK 遵循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Semantic Versioning 2.0.0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语义化版本规范。</w:t>
      </w:r>
    </w:p>
    <w:p>
      <w:pPr>
        <w:pStyle w:val="Heading1"/>
      </w:pPr>
      <w:r>
        <w:t>v1.0.1(2026-01-16)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内部优化</w:t>
      </w:r>
    </w:p>
    <w:p>
      <w:pPr>
        <w:pStyle w:val="Heading1"/>
      </w:pPr>
      <w:r>
        <w:t>v1.0.0(2026-01-16)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AI 助手功能，支持被直播观看页接入，也支持配合后台配置使用独立模式接入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AI 总结功能、获取通过 AI 实现的智能大纲、回放字幕、互动答题等数据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更新日志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