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AI 总结模块提供获取回放视频智能分析内容的能力，包括回放大纲、字幕解析和互动答题。</w:t>
      </w:r>
    </w:p>
    <w:p>
      <w:pPr>
        <w:pStyle w:val="Heading1"/>
      </w:pPr>
      <w:r>
        <w:t>主要方法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getPlaybackOutline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获取回放大纲数据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getOutlineContent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获取大纲详细内容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getAISubtitleContent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 AI 字幕内容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parseAISubtitleContent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解析 SRT 格式字幕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getAIPlaybackQuestionData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获取互动答题数据</w:t>
            </w:r>
          </w:p>
        </w:tc>
      </w:tr>
    </w:tbl>
    <w:p>
      <w:pPr>
        <w:spacing w:after="40"/>
      </w:pPr>
    </w:p>
    <w:p>
      <w:pPr>
        <w:pStyle w:val="Heading1"/>
      </w:pPr>
      <w:r>
        <w:t>使用示例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获取回放大纲</w:t>
        <w:br/>
        <w:t>const outline = await aiCore.aiSummary.getPlaybackOutline({</w:t>
        <w:br/>
        <w:t xml:space="preserve">  id: 'video-123',</w:t>
        <w:br/>
        <w:t xml:space="preserve">  type: 'playback', // 'record' 或 'playback'</w:t>
        <w:br/>
        <w:t>});</w:t>
        <w:br/>
        <w:br/>
        <w:t>if (outline) {</w:t>
        <w:br/>
        <w:t xml:space="preserve">  console.log('视频摘要:', outline.introduction);</w:t>
        <w:br/>
        <w:t xml:space="preserve">  console.log('分段数量:', outline.outlineContent.length);</w:t>
        <w:br/>
        <w:t>}</w:t>
        <w:br/>
        <w:br/>
        <w:t>// 获取并解析字幕</w:t>
        <w:br/>
        <w:t>const subtitleContent = await aiCore.aiSummary.getAISubtitleContent(</w:t>
        <w:br/>
        <w:t xml:space="preserve">  'https://example.com/subtitle.srt',</w:t>
        <w:br/>
        <w:t>);</w:t>
        <w:br/>
        <w:t>const parsedSubtitles = aiCore.aiSummary.parseAISubtitleContent(subtitleContent);</w:t>
        <w:br/>
        <w:br/>
        <w:t>// 获取互动答题</w:t>
        <w:br/>
        <w:t>const questionData = await aiCore.aiSummary.getAIPlaybackQuestionData(</w:t>
        <w:br/>
        <w:t xml:space="preserve">  'https://example.com/questions.json',</w:t>
        <w:br/>
        <w:t>);</w:t>
      </w:r>
    </w:p>
    <w:p/>
    <w:p>
      <w:pPr>
        <w:pStyle w:val="Heading1"/>
      </w:pPr>
      <w:r>
        <w:t>获取回放大纲内容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通过大纲 URL 获取回放大纲的详细内容，包括摘要和分段总结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getOutlineContent(outlineUrl: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outlineUrl：大纲数据的 API URL，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回放大纲数据，包含 introduction（摘要）和 outlineContent（分段总结），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introduction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摘要内容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outlineContent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分段总结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PlaybackOutlineContentItem[]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summaryModule = new AISummaryModule();</w:t>
        <w:br/>
        <w:t>const outlineUrl = 'https://api.example.com/outline/123';</w:t>
        <w:br/>
        <w:t>try {</w:t>
        <w:br/>
        <w:t xml:space="preserve">  const outlineData = await summaryModule.getOutlineContent(outlineUrl);</w:t>
        <w:br/>
        <w:t xml:space="preserve">  console.log('大纲摘要:', outlineData.introduction);</w:t>
        <w:br/>
        <w:t xml:space="preserve">  console.log('分段数量:', outlineData.outlineContent.length);</w:t>
        <w:br/>
        <w:t>} catch (error) {</w:t>
        <w:br/>
        <w:t xml:space="preserve">  console.error('获取大纲内容失败:', error);</w:t>
        <w:br/>
        <w:t>}</w:t>
      </w:r>
    </w:p>
    <w:p/>
    <w:p>
      <w:pPr>
        <w:pStyle w:val="Heading1"/>
      </w:pPr>
      <w:r>
        <w:t>获取回放大纲数据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根据回放 ID 和类型获取对应的大纲数据。首先通过 API 获取大纲 URL，然后使用 getOutlineContent 获取详细内容。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getPlaybackOutline(options: PlaybackOutlineOptions):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options：获取参数，包含回放 ID 和类型，</w:t>
      </w:r>
      <w:r>
        <w:rPr>
          <w:rFonts w:ascii="Menlo" w:hAnsi="Menlo"/>
          <w:color w:val="444444"/>
          <w:sz w:val="20"/>
        </w:rPr>
        <w:t>PlaybackOutlineOptions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回放大纲数据，如果未找到大纲则返回 undefined，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summaryModule = new AISummaryModule();</w:t>
        <w:br/>
        <w:br/>
        <w:t>// 获取录制文件的大纲</w:t>
        <w:br/>
        <w:t>const recordOptions = {</w:t>
        <w:br/>
        <w:t xml:space="preserve">  id: 'file_123456',</w:t>
        <w:br/>
        <w:t xml:space="preserve">  type: 'record' as const,</w:t>
        <w:br/>
        <w:t>};</w:t>
        <w:br/>
        <w:t>const recordOutline = await summaryModule.getPlaybackOutline(recordOptions);</w:t>
        <w:br/>
        <w:t>if (recordOutline) {</w:t>
        <w:br/>
        <w:t xml:space="preserve">  console.log('录制文件大纲:', recordOutline.introduction);</w:t>
        <w:br/>
        <w:t>}</w:t>
        <w:br/>
        <w:br/>
        <w:t>// 获取回放视频的大纲</w:t>
        <w:br/>
        <w:t>const playbackOptions = {</w:t>
        <w:br/>
        <w:t xml:space="preserve">  id: 'video_789012',</w:t>
        <w:br/>
        <w:t xml:space="preserve">  type: 'playback' as const,</w:t>
        <w:br/>
        <w:t>};</w:t>
        <w:br/>
        <w:t>const playbackOutline = await summaryModule.getPlaybackOutline(playbackOptions);</w:t>
        <w:br/>
        <w:t>if (playbackOutline) {</w:t>
        <w:br/>
        <w:t xml:space="preserve">  console.log('回放视频大纲分段:', playbackOutline.outlineContent.length);</w:t>
        <w:br/>
        <w:t>}</w:t>
      </w:r>
    </w:p>
    <w:p/>
    <w:p>
      <w:pPr>
        <w:pStyle w:val="Heading1"/>
      </w:pPr>
      <w:r>
        <w:t>获取字幕内容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通过字幕 URL 获取 AI 生成的字幕文本内容（通常为 SRT 格式）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getAISubtitleContent(url: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url：字幕数据的 API URL，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字幕文本内容（字符串格式），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summaryModule = new AISummaryModule();</w:t>
        <w:br/>
        <w:t>const subtitleUrl = 'https://api.example.com/subtitle/123.srt';</w:t>
        <w:br/>
        <w:t>try {</w:t>
        <w:br/>
        <w:t xml:space="preserve">  const subtitleContent = await summaryModule.getAISubtitleContent(subtitleUrl);</w:t>
        <w:br/>
        <w:t xml:space="preserve">  console.log('字幕内容:', subtitleContent);</w:t>
        <w:br/>
        <w:t xml:space="preserve">  // 通常返回 SRT 格式文本，可以进一步使用 parseAISubtitleContent 解析</w:t>
        <w:br/>
        <w:t xml:space="preserve">  const parsedItems = summaryModule.parseAISubtitleContent(subtitleContent);</w:t>
        <w:br/>
        <w:t xml:space="preserve">  console.log('解析后的字幕条目数:', parsedItems.length);</w:t>
        <w:br/>
        <w:t>} catch (error) {</w:t>
        <w:br/>
        <w:t xml:space="preserve">  console.error('获取字幕内容失败:', error);</w:t>
        <w:br/>
        <w:t>}</w:t>
      </w:r>
    </w:p>
    <w:p/>
    <w:p>
      <w:pPr>
        <w:pStyle w:val="Heading1"/>
      </w:pPr>
      <w:r>
        <w:t>解析字幕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将 SRT 格式的字幕文本解析为结构化的字幕条目数组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parseAISubtitleContent(content: string): AISubtitleParsedItem[]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content：SRT 格式的字幕文本，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解析后的字幕条目数组，每个条目包含开始时间、结束时间、文本内容和索引，</w:t>
      </w:r>
      <w:r>
        <w:rPr>
          <w:rFonts w:ascii="Menlo" w:hAnsi="Menlo"/>
          <w:color w:val="444444"/>
          <w:sz w:val="20"/>
        </w:rPr>
        <w:t>AISubtitleParsedItem[]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summaryModule = new AISummaryModule();</w:t>
        <w:br/>
        <w:t>const srtContent = `</w:t>
        <w:br/>
        <w:t>1</w:t>
        <w:br/>
        <w:t>00:00:01,000 --&gt; 00:00:04,000</w:t>
        <w:br/>
        <w:t>欢迎观看本视频</w:t>
        <w:br/>
        <w:br/>
        <w:t>2</w:t>
        <w:br/>
        <w:t>00:00:05,000 --&gt; 00:00:08,000</w:t>
        <w:br/>
        <w:t>今天我们将学习 AI 技术</w:t>
        <w:br/>
        <w:t>`;</w:t>
        <w:br/>
        <w:br/>
        <w:t>const parsedItems = summaryModule.parseAISubtitleContent(srtContent);</w:t>
        <w:br/>
        <w:t>console.log('解析结果:', parsedItems);</w:t>
        <w:br/>
        <w:t>// 输出示例:</w:t>
        <w:br/>
        <w:t>// [</w:t>
        <w:br/>
        <w:t>//   {</w:t>
        <w:br/>
        <w:t>//     start: 1000,</w:t>
        <w:br/>
        <w:t>//     end: 4000,</w:t>
        <w:br/>
        <w:t>//     text: '欢迎观看本视频',</w:t>
        <w:br/>
        <w:t>//     index: '1'</w:t>
        <w:br/>
        <w:t>//   },</w:t>
        <w:br/>
        <w:t>//   {</w:t>
        <w:br/>
        <w:t>//     start: 5000,</w:t>
        <w:br/>
        <w:t>//     end: 8000,</w:t>
        <w:br/>
        <w:t>//     text: '今天我们将学习 AI 技术',</w:t>
        <w:br/>
        <w:t>//     index: '2'</w:t>
        <w:br/>
        <w:t>//   }</w:t>
        <w:br/>
        <w:t>// ]</w:t>
        <w:br/>
        <w:br/>
        <w:t>// 使用解析后的数据</w:t>
        <w:br/>
        <w:t>parsedItems.forEach(item =&gt; {</w:t>
        <w:br/>
        <w:t xml:space="preserve">  console.log(`时间: ${item.start}-${item.end}ms, 内容: ${item.text}`);</w:t>
        <w:br/>
        <w:t>});</w:t>
      </w:r>
    </w:p>
    <w:p/>
    <w:p>
      <w:pPr>
        <w:pStyle w:val="Heading1"/>
      </w:pPr>
      <w:r>
        <w:t>获取互动答题列表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通过答题数据 URL 获取回放视频中的互动答题列表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getAIPlaybackQuestionData(url: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url：互动答题数据的 API URL（JSON 格式），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互动答题数据，包含问题列表，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questions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PlaybackQuestionItem[]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summaryModule = new AISummaryModule();</w:t>
        <w:br/>
        <w:t>const questionUrl = 'https://api.example.com/questions/123.json';</w:t>
        <w:br/>
        <w:t>try {</w:t>
        <w:br/>
        <w:t xml:space="preserve">  const questionData = await summaryModule.getAIPlaybackQuestionData(questionUrl);</w:t>
        <w:br/>
        <w:t xml:space="preserve">  console.log('问题数量:', questionData.questions.length);</w:t>
        <w:br/>
        <w:br/>
        <w:t xml:space="preserve">  questionData.questions.forEach((question, index) =&gt; {</w:t>
        <w:br/>
        <w:t xml:space="preserve">    console.log(`问题 ${index + 1}: ${question.question}`);</w:t>
        <w:br/>
        <w:t xml:space="preserve">    console.log(`类型: ${question.type}, 答案: ${question.answer}`);</w:t>
        <w:br/>
        <w:t xml:space="preserve">    console.log(`弹题时间: ${question.questionTriggerTime}秒`);</w:t>
        <w:br/>
        <w:br/>
        <w:t xml:space="preserve">    question.selectOptions.forEach(option =&gt; {</w:t>
        <w:br/>
        <w:t xml:space="preserve">      console.log(`  选项 ${option.option}: ${option.content}`);</w:t>
        <w:br/>
        <w:t xml:space="preserve">    });</w:t>
        <w:br/>
        <w:t xml:space="preserve">  });</w:t>
        <w:br/>
        <w:t>} catch (error) {</w:t>
        <w:br/>
        <w:t xml:space="preserve">  console.error('获取答题数据失败:', error);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