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 助手模块提供智能对话能力，支持实时问答、聊天历史和音频处理功能。</w:t>
      </w:r>
    </w:p>
    <w:p>
      <w:pPr>
        <w:pStyle w:val="Heading1"/>
      </w:pPr>
      <w:r>
        <w:t>主要方法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setupAIAssistant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初始化 AI 助手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sendAIQuestionMsg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发送问题给 AI 助手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getAIAssistantChatHistory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获取聊天历史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createAiAssistantAudioTask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创建音频合成任务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getAiAssistantAudioTaskResult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获取音频任务结果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recognizeAudioBlobToText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音频转文字</w:t>
            </w:r>
          </w:p>
        </w:tc>
      </w:tr>
    </w:tbl>
    <w:p>
      <w:pPr>
        <w:spacing w:after="40"/>
      </w:pPr>
    </w:p>
    <w:p>
      <w:pPr>
        <w:pStyle w:val="Heading1"/>
      </w:pPr>
      <w:r>
        <w:t>使用示例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初始化 AI 助手（独立模式）</w:t>
        <w:br/>
        <w:t>await aiCore.aiAssistant.setupAIAssistant(</w:t>
        <w:br/>
        <w:t xml:space="preserve">  {</w:t>
        <w:br/>
        <w:t xml:space="preserve">    aiAssistantCode: 'your-code',</w:t>
        <w:br/>
        <w:t xml:space="preserve">    aiAssistantToken: 'your-token',</w:t>
        <w:br/>
        <w:t xml:space="preserve">  },</w:t>
        <w:br/>
        <w:t xml:space="preserve">  { independent: true },</w:t>
        <w:br/>
        <w:t>);</w:t>
        <w:br/>
        <w:br/>
        <w:t>// 发送问题</w:t>
        <w:br/>
        <w:t>await aiCore.aiAssistant.sendAIQuestionMsg({</w:t>
        <w:br/>
        <w:t xml:space="preserve">  content: '请介绍一下视频内容',</w:t>
        <w:br/>
        <w:t>});</w:t>
        <w:br/>
        <w:br/>
        <w:t>// 获取聊天历史</w:t>
        <w:br/>
        <w:t>const history = await aiCore.aiAssistant.getAIAssistantChatHistory();</w:t>
        <w:br/>
        <w:br/>
        <w:t>// 音频合成（TTS）</w:t>
        <w:br/>
        <w:t>const { taskId } = await aiCore.aiAssistant.createAiAssistantAudioTask({</w:t>
        <w:br/>
        <w:t xml:space="preserve">  text: '你好，我是 AI 助手',</w:t>
        <w:br/>
        <w:t xml:space="preserve">  rate: 1.0,</w:t>
        <w:br/>
        <w:t>});</w:t>
        <w:br/>
        <w:br/>
        <w:t>// 音频识别</w:t>
        <w:br/>
        <w:t>const text = await aiCore.aiAssistant.recognizeAudioBlobToText({</w:t>
        <w:br/>
        <w:t xml:space="preserve">  audioBlob: audioFile,</w:t>
        <w:br/>
        <w:t xml:space="preserve">  audioType: 'wav',</w:t>
        <w:br/>
        <w:t>});</w:t>
      </w:r>
    </w:p>
    <w:p/>
    <w:p>
      <w:pPr>
        <w:pStyle w:val="Heading1"/>
      </w:pPr>
      <w:r>
        <w:t>是否支持 AI 助手聊天功能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supportAIAssistantChat(): SupportResult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SupportResult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获取 AI 助手相关配置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getAIAssistantConfig(): PolyvAIAssistantConfig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AI 助手配置，</w:t>
      </w:r>
      <w:r>
        <w:rPr>
          <w:rFonts w:ascii="Menlo" w:hAnsi="Menlo"/>
          <w:color w:val="444444"/>
          <w:sz w:val="20"/>
        </w:rPr>
        <w:t>PolyvAIAssistantConfig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aiDigitalHumanEnabled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数字人开关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助手开关，默认关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aiAssistantExpired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助手是否过期，默认为 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获取 AI 助手信息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获取当前 AI 助手的配置信息，包括助手 ID、名称、数字人信息等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getAIAssistantInfo(): PolyvAIAssistantInfo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AI 助手信息对象，</w:t>
      </w:r>
      <w:r>
        <w:rPr>
          <w:rFonts w:ascii="Menlo" w:hAnsi="Menlo"/>
          <w:color w:val="444444"/>
          <w:sz w:val="20"/>
        </w:rPr>
        <w:t>PolyvAIAssistantInfo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digitalHumanId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数字人 Id,，默认 -1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digitalHumanName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数字人名称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videoSource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视频资源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助手Id，默认 -1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助手名称，默认为 'AI'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助手编码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助手 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welcomeSpeech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助手欢迎语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assistantModule = new AIAssistantModule();</w:t>
        <w:br/>
        <w:t>await assistantModule.setupAIAssistant({ aiAssistantCode: 'xxx' });</w:t>
        <w:br/>
        <w:t>const info = assistantModule.getAIAssistantInfo();</w:t>
        <w:br/>
        <w:t>console.log('助手ID:', info.aiAssistantId);</w:t>
        <w:br/>
        <w:t>console.log('助手名称:', info.aiAssistantName);</w:t>
        <w:br/>
        <w:t>console.log('欢迎语:', info.welcomeSpeech);</w:t>
        <w:br/>
        <w:t>console.log('数字人ID:', info.digitalHumanId);</w:t>
        <w:br/>
        <w:t>console.log('数字人名称:', info.digitalHumanName);</w:t>
        <w:br/>
        <w:t>console.log('说话视频地址:', info.videoSource?.speakUrl);</w:t>
        <w:br/>
        <w:t>console.log('不说话视频地址:', info.videoSource?.noSpeakUrl);</w:t>
      </w:r>
    </w:p>
    <w:p/>
    <w:p>
      <w:pPr>
        <w:pStyle w:val="Heading1"/>
      </w:pPr>
      <w:r>
        <w:t>初始化 AI 助手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setupAIAssistant(aiAssistantInfo: Partial, opts?: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aiAssistantInfo：</w:t>
      </w:r>
      <w:r>
        <w:rPr>
          <w:rFonts w:ascii="Menlo" w:hAnsi="Menlo"/>
          <w:color w:val="444444"/>
          <w:sz w:val="20"/>
        </w:rPr>
        <w:t>Partial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opts：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independent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previewMode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发送 AI 提问消息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用于观众发送提问消息给到 AI 助手，调用过程中会触发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AIAssistantEvents.AIAssistantChatStatusChange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AIAssistantEvents.AIAssistantChatMessage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AIAssistantEvents.ReplaceAIAssistantChatMessage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sendAIQuestionMsg(__namedParameters: SendAIQuestionMsgOptions):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__namedParameters：</w:t>
      </w:r>
      <w:r>
        <w:rPr>
          <w:rFonts w:ascii="Menlo" w:hAnsi="Menlo"/>
          <w:color w:val="444444"/>
          <w:sz w:val="20"/>
        </w:rPr>
        <w:t>SendAIQuestionMsgOptions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提问内容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获取 AI 助手聊天历史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获取当前用户与 AI 助手的聊天历史记录，包括问题和答案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getAIAssistantChatHistory():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聊天消息数组，按时间顺序排列，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assistantModule = new AIAssistantModule();</w:t>
        <w:br/>
        <w:t>try {</w:t>
        <w:br/>
        <w:t xml:space="preserve">  const history = await assistantModule.getAIAssistantChatHistory();</w:t>
        <w:br/>
        <w:t xml:space="preserve">  console.log('历史消息数量:', history.length);</w:t>
        <w:br/>
        <w:br/>
        <w:t xml:space="preserve">  history.forEach(msg =&gt; {</w:t>
        <w:br/>
        <w:t xml:space="preserve">    if (msg.msgSource === PolyvAIAssistantChatMsgSource.Question) {</w:t>
        <w:br/>
        <w:t xml:space="preserve">      console.log('【用户提问】:', msg.content);</w:t>
        <w:br/>
        <w:t xml:space="preserve">    } else {</w:t>
        <w:br/>
        <w:t xml:space="preserve">      console.log('【AI 回答】:', msg.content);</w:t>
        <w:br/>
        <w:t xml:space="preserve">    }</w:t>
        <w:br/>
        <w:t xml:space="preserve">  });</w:t>
        <w:br/>
        <w:t>} catch (error) {</w:t>
        <w:br/>
        <w:t xml:space="preserve">  console.error('获取聊天历史失败:', error);</w:t>
        <w:br/>
        <w:t>}</w:t>
      </w:r>
    </w:p>
    <w:p/>
    <w:p>
      <w:pPr>
        <w:pStyle w:val="Heading1"/>
      </w:pPr>
      <w:r>
        <w:t>创建 AI 助手音频合成任务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将文本转换为语音并生成音频文件，支持自定义语速和语音类型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createAiAssistantAudioTask(opts: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opts：音频合成参数，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语速倍率，默认 1（正常速度），范围 0.5-2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text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要转换的文本内容，必填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ttsVoiceId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语音 ID，可选，不同的 ID 代表不同的语音风格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包含任务 ID 的对象，用于后续获取音频结果，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assistantModule = new AIAssistantModule();</w:t>
        <w:br/>
        <w:br/>
        <w:t>// 创建音频合成任务</w:t>
        <w:br/>
        <w:t>const { taskId } = await assistantModule.createAiAssistantAudioTask({</w:t>
        <w:br/>
        <w:t xml:space="preserve">  text: '欢迎观看直播，这是 AI 助手为您生成的语音内容',</w:t>
        <w:br/>
        <w:t xml:space="preserve">  rate: 1,</w:t>
        <w:br/>
        <w:t xml:space="preserve">  ttsVoiceId: 'female_zh_1'</w:t>
        <w:br/>
        <w:t>});</w:t>
        <w:br/>
        <w:t>console.log('任务ID:', taskId);</w:t>
        <w:br/>
        <w:br/>
        <w:t>// 等待一段时间后获取音频结果</w:t>
        <w:br/>
        <w:t>const audioResult = await assistantModule.getAiAssistantAudioTaskResult(taskId);</w:t>
        <w:br/>
        <w:t>console.log('音频URL:', audioResult.audioUrl);</w:t>
      </w:r>
    </w:p>
    <w:p/>
    <w:p>
      <w:pPr>
        <w:pStyle w:val="Heading1"/>
      </w:pPr>
      <w:r>
        <w:t>获取 AI 助手音频合成任务结果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根据任务 ID 获取之前创建的音频合成任务的结果，包括音频 URL 和状态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getAiAssistantAudioTaskResult(taskId: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taskId：音频合成任务 ID（通过 createAiAssistantAudioTask 获取），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音频任务结果对象，包含音频地址和状态信息，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识别音频转文字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将用户上传的音频文件识别并转换为文字内容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recognizeAudioBlobToText(params: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params：音频识别参数，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audioBlob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音频数据 Blob 对象，必填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Blob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audioType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音频格式类型，默认 'wav'，可选 'mp3'、'wav'、'm4a' 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识别出的文字内容，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assistantModule = new AIAssistantModule();</w:t>
        <w:br/>
        <w:br/>
        <w:t>// 假设已有音频 blob</w:t>
        <w:br/>
        <w:t>const audioBlob = new Blob([audioData], { type: 'audio/wav' });</w:t>
        <w:br/>
        <w:br/>
        <w:t>try {</w:t>
        <w:br/>
        <w:t xml:space="preserve">  const text = await assistantModule.recognizeAudioBlobToText({</w:t>
        <w:br/>
        <w:t xml:space="preserve">    audioBlob,</w:t>
        <w:br/>
        <w:t xml:space="preserve">    audioType: 'wav'</w:t>
        <w:br/>
        <w:t xml:space="preserve">  });</w:t>
        <w:br/>
        <w:t xml:space="preserve">  console.log('识别结果:', text);</w:t>
        <w:br/>
        <w:br/>
        <w:t xml:space="preserve">  // 可以将识别结果发送给 AI 助手</w:t>
        <w:br/>
        <w:t xml:space="preserve">  await assistantModule.sendAIQuestionMsg({ content: text });</w:t>
        <w:br/>
        <w:t>} catch (error) {</w:t>
        <w:br/>
        <w:t xml:space="preserve">  console.error('音频识别失败:', error);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