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 助手快速开始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本文档介绍如何在项目中快速集成 AI 助手组件。本篇文档以 AI 助手独立模式为示例</w:t>
      </w:r>
    </w:p>
    <w:p>
      <w:pPr>
        <w:pStyle w:val="Heading1"/>
      </w:pPr>
      <w:r>
        <w:t>前置条件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UI 层仅支持 Vue 2.7 版本，不兼容 Vue 3.x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从 Polyv 平台获取有效的 AI 助手凭证（</w:t>
      </w:r>
      <w:r>
        <w:rPr>
          <w:rFonts w:ascii="Menlo" w:hAnsi="Menlo"/>
          <w:color w:val="444444"/>
          <w:sz w:val="20"/>
        </w:rPr>
        <w:t>aiAssistantCode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aiAssistantToken</w:t>
      </w:r>
      <w:r>
        <w:rPr>
          <w:rFonts w:ascii="Source Han Sans SC" w:hAnsi="Source Han Sans SC" w:eastAsia="Source Han Sans SC" w:cs="Source Han Sans SC" w:hint="eastAsia"/>
          <w:sz w:val="21"/>
        </w:rPr>
        <w:t>）</w:t>
      </w:r>
    </w:p>
    <w:p>
      <w:pPr>
        <w:pStyle w:val="Heading1"/>
      </w:pPr>
      <w:r>
        <w:t>引入资源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 HTML 文件中引入以下三个核心脚本：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&lt;!-- 核心 SDK 链接 --&gt;</w:t>
        <w:br/>
        <w:t>&lt;script src="https://polyv-frontend-sdk-test-01.oss-cn-shenzhen.aliyuncs.com/live-watch-ai-sdk/v1-latest/live-watch-ai-sdk.umd.js"&gt;&lt;/script&gt;</w:t>
        <w:br/>
        <w:br/>
        <w:t>&lt;!-- 仅支持 Vue2.7 版本 --&gt;</w:t>
        <w:br/>
        <w:t>&lt;script src="https://s4.videocc.net/library/vue/2.x/vue-2.7.16.min.js"&gt;&lt;/script&gt;</w:t>
        <w:br/>
        <w:br/>
        <w:t>&lt;!-- UI SDK 链接 --&gt;</w:t>
        <w:br/>
        <w:t>&lt;script src="https://polyv-frontend-sdk-test-01.oss-cn-shenzhen.aliyuncs.com/live-watch-ai-ui/v1-latest/live-watch-ai-ui.umd.js"&gt;&lt;/script&gt;</w:t>
      </w:r>
    </w:p>
    <w:p>
      <w:pPr>
        <w:pStyle w:val="Heading1"/>
      </w:pPr>
      <w:r>
        <w:t>核心 SDK 初始化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使用 </w:t>
      </w:r>
      <w:r>
        <w:rPr>
          <w:rFonts w:ascii="Menlo" w:hAnsi="Menlo"/>
          <w:color w:val="444444"/>
          <w:sz w:val="20"/>
        </w:rPr>
        <w:t>PolyvWatchAICore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初始化核心 SDK：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{ PolyvWatchAICore, AIAssistantEvents } = window.PolyvLiveWatchAISdk;</w:t>
        <w:br/>
        <w:br/>
        <w:t>let watchAICore = null;</w:t>
        <w:br/>
        <w:br/>
        <w:t>function initWatchAICore() {</w:t>
        <w:br/>
        <w:t xml:space="preserve">  watchAICore = new PolyvWatchAICore({</w:t>
        <w:br/>
        <w:t xml:space="preserve">    domainInfo: {</w:t>
        <w:br/>
        <w:t xml:space="preserve">      polyvApiDomain: `https://develop-3-api.polyv.net`,</w:t>
        <w:br/>
        <w:t xml:space="preserve">    },</w:t>
        <w:br/>
        <w:t xml:space="preserve">  });</w:t>
        <w:br/>
        <w:t>}</w:t>
        <w:br/>
        <w:br/>
        <w:t>function getWatchAICore() {</w:t>
        <w:br/>
        <w:t xml:space="preserve">  if (!watchAICore) throw new Error('not init watchAICore');</w:t>
        <w:br/>
        <w:t xml:space="preserve">  return watchAICore;</w:t>
        <w:br/>
        <w:t>}</w:t>
      </w:r>
    </w:p>
    <w:p>
      <w:pPr>
        <w:pStyle w:val="Heading1"/>
      </w:pPr>
      <w:r>
        <w:t>UI SDK 渲染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使用 Vue 2.7 组件 </w:t>
      </w:r>
      <w:r>
        <w:rPr>
          <w:rFonts w:ascii="Menlo" w:hAnsi="Menlo"/>
          <w:color w:val="444444"/>
          <w:sz w:val="20"/>
        </w:rPr>
        <w:t>AiAssistantChat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渲染 AI 助手界面：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{ AiAssistantChat, useAIGlobalProvider } = window.PolyvLiveWatchAIUI;</w:t>
        <w:br/>
        <w:br/>
        <w:t>function renderApp() {</w:t>
        <w:br/>
        <w:t xml:space="preserve">  const appInstance = new window.Vue({</w:t>
        <w:br/>
        <w:t xml:space="preserve">    components: {</w:t>
        <w:br/>
        <w:t xml:space="preserve">      AiAssistantChat,</w:t>
        <w:br/>
        <w:t xml:space="preserve">    },</w:t>
        <w:br/>
        <w:t xml:space="preserve">    data: {</w:t>
        <w:br/>
        <w:t xml:space="preserve">      renderEnabled: false,</w:t>
        <w:br/>
        <w:t xml:space="preserve">    },</w:t>
        <w:br/>
        <w:t xml:space="preserve">    setup() {</w:t>
        <w:br/>
        <w:t xml:space="preserve">      useAIGlobalProvider({</w:t>
        <w:br/>
        <w:t xml:space="preserve">        getWatchAICore,</w:t>
        <w:br/>
        <w:t xml:space="preserve">        theme: 'light',</w:t>
        <w:br/>
        <w:t xml:space="preserve">      });</w:t>
        <w:br/>
        <w:t xml:space="preserve">    },</w:t>
        <w:br/>
        <w:t xml:space="preserve">    created() {</w:t>
        <w:br/>
        <w:t xml:space="preserve">      const watchAICore = getWatchAICore();</w:t>
        <w:br/>
        <w:br/>
        <w:t xml:space="preserve">      watchAICore.aiAssistant.setupAIAssistant(</w:t>
        <w:br/>
        <w:t xml:space="preserve">        {</w:t>
        <w:br/>
        <w:t xml:space="preserve">          aiAssistantCode: 'your-ai-assistant-code',</w:t>
        <w:br/>
        <w:t xml:space="preserve">          aiAssistantToken: 'your-ai-assistant-token',</w:t>
        <w:br/>
        <w:t xml:space="preserve">        },</w:t>
        <w:br/>
        <w:t xml:space="preserve">        { independent: true },</w:t>
        <w:br/>
        <w:t xml:space="preserve">      );</w:t>
        <w:br/>
        <w:br/>
        <w:t xml:space="preserve">      watchAICore.aiAssistant.eventEmitter.on(</w:t>
        <w:br/>
        <w:t xml:space="preserve">        AIAssistantEvents.AIAssistantChatSetupedIndependent,</w:t>
        <w:br/>
        <w:t xml:space="preserve">        () =&gt; {</w:t>
        <w:br/>
        <w:t xml:space="preserve">          this.renderEnabled = true;</w:t>
        <w:br/>
        <w:t xml:space="preserve">        },</w:t>
        <w:br/>
        <w:t xml:space="preserve">      );</w:t>
        <w:br/>
        <w:t xml:space="preserve">    },</w:t>
        <w:br/>
        <w:t xml:space="preserve">    template: `</w:t>
        <w:br/>
        <w:t xml:space="preserve">      &lt;div v-if="renderEnabled" class="c-ai-assistant-container"&gt;</w:t>
        <w:br/>
        <w:t xml:space="preserve">        &lt;div class="c-ai-assistant-chat-wrapper"&gt;</w:t>
        <w:br/>
        <w:t xml:space="preserve">          &lt;AiAssistantChat direction="row" /&gt;</w:t>
        <w:br/>
        <w:t xml:space="preserve">        &lt;/div&gt;</w:t>
        <w:br/>
        <w:t xml:space="preserve">      &lt;/div&gt;</w:t>
        <w:br/>
        <w:t xml:space="preserve">    `,</w:t>
        <w:br/>
        <w:t xml:space="preserve">  });</w:t>
        <w:br/>
        <w:t xml:space="preserve">  appInstance.$mount('#app');</w:t>
        <w:br/>
        <w:t>}</w:t>
      </w:r>
    </w:p>
    <w:p>
      <w:pPr>
        <w:pStyle w:val="Heading1"/>
      </w:pPr>
      <w:r>
        <w:t>完整示例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&lt;!DOCTYPE html&gt;</w:t>
        <w:br/>
        <w:t>&lt;html lang="en"&gt;</w:t>
        <w:br/>
        <w:t xml:space="preserve">  &lt;head&gt;</w:t>
        <w:br/>
        <w:t xml:space="preserve">    &lt;meta charset="UTF-8" /&gt;</w:t>
        <w:br/>
        <w:t xml:space="preserve">    &lt;meta</w:t>
        <w:br/>
        <w:t xml:space="preserve">      name="viewport"</w:t>
        <w:br/>
        <w:t xml:space="preserve">      content="width=device-width, initial-scale=1.0"</w:t>
        <w:br/>
        <w:t xml:space="preserve">    /&gt;</w:t>
        <w:br/>
        <w:t xml:space="preserve">    &lt;title&gt;AI 助手&lt;/title&gt;</w:t>
        <w:br/>
        <w:t xml:space="preserve">    &lt;style&gt;</w:t>
        <w:br/>
        <w:t xml:space="preserve">      .c-ai-assistant-container {</w:t>
        <w:br/>
        <w:t xml:space="preserve">        width: 100vw;</w:t>
        <w:br/>
        <w:t xml:space="preserve">        height: 100vh;</w:t>
        <w:br/>
        <w:t xml:space="preserve">        display: flex;</w:t>
        <w:br/>
        <w:t xml:space="preserve">        align-items: center;</w:t>
        <w:br/>
        <w:t xml:space="preserve">        justify-content: center;</w:t>
        <w:br/>
        <w:t xml:space="preserve">        box-sizing: border-box;</w:t>
        <w:br/>
        <w:t xml:space="preserve">        overflow: hidden;</w:t>
        <w:br/>
        <w:t xml:space="preserve">        background-color: #f2f2f2;</w:t>
        <w:br/>
        <w:t xml:space="preserve">      }</w:t>
        <w:br/>
        <w:br/>
        <w:t xml:space="preserve">      .c-ai-assistant-chat-wrapper {</w:t>
        <w:br/>
        <w:t xml:space="preserve">        width: 80%;</w:t>
        <w:br/>
        <w:t xml:space="preserve">        height: 80%;</w:t>
        <w:br/>
        <w:t xml:space="preserve">      }</w:t>
        <w:br/>
        <w:t xml:space="preserve">    &lt;/style&gt;</w:t>
        <w:br/>
        <w:t xml:space="preserve">  &lt;/head&gt;</w:t>
        <w:br/>
        <w:t xml:space="preserve">  &lt;body&gt;</w:t>
        <w:br/>
        <w:t xml:space="preserve">    &lt;div id="app"&gt;&lt;/div&gt;</w:t>
        <w:br/>
        <w:t xml:space="preserve">  &lt;/body&gt;</w:t>
        <w:br/>
        <w:t xml:space="preserve">  &lt;!-- 核心 SDK 链接 --&gt;</w:t>
        <w:br/>
        <w:t xml:space="preserve">  &lt;script src="https://polyv-frontend-sdk-test-01.oss-cn-shenzhen.aliyuncs.com/live-watch-ai-sdk/v1-latest/live-watch-ai-sdk.umd.js"&gt;&lt;/script&gt;</w:t>
        <w:br/>
        <w:t xml:space="preserve">  &lt;!-- 仅支持 Vue2.7 版本 --&gt;</w:t>
        <w:br/>
        <w:t xml:space="preserve">  &lt;script src="https://s4.videocc.net/library/vue/2.x/vue-2.7.16.min.js"&gt;&lt;/script&gt;</w:t>
        <w:br/>
        <w:t xml:space="preserve">  &lt;!-- UI SDK 链接 --&gt;</w:t>
        <w:br/>
        <w:t xml:space="preserve">  &lt;script src="https://polyv-frontend-sdk-test-01.oss-cn-shenzhen.aliyuncs.com/live-watch-ai-ui/v1-latest/live-watch-ai-ui.umd.js"&gt;&lt;/script&gt;</w:t>
        <w:br/>
        <w:t xml:space="preserve">  &lt;script&gt;</w:t>
        <w:br/>
        <w:t xml:space="preserve">    //  ======== 核心 SDK 处理逻辑  ========</w:t>
        <w:br/>
        <w:t xml:space="preserve">    const { PolyvWatchAICore, AIAssistantEvents } = window.PolyvLiveWatchAISdk;</w:t>
        <w:br/>
        <w:br/>
        <w:t xml:space="preserve">    let watchAICore = null;</w:t>
        <w:br/>
        <w:t xml:space="preserve">    function initWatchAICore() {</w:t>
        <w:br/>
        <w:t xml:space="preserve">      watchAICore = new PolyvWatchAICore({</w:t>
        <w:br/>
        <w:t xml:space="preserve">        domainInfo: {</w:t>
        <w:br/>
        <w:t xml:space="preserve">          polyvApiDomain: `https://develop-3-api.polyv.net`,</w:t>
        <w:br/>
        <w:t xml:space="preserve">        },</w:t>
        <w:br/>
        <w:t xml:space="preserve">      });</w:t>
        <w:br/>
        <w:t xml:space="preserve">    }</w:t>
        <w:br/>
        <w:t xml:space="preserve">    function getWatchAICore() {</w:t>
        <w:br/>
        <w:t xml:space="preserve">      if (!watchAICore) throw new Error('not init watchAICore');</w:t>
        <w:br/>
        <w:t xml:space="preserve">      return watchAICore;</w:t>
        <w:br/>
        <w:t xml:space="preserve">    }</w:t>
        <w:br/>
        <w:br/>
        <w:t xml:space="preserve">    //  ======== UI SDK 处理逻辑  ========</w:t>
        <w:br/>
        <w:t xml:space="preserve">    const { AiAssistantChat, useAIGlobalProvider } = window.PolyvLiveWatchAIUI;</w:t>
        <w:br/>
        <w:br/>
        <w:t xml:space="preserve">    function renderApp() {</w:t>
        <w:br/>
        <w:t xml:space="preserve">      const appInstance = new window.Vue({</w:t>
        <w:br/>
        <w:t xml:space="preserve">        components: {</w:t>
        <w:br/>
        <w:t xml:space="preserve">          AiAssistantChat,</w:t>
        <w:br/>
        <w:t xml:space="preserve">        },</w:t>
        <w:br/>
        <w:t xml:space="preserve">        data: {</w:t>
        <w:br/>
        <w:t xml:space="preserve">          renderEnabled: false,</w:t>
        <w:br/>
        <w:t xml:space="preserve">        },</w:t>
        <w:br/>
        <w:t xml:space="preserve">        setup() {</w:t>
        <w:br/>
        <w:t xml:space="preserve">          useAIGlobalProvider({</w:t>
        <w:br/>
        <w:t xml:space="preserve">            getWatchAICore,</w:t>
        <w:br/>
        <w:t xml:space="preserve">            theme: 'light',</w:t>
        <w:br/>
        <w:t xml:space="preserve">          });</w:t>
        <w:br/>
        <w:t xml:space="preserve">        },</w:t>
        <w:br/>
        <w:t xml:space="preserve">        created() {</w:t>
        <w:br/>
        <w:t xml:space="preserve">          const watchAICore = getWatchAICore();</w:t>
        <w:br/>
        <w:br/>
        <w:t xml:space="preserve">          watchAICore.aiAssistant.setupAIAssistant(</w:t>
        <w:br/>
        <w:t xml:space="preserve">            {</w:t>
        <w:br/>
        <w:t xml:space="preserve">              aiAssistantCode: 'your-ai-assistant-code',</w:t>
        <w:br/>
        <w:t xml:space="preserve">              aiAssistantToken: 'your-ai-assistant-token',</w:t>
        <w:br/>
        <w:t xml:space="preserve">            },</w:t>
        <w:br/>
        <w:t xml:space="preserve">            { independent: true },</w:t>
        <w:br/>
        <w:t xml:space="preserve">          );</w:t>
        <w:br/>
        <w:br/>
        <w:t xml:space="preserve">          watchAICore.aiAssistant.eventEmitter.on(</w:t>
        <w:br/>
        <w:t xml:space="preserve">            AIAssistantEvents.AIAssistantChatSetupedIndependent,</w:t>
        <w:br/>
        <w:t xml:space="preserve">            () =&gt; {</w:t>
        <w:br/>
        <w:t xml:space="preserve">              this.renderEnabled = true;</w:t>
        <w:br/>
        <w:t xml:space="preserve">            },</w:t>
        <w:br/>
        <w:t xml:space="preserve">          );</w:t>
        <w:br/>
        <w:t xml:space="preserve">        },</w:t>
        <w:br/>
        <w:t xml:space="preserve">        template: `</w:t>
        <w:br/>
        <w:t xml:space="preserve">          &lt;div v-if="renderEnabled" class="c-ai-assistant-container"&gt;</w:t>
        <w:br/>
        <w:t xml:space="preserve">            &lt;div class="c-ai-assistant-chat-wrapper"&gt;</w:t>
        <w:br/>
        <w:t xml:space="preserve">              &lt;AiAssistantChat direction="row" /&gt;</w:t>
        <w:br/>
        <w:t xml:space="preserve">            &lt;/div&gt;</w:t>
        <w:br/>
        <w:t xml:space="preserve">          &lt;/div&gt;</w:t>
        <w:br/>
        <w:t xml:space="preserve">        `,</w:t>
        <w:br/>
        <w:t xml:space="preserve">      });</w:t>
        <w:br/>
        <w:t xml:space="preserve">      appInstance.$mount('#app');</w:t>
        <w:br/>
        <w:t xml:space="preserve">    }</w:t>
        <w:br/>
        <w:br/>
        <w:t xml:space="preserve">    //  ======== 主流程  ========</w:t>
        <w:br/>
        <w:t xml:space="preserve">    function main() {</w:t>
        <w:br/>
        <w:t xml:space="preserve">      initWatchAICore();</w:t>
        <w:br/>
        <w:t xml:space="preserve">      renderApp();</w:t>
        <w:br/>
        <w:t xml:space="preserve">    }</w:t>
        <w:br/>
        <w:br/>
        <w:t xml:space="preserve">    main();</w:t>
        <w:br/>
        <w:t xml:space="preserve">  &lt;/script&gt;</w:t>
        <w:br/>
        <w:t>&lt;/html&gt;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助手快速开始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