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助手模块通过事件机制提供状态通知和消息回调。</w:t>
      </w:r>
    </w:p>
    <w:p>
      <w:pPr>
        <w:pStyle w:val="Heading1"/>
      </w:pPr>
      <w:r>
        <w:t>事件列表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AIAssistantChatSetupedIndependent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独立模式 AI 助手设置完成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AIAssistantChatSetupedComplete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助手设置完成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AIAssistantChatStatusChange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聊天状态变化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AIAssistantChatMessage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收到聊天消息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ReplaceAIAssistantChatMessage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聊天消息更新（流式响应）</w:t>
            </w:r>
          </w:p>
        </w:tc>
      </w:tr>
    </w:tbl>
    <w:p>
      <w:pPr>
        <w:spacing w:after="40"/>
      </w:pPr>
    </w:p>
    <w:p>
      <w:pPr>
        <w:pStyle w:val="Heading1"/>
      </w:pPr>
      <w:r>
        <w:t>事件监听示例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AIAssistantEvents, PolyvAIAssistantChatStatus } from '@polyv/live-watch-ai-sdk';</w:t>
        <w:br/>
        <w:br/>
        <w:t>const aiAssistant = aiCore.aiAssistant;</w:t>
        <w:br/>
        <w:br/>
        <w:t>// 监听设置完成事件</w:t>
        <w:br/>
        <w:t>aiAssistant.eventEmitter.on(AIAssistantEvents.AIAssistantChatSetupedIndependent, () =&gt; {</w:t>
        <w:br/>
        <w:t xml:space="preserve">  console.log('AI 助手已准备好');</w:t>
        <w:br/>
        <w:t>});</w:t>
        <w:br/>
        <w:br/>
        <w:t>// 监听聊天状态变化</w:t>
        <w:br/>
        <w:t>aiAssistant.eventEmitter.on(AIAssistantEvents.AIAssistantChatStatusChange, ({ status }) =&gt; {</w:t>
        <w:br/>
        <w:t xml:space="preserve">  console.log('聊天状态:', status === PolyvAIAssistantChatStatus.Wait ? '等待输入' : 'AI 回答中');</w:t>
        <w:br/>
        <w:t>});</w:t>
        <w:br/>
        <w:br/>
        <w:t>// 监听聊天消息</w:t>
        <w:br/>
        <w:t>aiAssistant.eventEmitter.on(AIAssistantEvents.AIAssistantChatMessage, ({ AIChatMsg }) =&gt; {</w:t>
        <w:br/>
        <w:t xml:space="preserve">  console.log('收到消息:', AIChatMsg.content);</w:t>
        <w:br/>
        <w:t>});</w:t>
        <w:br/>
        <w:br/>
        <w:t>// 监听消息更新（流式响应）</w:t>
        <w:br/>
        <w:t>aiAssistant.eventEmitter.on(AIAssistantEvents.ReplaceAIAssistantChatMessage, ({ AIChatMsg }) =&gt; {</w:t>
        <w:br/>
        <w:t xml:space="preserve">  console.log('消息更新:', AIChatMsg.content);</w:t>
        <w:br/>
        <w:t>});</w:t>
        <w:br/>
        <w:br/>
        <w:t>// 清理事件监听器</w:t>
        <w:br/>
        <w:t>aiAssistant.eventEmitter.off(AIAssistantEvents.AIAssistantChatMessage);</w:t>
      </w:r>
    </w:p>
    <w:p>
      <w:pPr>
        <w:pStyle w:val="Heading1"/>
      </w:pPr>
      <w:r>
        <w:t>聊天状态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Wait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等待用户输入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Replaying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正在回答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Busy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繁忙</w:t>
            </w:r>
          </w:p>
        </w:tc>
      </w:tr>
    </w:tbl>
    <w:p>
      <w:pPr>
        <w:spacing w:after="40"/>
      </w:pPr>
    </w:p>
    <w:p/>
    <w:p/>
    <w:p>
      <w:pPr>
        <w:pStyle w:val="Heading1"/>
      </w:pPr>
      <w:r>
        <w:t>AI 助手独立设置回调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AIAssistantEvents.AIAssistantChatSetupedIndependent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AI 助手完整功能设置回调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AIAssistantEvents.AIAssistantChatSetupedComplete</w:t>
      </w:r>
    </w:p>
    <w:p/>
    <w:p>
      <w:pPr>
        <w:pStyle w:val="Heading1"/>
      </w:pPr>
      <w:r>
        <w:t>AI 助手聊天状态变化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AIAssistantEvents.AIAssistantChatStatusChange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PolyvAIAssistantChatStatus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AI 助手聊天信息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AIAssistantEvents.AIAssistantChatMessage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PolyvAIAssistantChatMsgType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替换聊天消息事件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AIAssistantEvents.ReplaceAIAssistantChatMessage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需要替换的消息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AIAssistantChatStatus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助手聊天状态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PolyvAIAssistantChatStatus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AIChatMsg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PolyvAIAssistantChatMsgType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