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reward-receive 奖品领取</w:t>
      </w:r>
    </w:p>
    <w:p>
      <w:pPr>
        <w:pStyle w:val="Heading1"/>
      </w:pPr>
      <w:r>
        <w:t>一、介绍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奖品领取组件用于直播间的奖品领取功能，支持各种互动功能的奖品领取流程。组件提供奖品信息展示、领取表单填写、提交等完整功能。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组件提供一个主要入口组件：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RewardReceivePopup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 奖品领取弹窗组件</w:t>
      </w:r>
    </w:p>
    <w:p>
      <w:pPr>
        <w:pStyle w:val="Heading1"/>
      </w:pPr>
      <w:r>
        <w:t>二、引入</w:t>
      </w:r>
    </w:p>
    <w:p>
      <w:pPr>
        <w:pStyle w:val="Heading2"/>
      </w:pPr>
      <w:r>
        <w:t>2.1 UMD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src="https://websdk.videocc.net/iar-reward-receive-ui/rc-20250612/reward-receive-popup.umd.js"&gt;&lt;/script&gt;</w:t>
        <w:br/>
        <w:br/>
        <w:t>&lt;script&gt;</w:t>
        <w:br/>
        <w:t>const { RewardReceivePopup } = window.PolyvIarRewardReceiveUi;</w:t>
        <w:br/>
        <w:t>&lt;/script&gt;</w:t>
      </w:r>
    </w:p>
    <w:p>
      <w:pPr>
        <w:pStyle w:val="Heading2"/>
      </w:pPr>
      <w:r>
        <w:t>2.2 NPM 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安装依赖</w:t>
        <w:br/>
        <w:t>pnpm add @polyv/iar-reward-receive-ui</w:t>
        <w:br/>
        <w:br/>
        <w:t>// 引入组件</w:t>
        <w:br/>
        <w:t>import { RewardReceivePopup } from '@polyv/iar-reward-receive-ui';</w:t>
      </w:r>
    </w:p>
    <w:p>
      <w:pPr>
        <w:pStyle w:val="Heading1"/>
      </w:pPr>
      <w:r>
        <w:t>三、代码示例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&lt;div&gt;</w:t>
        <w:br/>
        <w:t xml:space="preserve">    &lt;!-- 奖品领取弹窗 --&gt;</w:t>
        <w:br/>
        <w:t xml:space="preserve">    &lt;RewardReceivePopup</w:t>
        <w:br/>
        <w:t xml:space="preserve">      ref="rewardReceiveRef"</w:t>
        <w:br/>
        <w:t xml:space="preserve">      :reward-data="rewardData"</w:t>
        <w:br/>
        <w:t xml:space="preserve">      show-popup</w:t>
        <w:br/>
        <w:t xml:space="preserve">      @to-show="onToShow"</w:t>
        <w:br/>
        <w:t xml:space="preserve">      @to-hide="onToHide"</w:t>
        <w:br/>
        <w:t xml:space="preserve">      @submit-success="onSubmitSuccess"</w:t>
        <w:br/>
        <w:t xml:space="preserve">    /&gt;</w:t>
        <w:br/>
        <w:t xml:space="preserve">  &lt;/div&gt;</w:t>
        <w:br/>
        <w:t>&lt;/template&gt;</w:t>
        <w:br/>
        <w:br/>
        <w:t>&lt;script setup&gt;</w:t>
        <w:br/>
        <w:t>import { RewardReceivePopup } from '@polyv/iar-reward-receive-ui';</w:t>
        <w:br/>
        <w:br/>
        <w:t>// 奖品数据</w:t>
        <w:br/>
        <w:t>const rewardData = ref({</w:t>
        <w:br/>
        <w:t xml:space="preserve">  prizeInfo: {</w:t>
        <w:br/>
        <w:t xml:space="preserve">    prize: '奖品名称',</w:t>
        <w:br/>
        <w:t xml:space="preserve">    thumbnail: 'https://example.com/prize.jpg'</w:t>
        <w:br/>
        <w:t xml:space="preserve">  },</w:t>
        <w:br/>
        <w:t xml:space="preserve">  formList: [</w:t>
        <w:br/>
        <w:t xml:space="preserve">    {</w:t>
        <w:br/>
        <w:t xml:space="preserve">      field: '姓名',</w:t>
        <w:br/>
        <w:t xml:space="preserve">      formType: 'input',</w:t>
        <w:br/>
        <w:t xml:space="preserve">      tips: '请输入您的姓名',</w:t>
        <w:br/>
        <w:t xml:space="preserve">      required: true,</w:t>
        <w:br/>
        <w:t xml:space="preserve">      value: null</w:t>
        <w:br/>
        <w:t xml:space="preserve">    }</w:t>
        <w:br/>
        <w:t xml:space="preserve">  ]</w:t>
        <w:br/>
        <w:t>});</w:t>
        <w:br/>
        <w:br/>
        <w:t>// 事件处理</w:t>
        <w:br/>
        <w:t>const onToShow = () =&gt; {</w:t>
        <w:br/>
        <w:t xml:space="preserve">  console.log('显示奖品领取弹窗');</w:t>
        <w:br/>
        <w:t>};</w:t>
        <w:br/>
        <w:br/>
        <w:t>const onToHide = () =&gt; {</w:t>
        <w:br/>
        <w:t xml:space="preserve">  console.log('隐藏奖品领取弹窗');</w:t>
        <w:br/>
        <w:t>};</w:t>
        <w:br/>
        <w:br/>
        <w:t>const onSubmitSuccess = () =&gt; {</w:t>
        <w:br/>
        <w:t xml:space="preserve">  console.log('奖品领取提交成功');</w:t>
        <w:br/>
        <w:t>};</w:t>
        <w:br/>
        <w:t>&lt;/script&gt;</w:t>
      </w:r>
    </w:p>
    <w:p>
      <w:pPr>
        <w:pStyle w:val="Heading1"/>
      </w:pPr>
      <w:r>
        <w:t>四、API</w:t>
      </w:r>
    </w:p>
    <w:p>
      <w:pPr>
        <w:pStyle w:val="Heading2"/>
      </w:pPr>
      <w:r>
        <w:t>4.1 Props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奖品领取数据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RewardReceiveData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showPopup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是否显示弹窗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</w:tr>
    </w:tbl>
    <w:p>
      <w:pPr>
        <w:spacing w:after="40"/>
      </w:pPr>
    </w:p>
    <w:p>
      <w:pPr>
        <w:pStyle w:val="Heading2"/>
      </w:pPr>
      <w:r>
        <w:t>4.2 Events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事件名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回调参数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显示奖品领取弹窗时触发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to-hide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隐藏奖品领取弹窗时触发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submit-success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奖品领取提交成功时触发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() =&gt; void</w:t>
            </w:r>
          </w:p>
        </w:tc>
      </w:tr>
    </w:tbl>
    <w:p>
      <w:pPr>
        <w:spacing w:after="40"/>
      </w:pPr>
    </w:p>
    <w:p>
      <w:pPr>
        <w:pStyle w:val="Heading2"/>
      </w:pPr>
      <w:r>
        <w:t>4.3 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 ref 可以调用组件的方法：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返回值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显示奖品领取弹窗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隐藏奖品领取弹窗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void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提交奖品领取信息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Promise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reward-receive 奖品领取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