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coupon 优惠券</w:t>
      </w:r>
    </w:p>
    <w:p>
      <w:pPr>
        <w:pStyle w:val="Heading1"/>
      </w:pPr>
      <w:r>
        <w:t>一、介绍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优惠券组件用于直播间的优惠券功能，支持优惠券领取、查看和展示。组件包含可领取优惠券列表、已领取优惠券列表和优惠券挂件等功能。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组件提供三种不同的入口组件：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NormalCouponCommonList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可领取优惠券列表组件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NormalCouponUserList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已领取优惠券列表组件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NormalCouponPendant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优惠券挂件组件</w:t>
      </w:r>
    </w:p>
    <w:p>
      <w:pPr>
        <w:pStyle w:val="Heading1"/>
      </w:pPr>
      <w:r>
        <w:t>二、引入</w:t>
      </w:r>
    </w:p>
    <w:p>
      <w:pPr>
        <w:pStyle w:val="Heading2"/>
      </w:pPr>
      <w:r>
        <w:t>2.1 UMD 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normal-coupon-common-list.umd.js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是可领取优惠券列表组件，</w:t>
      </w:r>
      <w:r>
        <w:rPr>
          <w:rFonts w:ascii="Menlo" w:hAnsi="Menlo"/>
          <w:color w:val="444444"/>
          <w:sz w:val="20"/>
        </w:rPr>
        <w:t>normal-coupon-user-list.umd.js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是已领取优惠券列表组件，</w:t>
      </w:r>
      <w:r>
        <w:rPr>
          <w:rFonts w:ascii="Menlo" w:hAnsi="Menlo"/>
          <w:color w:val="444444"/>
          <w:sz w:val="20"/>
        </w:rPr>
        <w:t>normal-coupon-pendant.umd.js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是优惠券挂件组件。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src="https://websdk.videocc.net/iar-coupon-ui/rc-20250612/normal-coupon-common-list.umd.js"&gt;&lt;/script&gt;</w:t>
        <w:br/>
        <w:br/>
        <w:t>&lt;script&gt;</w:t>
        <w:br/>
        <w:t>const { NormalCouponCommonList, NormalCouponUserList, NormalCouponPendant } = window.PolyvIarCouponUi;</w:t>
        <w:br/>
        <w:t>&lt;/script&gt;</w:t>
      </w:r>
    </w:p>
    <w:p>
      <w:pPr>
        <w:pStyle w:val="Heading2"/>
      </w:pPr>
      <w:r>
        <w:t>2.2 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@polyv/iar-coupon-ui</w:t>
        <w:br/>
        <w:br/>
        <w:t>// 引入组件</w:t>
        <w:br/>
        <w:t>import { NormalCouponCommonList, NormalCouponUserList, NormalCouponPendant } from '@polyv/iar-coupon-ui';</w:t>
      </w:r>
    </w:p>
    <w:p>
      <w:pPr>
        <w:pStyle w:val="Heading1"/>
      </w:pPr>
      <w:r>
        <w:t>三、代码示例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可领取优惠券列表 --&gt;</w:t>
        <w:br/>
        <w:t xml:space="preserve">    &lt;NormalCouponCommonList</w:t>
        <w:br/>
        <w:t xml:space="preserve">      ref="couponCommonListRef"</w:t>
        <w:br/>
        <w:t xml:space="preserve">      :coupon-target="couponSDK"</w:t>
        <w:br/>
        <w:t xml:space="preserve">      @to-show="onToShow"</w:t>
        <w:br/>
        <w:t xml:space="preserve">      @to-hide="onToHide"</w:t>
        <w:br/>
        <w:t xml:space="preserve">    /&gt;</w:t>
        <w:br/>
        <w:br/>
        <w:t xml:space="preserve">    &lt;!-- 已领取优惠券列表 --&gt;</w:t>
        <w:br/>
        <w:t xml:space="preserve">    &lt;NormalCouponUserList</w:t>
        <w:br/>
        <w:t xml:space="preserve">      ref="couponUserListRef"</w:t>
        <w:br/>
        <w:t xml:space="preserve">      :coupon-target="couponSDK"</w:t>
        <w:br/>
        <w:t xml:space="preserve">      @to-show="onToShow"</w:t>
        <w:br/>
        <w:t xml:space="preserve">      @to-hide="onToHide"</w:t>
        <w:br/>
        <w:t xml:space="preserve">    /&gt;</w:t>
        <w:br/>
        <w:br/>
        <w:t xml:space="preserve">    &lt;!-- 优惠券挂件 --&gt;</w:t>
        <w:br/>
        <w:t xml:space="preserve">    &lt;NormalCouponPendant</w:t>
        <w:br/>
        <w:t xml:space="preserve">      ref="couponPendantRef"</w:t>
        <w:br/>
        <w:t xml:space="preserve">      :coupon-target="couponSDK"</w:t>
        <w:br/>
        <w:t xml:space="preserve">      @to-show="onToShow"</w:t>
        <w:br/>
        <w:t xml:space="preserve">      @to-hide="onToHide"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NormalCouponCommonList, NormalCouponUserList, NormalCouponPendant } from '@polyv/iar-coupon-ui';</w:t>
        <w:br/>
        <w:t>import { Coupon } from '@polyv/iar-coupon-sdk';</w:t>
        <w:br/>
        <w:br/>
        <w:t>// 初始化优惠券 SDK</w:t>
        <w:br/>
        <w:t>const couponSDK = new Coupon(iarCore);</w:t>
        <w:br/>
        <w:br/>
        <w:t>// 事件处理</w:t>
        <w:br/>
        <w:t>const onToShow = () =&gt; {</w:t>
        <w:br/>
        <w:t xml:space="preserve">  console.log('显示优惠券弹窗');</w:t>
        <w:br/>
        <w:t>};</w:t>
        <w:br/>
        <w:br/>
        <w:t>const onToHide = () =&gt; {</w:t>
        <w:br/>
        <w:t xml:space="preserve">  console.log('隐藏优惠券弹窗');</w:t>
        <w:br/>
        <w:t>};</w:t>
        <w:br/>
        <w:t>&lt;/script&gt;</w:t>
      </w:r>
    </w:p>
    <w:p>
      <w:pPr>
        <w:pStyle w:val="Heading1"/>
      </w:pPr>
      <w:r>
        <w:t>四、API</w:t>
      </w:r>
    </w:p>
    <w:p>
      <w:pPr>
        <w:pStyle w:val="Heading2"/>
      </w:pPr>
      <w:r>
        <w:t>4.1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couponTarget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 SDK 实例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Coupon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</w:tbl>
    <w:p>
      <w:pPr>
        <w:spacing w:after="40"/>
      </w:pPr>
    </w:p>
    <w:p>
      <w:pPr>
        <w:pStyle w:val="Heading2"/>
      </w:pPr>
      <w:r>
        <w:t>4.2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显示优惠券弹窗时触发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隐藏优惠券弹窗时触发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4.3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显示组件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隐藏组件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coupon 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