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问卷功能模块提供观看端参与直播间问卷调研和随堂考试的能力。支持获取问卷详情、参与问卷答题等功能，并能实时接收问卷开始事件。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getQuestionnaireDetail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获取问卷详情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QuestionnaireEvent.StartQuestionnaire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开始问卷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