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一、开始问卷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当问卷开始时触发该事件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QuestionnaireEvent.StartQuestionnaire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questionnaireData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QuestionnaireData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questionnaireTarget.eventEmitter.on(QuestionnaireEvent.StartQuestionnaire, (data) =&gt; {</w:t>
        <w:br/>
        <w:t xml:space="preserve">  console.log('问卷开始:', data.questionnaireData);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