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/>
    <w:p/>
    <w:p>
      <w:pPr>
        <w:pStyle w:val="Heading1"/>
      </w:pPr>
      <w:r>
        <w:t>一、抽奖初始化完成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在获取抽奖列表后触发，触发后可调用抽奖相关的 Api，如获取抽奖列表。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LotteryEvent.LotteryInited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LotteryBasicData[]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lotteryTarget.eventEmitter.on(LotteryEvent.LotteryInited, (data) =&gt; {</w:t>
        <w:br/>
        <w:t xml:space="preserve">  console.log('当前进行中的抽奖列表', data.lotteryList);</w:t>
        <w:br/>
        <w:t>});</w:t>
      </w:r>
    </w:p>
    <w:p/>
    <w:p>
      <w:pPr>
        <w:pStyle w:val="Heading1"/>
      </w:pPr>
      <w:r>
        <w:t>二、抽奖列表更新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当抽奖列表改变时触发该事件，如发起了新的抽奖、抽奖状态改变等。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LotteryEvent.LotteryListUpdate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当前抽奖活动的列表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LotteryBasicData[]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lotteryTarget.eventEmitter.on(LotteryEvent.LotteryListUpdate, (data) =&gt; {</w:t>
        <w:br/>
        <w:t xml:space="preserve">  console.log('更新后的抽奖列表', data.lotteryList);</w:t>
        <w:br/>
        <w:t>});</w:t>
      </w:r>
    </w:p>
    <w:p/>
    <w:p>
      <w:pPr>
        <w:pStyle w:val="Heading1"/>
      </w:pPr>
      <w:r>
        <w:t>三、发起抽奖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当发起新的抽奖时触发该事件。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LotteryEvent.LotteryInitiate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LotteryBasicData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lotteryTarget.eventEmitter.on(LotteryEvent.LotteryInitiate, (data) =&gt; {</w:t>
        <w:br/>
        <w:t xml:space="preserve">  console.log('抽奖ID', data.lotteryId);</w:t>
        <w:br/>
        <w:t xml:space="preserve">  console.log('抽奖条件', data.lotteryCondition);</w:t>
        <w:br/>
        <w:t xml:space="preserve">  console.log('抽奖状态', data.lotteryStatus);</w:t>
        <w:br/>
        <w:t xml:space="preserve">  console.log('抽奖时间', data.lotteryTime);</w:t>
        <w:br/>
        <w:t>});</w:t>
      </w:r>
    </w:p>
    <w:p/>
    <w:p>
      <w:pPr>
        <w:pStyle w:val="Heading1"/>
      </w:pPr>
      <w:r>
        <w:t>四、开始抽奖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当抽奖开始时触发该事件。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LotteryEvent.LotteryStart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lotteryTarget.eventEmitter.on(LotteryEvent.LotteryStart, (data) =&gt; {</w:t>
        <w:br/>
        <w:t xml:space="preserve">  console.log('开始抽奖的ID', data.lotteryId);</w:t>
        <w:br/>
        <w:t>});</w:t>
      </w:r>
    </w:p>
    <w:p/>
    <w:p>
      <w:pPr>
        <w:pStyle w:val="Heading1"/>
      </w:pPr>
      <w:r>
        <w:t>五、抽奖结果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当抽奖结果产生时触发该事件。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LotteryEvent.LotteryResult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lotteryResult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LotteryResult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lotteryTarget.eventEmitter.on(LotteryEvent.LotteryResult, (data) =&gt; {</w:t>
        <w:br/>
        <w:t xml:space="preserve">  console.log('是否中奖', data.lotteryResult.isWinner);</w:t>
        <w:br/>
        <w:t xml:space="preserve">  console.log('奖品信息', data.lotteryResult.prizeInfo);</w:t>
        <w:br/>
        <w:t>});</w:t>
      </w:r>
    </w:p>
    <w:p/>
    <w:p>
      <w:pPr>
        <w:pStyle w:val="Heading1"/>
      </w:pPr>
      <w:r>
        <w:t>六、抽奖完成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当抽奖流程完成时触发该事件。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LotteryEvent.LotteryFinish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lotteryTarget.eventEmitter.on(LotteryEvent.LotteryFinish, (data) =&gt; {</w:t>
        <w:br/>
        <w:t xml:space="preserve">  console.log('完成的抽奖ID', data.lotteryId);</w:t>
        <w:br/>
        <w:t>});</w:t>
      </w:r>
    </w:p>
    <w:p/>
    <w:p>
      <w:pPr>
        <w:pStyle w:val="Heading1"/>
      </w:pPr>
      <w:r>
        <w:t>七、抽奖关闭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当抽奖被关闭时触发该事件。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LotteryEvent.LotteryClose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lotteryTarget.eventEmitter.on(LotteryEvent.LotteryClose, (data) =&gt; {</w:t>
        <w:br/>
        <w:t xml:space="preserve">  console.log('关闭的抽奖ID', data.lotteryId);</w:t>
        <w:br/>
        <w:t>});</w:t>
      </w:r>
    </w:p>
    <w:p/>
    <w:p>
      <w:pPr>
        <w:pStyle w:val="Heading1"/>
      </w:pPr>
      <w:r>
        <w:t>八、抽奖详情更新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当抽奖详情信息发生更新时触发该事件。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LotteryEvent.DetailUpdate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lotteryDetail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抽奖详情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LotteryDetail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lotteryTarget.eventEmitter.on(LotteryEvent.DetailUpdate, (data) =&gt; {</w:t>
        <w:br/>
        <w:t xml:space="preserve">  console.log('更新后的抽奖详情', data.lotteryDetail);</w:t>
        <w:br/>
        <w:t>});</w:t>
      </w:r>
    </w:p>
    <w:p/>
    <w:p>
      <w:pPr>
        <w:pStyle w:val="Heading1"/>
      </w:pPr>
      <w:r>
        <w:t>九、添加题目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当答题抽奖中，发起端推送了新的题目时触发该事件。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LotteryEvent.AddQuestion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question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AnswerQuestionItem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lotteryTarget.eventEmitter.on(LotteryEvent.AddQuestion, (data) =&gt; {</w:t>
        <w:br/>
        <w:t xml:space="preserve">  console.log('抽奖ID', data.lotteryId);</w:t>
        <w:br/>
        <w:t xml:space="preserve">  console.log('新增的题目', data.question);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