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优惠券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本模块主要用于接收和处理直播间的优惠券功能，包括获取可领取优惠券列表、领取优惠券、查看已领取优惠券等功能。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getCouponCommonList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获取可领取优惠券列表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receiveCoupon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领取优惠券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getCouponUserList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获取已领取优惠券列表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CouponEvent.RefreshCouponList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刷新可领取优惠券列表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CouponEvent.AddCouponItem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新增优惠券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CouponEvent.DeleteCouponItem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删除优惠券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CouponEvent.UpdateCouponItem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更新优惠券信息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CouponEvent.SwitchCoupon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切换优惠券开关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