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一、获取可领取优惠券列表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获取当前频道下所有可领取的优惠券列表，支持分页查询。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getCouponCommonList(options?: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options：分页选项，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可领取优惠券列表，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couponList = await coupon.getCouponCommonList({ pageNumber: 1, pageSize: 10 });</w:t>
        <w:br/>
        <w:t>console.log('优惠券列表:', couponList.contents);</w:t>
        <w:br/>
        <w:t>console.log('总数量:', couponList.totalItems);</w:t>
      </w:r>
    </w:p>
    <w:p/>
    <w:p>
      <w:pPr>
        <w:pStyle w:val="Heading1"/>
      </w:pPr>
      <w:r>
        <w:t>二、领取优惠券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用户领取指定的优惠券。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receiveCoupon(couponId: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couponId：优惠券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coupon.receiveCoupon('coupon123');</w:t>
        <w:br/>
        <w:t>console.log('优惠券领取成功');</w:t>
      </w:r>
    </w:p>
    <w:p/>
    <w:p>
      <w:pPr>
        <w:pStyle w:val="Heading1"/>
      </w:pPr>
      <w:r>
        <w:t>三、获取已领取优惠券列表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获取当前用户已领取的优惠券列表，支持分页查询。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getCouponUserList(options?: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options：分页选项，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已领取优惠券列表，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userCoupons = await coupon.getCouponUserList({ pageNumber: 1, pageSize: 10 });</w:t>
        <w:br/>
        <w:t>console.log('我的优惠券:', userCoupons.contents);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