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模块事件</w:t>
      </w:r>
    </w:p>
    <w:p/>
    <w:p/>
    <w:p>
      <w:pPr>
        <w:pStyle w:val="Heading1"/>
      </w:pPr>
      <w:r>
        <w:t>一、刷新可领取优惠券列表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当需要刷新可领取优惠券列表时触发该事件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CouponEvent.RefreshCouponList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unknown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couponTarget.eventEmitter.on(CouponEvent.RefreshCouponList, () =&gt; {</w:t>
        <w:br/>
        <w:t xml:space="preserve">  console.log('需要刷新优惠券列表');</w:t>
        <w:br/>
        <w:t xml:space="preserve">  // 重新获取优惠券列表</w:t>
        <w:br/>
        <w:t>});</w:t>
      </w:r>
    </w:p>
    <w:p/>
    <w:p>
      <w:pPr>
        <w:pStyle w:val="Heading1"/>
      </w:pPr>
      <w:r>
        <w:t>二、新增优惠券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当有新的优惠券添加时触发该事件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CouponEvent.AddCouponItem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CouponCommonData[]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couponTarget.eventEmitter.on(CouponEvent.AddCouponItem, (coupons) =&gt; {</w:t>
        <w:br/>
        <w:t xml:space="preserve">  console.log('新增优惠券:', coupons);</w:t>
        <w:br/>
        <w:t>});</w:t>
      </w:r>
    </w:p>
    <w:p/>
    <w:p>
      <w:pPr>
        <w:pStyle w:val="Heading1"/>
      </w:pPr>
      <w:r>
        <w:t>三、删除优惠券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当优惠券被删除时触发该事件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CouponEvent.DeleteCouponItem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CouponCommonData[]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couponTarget.eventEmitter.on(CouponEvent.DeleteCouponItem, (coupons) =&gt; {</w:t>
        <w:br/>
        <w:t xml:space="preserve">  console.log('删除优惠券:', coupons);</w:t>
        <w:br/>
        <w:t>});</w:t>
      </w:r>
    </w:p>
    <w:p/>
    <w:p>
      <w:pPr>
        <w:pStyle w:val="Heading1"/>
      </w:pPr>
      <w:r>
        <w:t>四、更新优惠券信息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当优惠券信息发生更新时触发该事件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CouponEvent.UpdateCouponItem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CouponCommonData[]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couponTarget.eventEmitter.on(CouponEvent.UpdateCouponItem, (coupons) =&gt; {</w:t>
        <w:br/>
        <w:t xml:space="preserve">  console.log('优惠券信息更新:', coupons);</w:t>
        <w:br/>
        <w:t>});</w:t>
      </w:r>
    </w:p>
    <w:p/>
    <w:p>
      <w:pPr>
        <w:pStyle w:val="Heading1"/>
      </w:pPr>
      <w:r>
        <w:t>五、切换优惠券开关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说明：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当优惠券功能开关状态改变时触发该事件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Event 事件：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CouponEvent.SwitchCoupon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回调参数：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</w:t>
      </w:r>
      <w:r>
        <w:rPr>
          <w:rFonts w:ascii="Menlo" w:hAnsi="Menlo"/>
          <w:color w:val="444444"/>
          <w:sz w:val="20"/>
        </w:rPr>
        <w:t>CouponSwitchContent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  <w:t>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couponTarget.eventEmitter.on(CouponEvent.SwitchCoupon, (switchData) =&gt; {</w:t>
        <w:br/>
        <w:t xml:space="preserve">  console.log('优惠券开关状态:', switchData.enable);</w:t>
        <w:br/>
        <w:t>});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模块事件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