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一、正在签到中事件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当用户正在签到中时，会触发该事件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CheckInEvent.OnCheckIn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isCheckInProcessing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是否在签到中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checkInTarget.eventEmitter.on(CheckInEvent.OnCheckIn, (data) =&gt; {</w:t>
        <w:br/>
        <w:t xml:space="preserve">  console.log('是否处于签到中', data.isCheckInProcessing);</w:t>
        <w:br/>
        <w:t>});</w:t>
      </w:r>
    </w:p>
    <w:p/>
    <w:p>
      <w:pPr>
        <w:pStyle w:val="Heading1"/>
      </w:pPr>
      <w:r>
        <w:t>二、开始签到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当用户开始签到时，会触发该事件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CheckInEvent.StartCheckIn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checkInData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CheckInData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checkInTarget.eventEmitter.on(CheckInEvent.StartCheckIn, (data) =&gt; {</w:t>
        <w:br/>
        <w:t xml:space="preserve">  console.log('开始签到', data.checkInData);</w:t>
        <w:br/>
        <w:t>});</w:t>
      </w:r>
    </w:p>
    <w:p/>
    <w:p>
      <w:pPr>
        <w:pStyle w:val="Heading1"/>
      </w:pPr>
      <w:r>
        <w:t>三、签到倒计时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当用户开始签到时，会触发该事件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CheckInEvent.CheckInCountdown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remainingTime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倒计时时间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checkInTarget.eventEmitter.on(CheckInEvent.CheckInCountdown, (data) =&gt; {</w:t>
        <w:br/>
        <w:t xml:space="preserve">  console.log('签到倒计时', data.remainingTime);</w:t>
        <w:br/>
        <w:t>});</w:t>
      </w:r>
    </w:p>
    <w:p/>
    <w:p>
      <w:pPr>
        <w:pStyle w:val="Heading1"/>
      </w:pPr>
      <w:r>
        <w:t>四、结束签到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当用户结束签到时，会触发该事件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CheckInEvent.StopCheckIn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checkInId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checkInCount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checkInTarget.eventEmitter.on(CheckInEvent.StopCheckIn, (data) =&gt; {</w:t>
        <w:br/>
        <w:t xml:space="preserve">  console.log('结束签到', data.checkInId);</w:t>
        <w:br/>
        <w:t>});</w:t>
      </w:r>
    </w:p>
    <w:p/>
    <w:p>
      <w:pPr>
        <w:pStyle w:val="Heading1"/>
      </w:pPr>
      <w:r>
        <w:t>五、签到成功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当用户签到成功时，会触发该事件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CheckInEvent.CheckInSuccess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null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checkInTarget.eventEmitter.on(CheckInEvent.CheckInSuccess, () =&gt; {</w:t>
        <w:br/>
        <w:t xml:space="preserve">  console.log('签到成功');</w:t>
        <w:br/>
        <w:t>});</w:t>
      </w:r>
    </w:p>
    <w:p/>
    <w:p>
      <w:pPr>
        <w:pStyle w:val="Heading1"/>
      </w:pPr>
      <w:r>
        <w:t>六、签到失败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当用户签到失败时，会触发该事件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CheckInEvent.CheckInFail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failReason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签到失败原因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CheckInFailReason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checkInTarget.eventEmitter.on(CheckInEvent.CheckInFail, (data) =&gt; {</w:t>
        <w:br/>
        <w:t xml:space="preserve">  console.log('签到失败', data.failReason);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