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图文直播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本文档主要描述如何接入互动功能接收端的图文直播组件，接入后可实现观众端显示图文直播内容。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在引入及使用本功能组件前，需要先对互动功能接收端SDK进行公共配置，详情请查看：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互动功能接收端 UI 组件 - 配置 SDK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1"/>
      </w:pPr>
      <w:r>
        <w:t>引入</w:t>
      </w:r>
    </w:p>
    <w:p>
      <w:pPr>
        <w:pStyle w:val="Heading3"/>
      </w:pPr>
      <w:r>
        <w:t>在线文件引入方式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script 标签引入，根据版本号引入JS版本。</w:t>
        <w:br/>
        <w:t>&lt;script src="https://websdk.videocc.net/interactions-receive-sdk-ui-default/0.24.0/lib/MobileTuwen/MobileTuwen.umd.min.js"&gt;&lt;/script&gt;</w:t>
        <w:br/>
        <w:t>&lt;script&gt;</w:t>
        <w:br/>
        <w:t xml:space="preserve">    const MobileTuwen = window.PolyvIRScene.MobileTuwen.default;</w:t>
        <w:br/>
        <w:t>&lt;/script&gt;</w:t>
      </w:r>
    </w:p>
    <w:p>
      <w:pPr>
        <w:pStyle w:val="Heading3"/>
      </w:pPr>
      <w:r>
        <w:t>import 方式引入（推荐）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MobileTuwen from '@polyv/interactions-receive-sdk-ui-default/lib/MobileTuwen';</w:t>
        <w:br/>
      </w:r>
    </w:p>
    <w:p>
      <w:pPr>
        <w:pStyle w:val="Heading1"/>
      </w:pPr>
      <w:r>
        <w:t>代码示例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先实例化SDK，然后将其传入到图文直播组件中，以便内部进行相应逻辑处理。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以 PC 端接入为例：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&lt;template&gt;</w:t>
        <w:br/>
        <w:t xml:space="preserve">  &lt;div id="tuwenContain" class="plv-demo-tuwen"&gt;</w:t>
        <w:br/>
        <w:t xml:space="preserve">    &lt;!-- 参考切换图文和图片模式的 demo代码，具体样式可按实际要求设计 --&gt;</w:t>
        <w:br/>
        <w:t xml:space="preserve">    &lt;button @click="changeType(1)"&gt;图文模式&lt;/button&gt;</w:t>
        <w:br/>
        <w:t xml:space="preserve">    &lt;button @click="changeType(2)"&gt;图片模式&lt;/button&gt;</w:t>
        <w:br/>
        <w:t xml:space="preserve">    &lt;div v-show="messageTotal &gt; 0" class="plv-ia-tuwen-top"&gt;</w:t>
        <w:br/>
        <w:t xml:space="preserve">      &lt;div class="plv-ia-tuwen-top__tip"&gt; 共 {{ messageTotal }} 图文直播&lt;/div&gt;</w:t>
        <w:br/>
        <w:t xml:space="preserve">    &lt;/div&gt;</w:t>
        <w:br/>
        <w:t xml:space="preserve">    &lt;Tuwen</w:t>
        <w:br/>
        <w:t xml:space="preserve">        ref="tuwen"</w:t>
        <w:br/>
        <w:t xml:space="preserve">        scroll-container="tuwenContain"</w:t>
        <w:br/>
        <w:t xml:space="preserve">        :tuwen-sdk="TuwenSdk"</w:t>
        <w:br/>
        <w:t xml:space="preserve">        :mode="mode"</w:t>
        <w:br/>
        <w:t xml:space="preserve">        :lang="lang"</w:t>
        <w:br/>
        <w:t xml:space="preserve">        :scroll-distance="scrollDistance"</w:t>
        <w:br/>
        <w:t xml:space="preserve">        :disable-preview="isWeChatPreview"</w:t>
        <w:br/>
        <w:t xml:space="preserve">        @change-message-total="changeMessageTotal"</w:t>
        <w:br/>
        <w:t xml:space="preserve">        @show-preview="showPreview"</w:t>
        <w:br/>
        <w:t xml:space="preserve">    /&gt;</w:t>
        <w:br/>
        <w:t xml:space="preserve">  &lt;/div&gt;</w:t>
        <w:br/>
        <w:t>&lt;/template&gt;</w:t>
        <w:br/>
        <w:br/>
        <w:t>&lt;script&gt;</w:t>
        <w:br/>
        <w:t>import { Tuwen } from '@polyv/interactions-receive-sdk';</w:t>
        <w:br/>
        <w:t>import PcTuwen from '@polyv/interactions-receive-sdk-ui-default/lib/PcTuwen';</w:t>
        <w:br/>
        <w:br/>
        <w:t>export default {</w:t>
        <w:br/>
        <w:t xml:space="preserve">  components: {</w:t>
        <w:br/>
        <w:t xml:space="preserve">    Tuwen: PcTuwen,</w:t>
        <w:br/>
        <w:t xml:space="preserve">  },</w:t>
        <w:br/>
        <w:br/>
        <w:t xml:space="preserve">  props: {</w:t>
        <w:br/>
        <w:t xml:space="preserve">    lang: {</w:t>
        <w:br/>
        <w:t xml:space="preserve">      type: String,</w:t>
        <w:br/>
        <w:t xml:space="preserve">      default: 'zh_CN',</w:t>
        <w:br/>
        <w:t xml:space="preserve">    }</w:t>
        <w:br/>
        <w:t xml:space="preserve">  },</w:t>
        <w:br/>
        <w:br/>
        <w:t xml:space="preserve">  data() {</w:t>
        <w:br/>
        <w:t xml:space="preserve">    return {</w:t>
        <w:br/>
        <w:t xml:space="preserve">      // 图文直播 SDK 实例</w:t>
        <w:br/>
        <w:t xml:space="preserve">      TuwenSdk: null,</w:t>
        <w:br/>
        <w:t xml:space="preserve">      mode: 1,</w:t>
        <w:br/>
        <w:t xml:space="preserve">      messageTotal: 0,</w:t>
        <w:br/>
        <w:t xml:space="preserve">      // 滚动底部距离阈值, 触发滚动加载</w:t>
        <w:br/>
        <w:t xml:space="preserve">      scrollDistance: 200</w:t>
        <w:br/>
        <w:t xml:space="preserve">    };</w:t>
        <w:br/>
        <w:t xml:space="preserve">  },</w:t>
        <w:br/>
        <w:t xml:space="preserve">  computed: {</w:t>
        <w:br/>
        <w:t xml:space="preserve">    // 判断是否在手机微信环境下，且配置wx可以使用微信图片预览功能，否则使用内部图片预览功能</w:t>
        <w:br/>
        <w:t xml:space="preserve">    isWeChatPreview() {</w:t>
        <w:br/>
        <w:t xml:space="preserve">      // TODO 参考代码</w:t>
        <w:br/>
        <w:t xml:space="preserve">      // return isMobile() &amp;&amp; isWeixin() &amp;&amp; window.wx</w:t>
        <w:br/>
        <w:t xml:space="preserve">    }</w:t>
        <w:br/>
        <w:t xml:space="preserve">  },</w:t>
        <w:br/>
        <w:br/>
        <w:t xml:space="preserve">  created() {</w:t>
        <w:br/>
        <w:t xml:space="preserve">    this.TuwenSdk = new Tuwen();</w:t>
        <w:br/>
        <w:t xml:space="preserve">  },</w:t>
        <w:br/>
        <w:br/>
        <w:t xml:space="preserve">  beforeDestroy() {</w:t>
        <w:br/>
        <w:t xml:space="preserve">    this.TuwenSdk?.destroy();</w:t>
        <w:br/>
        <w:t xml:space="preserve">  },</w:t>
        <w:br/>
        <w:br/>
        <w:t xml:space="preserve">  methods: {</w:t>
        <w:br/>
        <w:t xml:space="preserve">    changeType(val) {</w:t>
        <w:br/>
        <w:t xml:space="preserve">      this.mode = val;</w:t>
        <w:br/>
        <w:t xml:space="preserve">    },</w:t>
        <w:br/>
        <w:t xml:space="preserve">    changeMessageTotal(val) {</w:t>
        <w:br/>
        <w:t xml:space="preserve">      this.messageTotal = val;</w:t>
        <w:br/>
        <w:t xml:space="preserve">    },</w:t>
        <w:br/>
        <w:t xml:space="preserve">    // 微信环境下，使用 wx 图片预览功能体验更好。</w:t>
        <w:br/>
        <w:t xml:space="preserve">    async showPreview(arg) {</w:t>
        <w:br/>
        <w:t xml:space="preserve">      const { images, index } = arg;</w:t>
        <w:br/>
        <w:t xml:space="preserve">      if (this.isWeChatPreview) {</w:t>
        <w:br/>
        <w:t xml:space="preserve">        wx &amp;&amp; wx.previewImage({</w:t>
        <w:br/>
        <w:t xml:space="preserve">          urls: images,</w:t>
        <w:br/>
        <w:t xml:space="preserve">          current: images[index]</w:t>
        <w:br/>
        <w:t xml:space="preserve">        });</w:t>
        <w:br/>
        <w:t xml:space="preserve">      }</w:t>
        <w:br/>
        <w:t xml:space="preserve">    }</w:t>
        <w:br/>
        <w:t xml:space="preserve">  }</w:t>
        <w:br/>
        <w:t>};</w:t>
        <w:br/>
        <w:t>&lt;/script&gt;</w:t>
        <w:br/>
        <w:br/>
        <w:t>&lt;style lang="scss"&gt;</w:t>
        <w:br/>
        <w:t>.plv-demo-tuwen {</w:t>
        <w:br/>
        <w:t xml:space="preserve">  padding: 0 16px;</w:t>
        <w:br/>
        <w:t xml:space="preserve">  height: 1600px;</w:t>
        <w:br/>
        <w:t xml:space="preserve">  overflow-y: scroll;</w:t>
        <w:br/>
        <w:t>}</w:t>
        <w:br/>
        <w:t>.plv-ia-tuwen-top {</w:t>
        <w:br/>
        <w:t xml:space="preserve">  display: flex;</w:t>
        <w:br/>
        <w:t xml:space="preserve">  justify-content: space-between;</w:t>
        <w:br/>
        <w:t xml:space="preserve">  align-items: center;</w:t>
        <w:br/>
        <w:t xml:space="preserve">  margin-bottom: 20px;</w:t>
        <w:br/>
        <w:t xml:space="preserve">  padding: 0 16px;</w:t>
        <w:br/>
        <w:t xml:space="preserve">  .plv-ia-tuwen-tip {</w:t>
        <w:br/>
        <w:t xml:space="preserve">    font-size: 12px;</w:t>
        <w:br/>
        <w:t xml:space="preserve">    color: #aaa;</w:t>
        <w:br/>
        <w:t xml:space="preserve">  }</w:t>
        <w:br/>
        <w:t>}</w:t>
        <w:br/>
        <w:t>&lt;/style&gt;</w:t>
        <w:br/>
      </w:r>
    </w:p>
    <w:p>
      <w:pPr>
        <w:pStyle w:val="Heading2"/>
      </w:pPr>
      <w:r>
        <w:t>Attributes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含义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tuwenSdk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null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图文直播 SDK 实例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tuwenContain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''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图文直播滚动容器id，用于监听滚动加载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string：'zh_CN', 'en'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'zh_CN'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语言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Number：0, 1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展示模式：1为图文，2为图片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disable-preview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是否禁用图片预览功能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scroll-distance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触发加载的距离阈值</w:t>
            </w:r>
          </w:p>
        </w:tc>
      </w:tr>
    </w:tbl>
    <w:p>
      <w:pPr>
        <w:spacing w:after="40"/>
      </w:pPr>
    </w:p>
    <w:p>
      <w:pPr>
        <w:pStyle w:val="Heading2"/>
      </w:pPr>
      <w:r>
        <w:t>Events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事件名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参数含义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change-message-total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总消息条数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显示总条数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show-preview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{ images: [], index }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images: 图片列表; index: 需要展示图片的下标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用于外部实现图片预览功能，如微信图片预览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图文直播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