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话题pk组件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本组件主要用于展示后台管理员发起的话题PK内容。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src="https://websdk.videocc.net/interactions-receive-sdk-ui-default/0.24.0/lib/PcTopic/PcTopic.umd.min.js"&gt;&lt;/script&gt;</w:t>
        <w:br/>
        <w:t>// PC端</w:t>
        <w:br/>
        <w:t>&lt;script&gt;</w:t>
        <w:br/>
        <w:t xml:space="preserve">    const Topic = window.PolyvIRScene.PcTopic.default;</w:t>
        <w:br/>
        <w:t>&lt;/script&gt;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src="https://websdk.videocc.net/interactions-receive-sdk-ui-default/0.24.0/lib/MobileTopic/MobileTopic.umd.min.js"&gt;&lt;/script&gt;</w:t>
        <w:br/>
        <w:t>// 移动端</w:t>
        <w:br/>
        <w:t>&lt;script&gt;</w:t>
        <w:br/>
        <w:t xml:space="preserve">    const Topic = window.PolyvIRScene.MobileTopic.default;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PC 端</w:t>
        <w:br/>
        <w:t>import Topic from '@polyv/interactions-receive-sdk-ui-default/lib/PcTopic';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移动端</w:t>
        <w:br/>
        <w:t>import Topic from '@polyv/interactions-receive-sdk-ui-default/lib/MobileTopic';</w:t>
      </w:r>
    </w:p>
    <w:p>
      <w:pPr>
        <w:pStyle w:val="Heading2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PC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&lt;Topic</w:t>
        <w:br/>
        <w:t xml:space="preserve">        :lang="lang"</w:t>
        <w:br/>
        <w:t xml:space="preserve">        :topic-sdk="topicSdk"</w:t>
        <w:br/>
        <w:t xml:space="preserve">    /&gt;</w:t>
        <w:br/>
        <w:t xml:space="preserve">  &lt;/div&gt;</w:t>
        <w:br/>
        <w:t>&lt;/template&gt;</w:t>
        <w:br/>
        <w:br/>
        <w:t>&lt;script&gt;</w:t>
        <w:br/>
        <w:t>import { Topic as TopicSdk} from '@polyv/interactions-receive-sdk';</w:t>
        <w:br/>
        <w:t>import Topic from '@polyv/interactions-receive-sdk-ui-default/lib/PcTopic';</w:t>
        <w:br/>
        <w:br/>
        <w:t>export default {</w:t>
        <w:br/>
        <w:t xml:space="preserve">  components: {</w:t>
        <w:br/>
        <w:t xml:space="preserve">    Topic,</w:t>
        <w:br/>
        <w:t xml:space="preserve">  },</w:t>
        <w:br/>
        <w:br/>
        <w:t xml:space="preserve">  data() {</w:t>
        <w:br/>
        <w:t xml:space="preserve">    return {</w:t>
        <w:br/>
        <w:t xml:space="preserve">      // 话题SDK实例</w:t>
        <w:br/>
        <w:t xml:space="preserve">      topicSdk: null,</w:t>
        <w:br/>
        <w:t xml:space="preserve">    };</w:t>
        <w:br/>
        <w:t xml:space="preserve">  },</w:t>
        <w:br/>
        <w:br/>
        <w:t xml:space="preserve">  created() {</w:t>
        <w:br/>
        <w:t xml:space="preserve">    this.topicSdk = new TopicSdk();</w:t>
        <w:br/>
        <w:t xml:space="preserve">  },</w:t>
        <w:br/>
        <w:br/>
        <w:t xml:space="preserve">  beforeDestroy() {</w:t>
        <w:br/>
        <w:t xml:space="preserve">    this.topicSdk?.destroy();</w:t>
        <w:br/>
        <w:t xml:space="preserve">  },</w:t>
        <w:br/>
        <w:t>};</w:t>
        <w:br/>
        <w:t>&lt;/script&gt;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topic-sdk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话题 SDK 实例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话题pk组件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