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云席组件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本组件主要用于展示云席内容。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该功能只有移动端组件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在引入及使用本功能组件前，需要先对互动功能接收端SDK进行公共配置，详情请查看：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互动功能接收端 UI 组件 - 配置 SDK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1"/>
      </w:pPr>
      <w:r>
        <w:t>引入</w:t>
      </w:r>
    </w:p>
    <w:p>
      <w:pPr>
        <w:pStyle w:val="Heading3"/>
      </w:pPr>
      <w:r>
        <w:t>在线文件引入方式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script 标签引入，根据版本号引入JS版本。</w:t>
        <w:br/>
        <w:t>// 该功能只有移动端组件</w:t>
        <w:br/>
        <w:t>&lt;script src="https://websdk.videocc.net/interactions-receive-sdk-ui-default/0.24.0/lib/MobileSeatTableMeeting/MobileSeatTableMeeting.umd.min.js"&gt;&lt;/script&gt;</w:t>
        <w:br/>
        <w:t>&lt;script src="https://websdk.videocc.net/interactions-receive-sdk-ui-default/0.24.0/lib/MobileSeatTableVertical/MobileSeatTableVertical.umd.min.js"&gt;&lt;/script&gt;</w:t>
        <w:br/>
        <w:t>&lt;script&gt;</w:t>
        <w:br/>
        <w:t xml:space="preserve">    const MobileSeatTableMeeting = window.PolyvIRScene.MobileSeatTableMeeting.default;</w:t>
        <w:br/>
        <w:t>&lt;/script&gt;</w:t>
      </w:r>
    </w:p>
    <w:p>
      <w:pPr>
        <w:pStyle w:val="Heading3"/>
      </w:pPr>
      <w:r>
        <w:t>import 方式引入（推荐）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移动端</w:t>
        <w:br/>
        <w:t>import MobileSeatTableMeeting from '@polyv/interactions-receive-sdk-ui-default/lib/MobileSeatTableMeeting';</w:t>
        <w:br/>
        <w:t>import MobileSeatTableVertical from '@polyv/interactions-receive-sdk-ui-default/lib/MobileSeatTableVertical';</w:t>
      </w:r>
    </w:p>
    <w:p>
      <w:pPr>
        <w:pStyle w:val="Heading2"/>
      </w:pPr>
      <w:r>
        <w:t>代码示例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以 移动端 端接入为例：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&lt;template&gt;</w:t>
        <w:br/>
        <w:t xml:space="preserve">  &lt;div class="plv-demo-seat-table"&gt;</w:t>
        <w:br/>
        <w:t xml:space="preserve">    &lt;button @click="showMyFollVisible" style="margin-bottom: 20px;"&gt;我的收藏&lt;/button&gt;</w:t>
        <w:br/>
        <w:t xml:space="preserve">    &lt;button @click="showOtherFollowVisible" style="margin-bottom: 20px;"&gt;被ta收藏&lt;/button&gt;</w:t>
        <w:br/>
        <w:t xml:space="preserve">    &lt;template v-if="initStatus"&gt;</w:t>
        <w:br/>
        <w:br/>
        <w:t xml:space="preserve">      &lt;mobile-seat-table-meeting</w:t>
        <w:br/>
        <w:t xml:space="preserve">          v-if="isMeeting"</w:t>
        <w:br/>
        <w:t xml:space="preserve">          :seat-table-sdk="seatTableSdk"</w:t>
        <w:br/>
        <w:t xml:space="preserve">          @show-user-card="showUserCard"</w:t>
        <w:br/>
        <w:t xml:space="preserve">          @follow="updateFollList"</w:t>
        <w:br/>
        <w:t xml:space="preserve">          @cancel-follow="updateFollList"</w:t>
        <w:br/>
        <w:t xml:space="preserve">      /&gt;</w:t>
        <w:br/>
        <w:t xml:space="preserve">      &lt;mobile-seat-table-vertical</w:t>
        <w:br/>
        <w:t xml:space="preserve">          v-if="isVertical"</w:t>
        <w:br/>
        <w:t xml:space="preserve">          :seat-table-sdk="seatTableSdk"</w:t>
        <w:br/>
        <w:t xml:space="preserve">          @show-user-card="showUserCard"</w:t>
        <w:br/>
        <w:t xml:space="preserve">          @follow="updateFollList"</w:t>
        <w:br/>
        <w:t xml:space="preserve">          @cancel-follow="updateFollList"</w:t>
        <w:br/>
        <w:t xml:space="preserve">      /&gt;</w:t>
        <w:br/>
        <w:t xml:space="preserve">    &lt;/template&gt;</w:t>
        <w:br/>
        <w:br/>
        <w:t xml:space="preserve">    &lt;!-- 用户卡片介绍 --&gt;</w:t>
        <w:br/>
        <w:t xml:space="preserve">    &lt;MobileModal</w:t>
        <w:br/>
        <w:t xml:space="preserve">        class="c-seat-table__popup"</w:t>
        <w:br/>
        <w:t xml:space="preserve">        :visible="popupVisible"</w:t>
        <w:br/>
        <w:t xml:space="preserve">        append-to-body</w:t>
        <w:br/>
        <w:t xml:space="preserve">        :modalStyle="{'padding-top': 0}"</w:t>
        <w:br/>
        <w:t xml:space="preserve">        :show-header="false"</w:t>
        <w:br/>
        <w:t xml:space="preserve">        :fit-left-height="true"</w:t>
        <w:br/>
        <w:t xml:space="preserve">        @close="closeUserCard"</w:t>
        <w:br/>
        <w:t xml:space="preserve">    &gt;</w:t>
        <w:br/>
        <w:t xml:space="preserve">      &lt;mobile-user-card v-if="popupVisible" :seat-table-sdk="seatTableSdk" :user-info="cardUserInfo"/&gt;</w:t>
        <w:br/>
        <w:t xml:space="preserve">    &lt;/MobileModal&gt;</w:t>
        <w:br/>
        <w:br/>
        <w:t xml:space="preserve">    &lt;!-- 我的关注用户 --&gt;</w:t>
        <w:br/>
        <w:t xml:space="preserve">    &lt;MobileModal</w:t>
        <w:br/>
        <w:t xml:space="preserve">        class="c-seat-table__popup"</w:t>
        <w:br/>
        <w:t xml:space="preserve">        :visible="myFollowVisible"</w:t>
        <w:br/>
        <w:t xml:space="preserve">        title="我的收藏"</w:t>
        <w:br/>
        <w:t xml:space="preserve">        append-to-body</w:t>
        <w:br/>
        <w:t xml:space="preserve">        :fit-left-height="true"</w:t>
        <w:br/>
        <w:t xml:space="preserve">        @close="() =&gt; myFollowVisible = false"</w:t>
        <w:br/>
        <w:t xml:space="preserve">    &gt;</w:t>
        <w:br/>
        <w:t xml:space="preserve">      &lt;mobile-follow-list</w:t>
        <w:br/>
        <w:t xml:space="preserve">          v-if="myFollowVisible"</w:t>
        <w:br/>
        <w:t xml:space="preserve">          ref="myFollowList"</w:t>
        <w:br/>
        <w:t xml:space="preserve">          :seat-table-sdk="seatTableSdk"</w:t>
        <w:br/>
        <w:t xml:space="preserve">          @show-user-card="showUserCard"/&gt;</w:t>
        <w:br/>
        <w:t xml:space="preserve">    &lt;/MobileModal&gt;</w:t>
        <w:br/>
        <w:br/>
        <w:t xml:space="preserve">    &lt;!-- 关注我的用户 --&gt;</w:t>
        <w:br/>
        <w:t xml:space="preserve">    &lt;MobileModal</w:t>
        <w:br/>
        <w:t xml:space="preserve">        class="c-seat-table__popup"</w:t>
        <w:br/>
        <w:t xml:space="preserve">        :visible="otherFollowVisible"</w:t>
        <w:br/>
        <w:t xml:space="preserve">        title="被ta收藏"</w:t>
        <w:br/>
        <w:t xml:space="preserve">        append-to-body</w:t>
        <w:br/>
        <w:t xml:space="preserve">        :fit-left-height="true"</w:t>
        <w:br/>
        <w:t xml:space="preserve">        @close="() =&gt; otherFollowVisible = false"</w:t>
        <w:br/>
        <w:t xml:space="preserve">    &gt;</w:t>
        <w:br/>
        <w:t xml:space="preserve">      &lt;mobile-follow-list</w:t>
        <w:br/>
        <w:t xml:space="preserve">          v-if="otherFollowVisible"</w:t>
        <w:br/>
        <w:t xml:space="preserve">          ref="otherFollowList"</w:t>
        <w:br/>
        <w:t xml:space="preserve">          type="befollow"</w:t>
        <w:br/>
        <w:t xml:space="preserve">          :seat-table-sdk="seatTableSdk"</w:t>
        <w:br/>
        <w:t xml:space="preserve">          @show-user-card="showUserCard"/&gt;</w:t>
        <w:br/>
        <w:t xml:space="preserve">    &lt;/MobileModal&gt;</w:t>
        <w:br/>
        <w:br/>
        <w:t xml:space="preserve">    &lt;mobile-seat-tips v-if="initStatus" :seat-table-sdk="seatTableSdk"/&gt;</w:t>
        <w:br/>
        <w:br/>
        <w:t xml:space="preserve">  &lt;/div&gt;</w:t>
        <w:br/>
        <w:t>&lt;/template&gt;</w:t>
        <w:br/>
        <w:br/>
        <w:t>&lt;script&gt;</w:t>
        <w:br/>
        <w:t>import mixin from './mixin';</w:t>
        <w:br/>
        <w:t>// 云席模板：模拟会场</w:t>
        <w:br/>
        <w:t>import MobileSeatTableMeeting from '@polyv/interactions-receive-sdk-ui-default/lib/MobileSeatTableMeeting.vue';</w:t>
        <w:br/>
        <w:t>// 云席模板：竖向列表</w:t>
        <w:br/>
        <w:t>import MobileSeatTableVertical from '@polyv/interactions-receive-sdk-ui-default/lib/MobileSeatTableVertical.vue';</w:t>
        <w:br/>
        <w:t>// 云席用户卡片组件</w:t>
        <w:br/>
        <w:t>import MobileUserCard from '@polyv/interactions-receive-sdk-ui-default/lib/MobileSeatUserCard';</w:t>
        <w:br/>
        <w:t>//  modal是一个弹窗组件，可根据界面风格自行设计</w:t>
        <w:br/>
        <w:t>import MobileModal from '../demo-modal/MobileModal';</w:t>
        <w:br/>
        <w:t>// 第一次入座时提示组件</w:t>
        <w:br/>
        <w:t>import MobileSeatTips from '@polyv/interactions-receive-sdk-ui-default/lib/MobileSeatTips';</w:t>
        <w:br/>
        <w:t>// 关注列表组件</w:t>
        <w:br/>
        <w:t>import MobileSeatFollowList from '@polyv/interactions-receive-sdk-ui-default/lib/MobileSeatFollowList';</w:t>
        <w:br/>
        <w:br/>
        <w:t>export default {</w:t>
        <w:br/>
        <w:t xml:space="preserve">  components: {</w:t>
        <w:br/>
        <w:t xml:space="preserve">    MobileSeatFollowList,</w:t>
        <w:br/>
        <w:t xml:space="preserve">    MobileSeatTips,</w:t>
        <w:br/>
        <w:t xml:space="preserve">    MobileSeatTableMeeting,</w:t>
        <w:br/>
        <w:t xml:space="preserve">    MobileSeatTableVertical,</w:t>
        <w:br/>
        <w:t xml:space="preserve">    MobileModal,</w:t>
        <w:br/>
        <w:t xml:space="preserve">    MobileUserCard,</w:t>
        <w:br/>
        <w:t xml:space="preserve">  },</w:t>
        <w:br/>
        <w:br/>
        <w:t xml:space="preserve">  mixins: [mixin],</w:t>
        <w:br/>
        <w:t>};</w:t>
        <w:br/>
        <w:t>&lt;/script&gt;</w:t>
        <w:br/>
        <w:br/>
        <w:t>&lt;style lang="scss"&gt;</w:t>
        <w:br/>
        <w:t>.plv-demo-seat-table {</w:t>
        <w:br/>
        <w:t xml:space="preserve">  height: 600px;</w:t>
        <w:br/>
        <w:t>}</w:t>
        <w:br/>
        <w:t>&lt;/style&gt;</w:t>
        <w:br/>
      </w:r>
    </w:p>
    <w:p>
      <w:r>
        <w:rPr>
          <w:rFonts w:ascii="Source Han Sans SC" w:hAnsi="Source Han Sans SC" w:eastAsia="Source Han Sans SC" w:cs="Source Han Sans SC" w:hint="eastAsia"/>
          <w:sz w:val="21"/>
        </w:rPr>
        <w:t>mixin.js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SeatTable } from '@polyv/interactions-receive-sdk';</w:t>
        <w:br/>
        <w:br/>
        <w:t>export default {</w:t>
        <w:br/>
        <w:t xml:space="preserve">  data() {</w:t>
        <w:br/>
        <w:t xml:space="preserve">    return {</w:t>
        <w:br/>
        <w:t xml:space="preserve">      /** 座位表 sdk 实例 */</w:t>
        <w:br/>
        <w:t xml:space="preserve">      seatTableSdk: null,</w:t>
        <w:br/>
        <w:t xml:space="preserve">      // 用户卡片是否显示</w:t>
        <w:br/>
        <w:t xml:space="preserve">      popupVisible: false,</w:t>
        <w:br/>
        <w:br/>
        <w:t xml:space="preserve">      cardUserInfo: {},</w:t>
        <w:br/>
        <w:br/>
        <w:t xml:space="preserve">      initStatus: false,</w:t>
        <w:br/>
        <w:br/>
        <w:t xml:space="preserve">      myFollowVisible: false,</w:t>
        <w:br/>
        <w:t xml:space="preserve">      otherFollowVisible: false,</w:t>
        <w:br/>
        <w:br/>
        <w:t xml:space="preserve">      /** 是否为模拟会场 */</w:t>
        <w:br/>
        <w:t xml:space="preserve">      isMeeting: false,</w:t>
        <w:br/>
        <w:t xml:space="preserve">      /** 是否为竖向列表会场 */</w:t>
        <w:br/>
        <w:t xml:space="preserve">      isVertical: false</w:t>
        <w:br/>
        <w:t xml:space="preserve">    };</w:t>
        <w:br/>
        <w:t xml:space="preserve">  },</w:t>
        <w:br/>
        <w:t xml:space="preserve">  async mounted() {</w:t>
        <w:br/>
        <w:t xml:space="preserve">      // 已经入座情况下，可以通过实例化时传入入座信息。也可以调用entrySeatTale 方法，获取入座信息</w:t>
        <w:br/>
        <w:t xml:space="preserve">    this.seatTableSdk = new SeatTable(</w:t>
        <w:br/>
        <w:t xml:space="preserve">      // {</w:t>
        <w:br/>
        <w:t xml:space="preserve">      //   viewerSeat: {</w:t>
        <w:br/>
        <w:t xml:space="preserve">      //     intro: null,</w:t>
        <w:br/>
        <w:t xml:space="preserve">      //     position: null,</w:t>
        <w:br/>
        <w:t xml:space="preserve">      //     seatId: 873383,</w:t>
        <w:br/>
        <w:t xml:space="preserve">      //     seatNumber: 4,</w:t>
        <w:br/>
        <w:t xml:space="preserve">      //     vipTotal: 11,</w:t>
        <w:br/>
        <w:t xml:space="preserve">      //     normalTotal: 108,</w:t>
        <w:br/>
        <w:t xml:space="preserve">      //     type: 'viewer',</w:t>
        <w:br/>
        <w:t xml:space="preserve">      //   }</w:t>
        <w:br/>
        <w:t xml:space="preserve">      // }</w:t>
        <w:br/>
        <w:t xml:space="preserve">    );</w:t>
        <w:br/>
        <w:t xml:space="preserve">    await this.seatTableSdk.getChannelSeatInfo();</w:t>
        <w:br/>
        <w:t xml:space="preserve">    // 主动入座，传入用户信息</w:t>
        <w:br/>
        <w:t xml:space="preserve">    await this.seatTableSdk.entrySeatTale({</w:t>
        <w:br/>
        <w:t xml:space="preserve">      nickName: 'vip观众',</w:t>
        <w:br/>
        <w:t xml:space="preserve">      // 云席类型: vip vip嘉宾  viewer 普通嘉宾</w:t>
        <w:br/>
        <w:t xml:space="preserve">      seatType: 'vip',</w:t>
        <w:br/>
        <w:t xml:space="preserve">      // 职级</w:t>
        <w:br/>
        <w:t xml:space="preserve">      position: '',</w:t>
        <w:br/>
        <w:t xml:space="preserve">      // 观众介绍语</w:t>
        <w:br/>
        <w:t xml:space="preserve">      intro: '',</w:t>
        <w:br/>
        <w:t xml:space="preserve">      avatar: 'https://s1.videocc.net/default-img/avatar/viewer.png'</w:t>
        <w:br/>
        <w:t xml:space="preserve">    });</w:t>
        <w:br/>
        <w:t xml:space="preserve">    // 判断展示那个云席会场</w:t>
        <w:br/>
        <w:t xml:space="preserve">    this.isMeeting = this.seatTableSdk.seatChannelConfig.seatTemplate === this.seatTableSdk.seatTemplate.MEETING;</w:t>
        <w:br/>
        <w:t xml:space="preserve">    this.isVertical = this.seatTableSdk.seatChannelConfig.seatTemplate === this.seatTableSdk.seatTemplate.VERTICAL;</w:t>
        <w:br/>
        <w:t xml:space="preserve">    this.initStatus = true;</w:t>
        <w:br/>
        <w:t xml:space="preserve">  },</w:t>
        <w:br/>
        <w:t xml:space="preserve">  methods: {</w:t>
        <w:br/>
        <w:t xml:space="preserve">    showMyFollVisible() {</w:t>
        <w:br/>
        <w:t xml:space="preserve">      this.myFollowVisible = true;</w:t>
        <w:br/>
        <w:t xml:space="preserve">      this.$nextTick(() =&gt; {</w:t>
        <w:br/>
        <w:t xml:space="preserve">        this.$refs.myFollowList.init();</w:t>
        <w:br/>
        <w:t xml:space="preserve">      })</w:t>
        <w:br/>
        <w:t xml:space="preserve">    },</w:t>
        <w:br/>
        <w:t xml:space="preserve">    showOtherFollowVisible() {</w:t>
        <w:br/>
        <w:t xml:space="preserve">      this.otherFollowVisible = true;</w:t>
        <w:br/>
        <w:t xml:space="preserve">      this.$nextTick(() =&gt; {</w:t>
        <w:br/>
        <w:t xml:space="preserve">        this.$refs.otherFollowList.init();</w:t>
        <w:br/>
        <w:t xml:space="preserve">      })</w:t>
        <w:br/>
        <w:t xml:space="preserve">    },</w:t>
        <w:br/>
        <w:t xml:space="preserve">    updateFollList() {</w:t>
        <w:br/>
        <w:t xml:space="preserve">      if (this.myVisible) {</w:t>
        <w:br/>
        <w:t xml:space="preserve">        this.$refs.myFollowList.init();</w:t>
        <w:br/>
        <w:t xml:space="preserve">      } else if (this.otherVisible) {</w:t>
        <w:br/>
        <w:t xml:space="preserve">        this.$refs.otherFollowList.init();</w:t>
        <w:br/>
        <w:t xml:space="preserve">      }</w:t>
        <w:br/>
        <w:t xml:space="preserve">    },</w:t>
        <w:br/>
        <w:t xml:space="preserve">    showUserCard(data) {</w:t>
        <w:br/>
        <w:t xml:space="preserve">      this.popupVisible = true;</w:t>
        <w:br/>
        <w:t xml:space="preserve">      this.cardUserInfo = data;</w:t>
        <w:br/>
        <w:t xml:space="preserve">    },</w:t>
        <w:br/>
        <w:t xml:space="preserve">    closeUserCard() {</w:t>
        <w:br/>
        <w:t xml:space="preserve">      // 从用户卡片回来，重新获取收藏列表</w:t>
        <w:br/>
        <w:t xml:space="preserve">      if (this.myFollowVisible) {</w:t>
        <w:br/>
        <w:t xml:space="preserve">        this.$refs.myFollowList.init();</w:t>
        <w:br/>
        <w:t xml:space="preserve">      } else if (this.otherFollowVisible) {</w:t>
        <w:br/>
        <w:t xml:space="preserve">        this.$refs.otherFollowList.init();</w:t>
        <w:br/>
        <w:t xml:space="preserve">      }</w:t>
        <w:br/>
        <w:t xml:space="preserve">      this.popupVisible = false;</w:t>
        <w:br/>
        <w:t xml:space="preserve">    },</w:t>
        <w:br/>
        <w:t xml:space="preserve">  }</w:t>
        <w:br/>
        <w:t>};</w:t>
        <w:br/>
      </w:r>
    </w:p>
    <w:p>
      <w:pPr>
        <w:pStyle w:val="Heading1"/>
      </w:pPr>
      <w:r>
        <w:t>MobileSeatTableMeeting</w:t>
      </w:r>
    </w:p>
    <w:p>
      <w:pPr>
        <w:pStyle w:val="Heading2"/>
      </w:pPr>
      <w:r>
        <w:t>Attributes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含义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string：'zh_CN', 'en'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'zh_CN'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语言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seatTableSdk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云席 SDK 实例</w:t>
            </w:r>
          </w:p>
        </w:tc>
      </w:tr>
    </w:tbl>
    <w:p>
      <w:pPr>
        <w:spacing w:after="40"/>
      </w:pPr>
    </w:p>
    <w:p>
      <w:pPr>
        <w:pStyle w:val="Heading2"/>
      </w:pPr>
      <w:r>
        <w:t>Events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事件名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参数含义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show-user-card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用户信息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展示用户信息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follow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关注用户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cancel-follow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取消关注</w:t>
            </w:r>
          </w:p>
        </w:tc>
      </w:tr>
    </w:tbl>
    <w:p>
      <w:pPr>
        <w:spacing w:after="40"/>
      </w:pPr>
    </w:p>
    <w:p>
      <w:pPr>
        <w:pStyle w:val="Heading1"/>
      </w:pPr>
      <w:r>
        <w:t>MobileSeatTableVertical</w:t>
      </w:r>
    </w:p>
    <w:p>
      <w:pPr>
        <w:pStyle w:val="Heading2"/>
      </w:pPr>
      <w:r>
        <w:t>Attributes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含义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string：'zh_CN', 'en'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'zh_CN'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语言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seatTableSdk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云席 SDK 实例</w:t>
            </w:r>
          </w:p>
        </w:tc>
      </w:tr>
    </w:tbl>
    <w:p>
      <w:pPr>
        <w:spacing w:after="40"/>
      </w:pPr>
    </w:p>
    <w:p>
      <w:pPr>
        <w:pStyle w:val="Heading2"/>
      </w:pPr>
      <w:r>
        <w:t>Events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事件名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参数含义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show-user-card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用户信息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展示用户信息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follow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关注用户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cancel-follow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取消关注</w:t>
            </w:r>
          </w:p>
        </w:tc>
      </w:tr>
    </w:tbl>
    <w:p>
      <w:pPr>
        <w:spacing w:after="40"/>
      </w:pPr>
    </w:p>
    <w:p>
      <w:pPr>
        <w:pStyle w:val="Heading1"/>
      </w:pPr>
      <w:r>
        <w:t>MobileSeatFollowList</w:t>
      </w:r>
    </w:p>
    <w:p>
      <w:pPr>
        <w:pStyle w:val="Heading2"/>
      </w:pPr>
      <w:r>
        <w:t>Attributes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含义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string：'zh_CN', 'en'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'zh_CN'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语言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seatTableSdk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云席 SDK 实例</w:t>
            </w:r>
          </w:p>
        </w:tc>
      </w:tr>
    </w:tbl>
    <w:p>
      <w:pPr>
        <w:spacing w:after="40"/>
      </w:pPr>
    </w:p>
    <w:p>
      <w:pPr>
        <w:pStyle w:val="Heading2"/>
      </w:pPr>
      <w:r>
        <w:t>Events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事件名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参数含义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show-user-card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用户信息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展示用户信息</w:t>
            </w:r>
          </w:p>
        </w:tc>
      </w:tr>
    </w:tbl>
    <w:p>
      <w:pPr>
        <w:spacing w:after="40"/>
      </w:pPr>
    </w:p>
    <w:p>
      <w:pPr>
        <w:pStyle w:val="Heading1"/>
      </w:pPr>
      <w:r>
        <w:t>MobileUserCard</w:t>
      </w:r>
    </w:p>
    <w:p>
      <w:pPr>
        <w:pStyle w:val="Heading2"/>
      </w:pPr>
      <w:r>
        <w:t>Attributes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含义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string：'zh_CN', 'en'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'zh_CN'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语言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seatTableSdk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云席 SDK 实例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userInfo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用户数据</w:t>
            </w:r>
          </w:p>
        </w:tc>
      </w:tr>
    </w:tbl>
    <w:p>
      <w:pPr>
        <w:spacing w:after="40"/>
      </w:pPr>
    </w:p>
    <w:p>
      <w:pPr>
        <w:pStyle w:val="Heading1"/>
      </w:pPr>
      <w:r>
        <w:t>MobileSeatTips</w:t>
      </w:r>
    </w:p>
    <w:p>
      <w:pPr>
        <w:pStyle w:val="Heading2"/>
      </w:pPr>
      <w:r>
        <w:t>Attributes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含义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string：'zh_CN', 'en'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'zh_CN'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语言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seatTableSdk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云席 SDK 实例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云席组件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