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红包组件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目前针对特定客户开放使用。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本文档主要描述如何接入互动功能接收端的红包组件，接入后可实现观众端领取普通红包、口令红包和红包雨的三种领取类型红包。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中奖后，红包会自动发放到用户的提现账户中，用户可以在提现账户中查看金额，还可以通过提现操作领取到微信账户。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只支持移动端的微信和企业微信环境下领取。--&gt;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积分红包：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中奖后，红包会自动发放到用户的积分账户中，用户可以在积分记录中查看领取积分历史。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支付宝红包：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中奖后，可获得支付宝口令，复制该口令，可在支付宝中搜索领取红包。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注意：本功能目前只支持0.11.1-beta.2及以上版本,如要使用请安装对应版本。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src="https://websdk.videocc.net/interactions-receive-sdk-ui-default/0.24.0/lib/MobileRedEnvelope/MobileRedEnvelope.umd.min.js"&gt;&lt;/script&gt;</w:t>
        <w:br/>
        <w:t>// 移动端</w:t>
        <w:br/>
        <w:t>&lt;script&gt;</w:t>
        <w:br/>
        <w:t xml:space="preserve">    const MobileRedEnvelope = window.PolyvIRScene.MobileRedEnvelope.default;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MobileRedEnvelope } from '@polyv/interactions-receive-sdk-ui-default/lib/PcWelfareLottery';</w:t>
        <w:br/>
      </w:r>
    </w:p>
    <w:p>
      <w:pPr>
        <w:pStyle w:val="Heading1"/>
      </w:pPr>
      <w:r>
        <w:t>组件注入-红包实例 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import { RedEnvelope } from '@polyv/interactions-receive-sdk';</w:t>
        <w:br/>
        <w:t>export default {</w:t>
        <w:br/>
        <w:t xml:space="preserve">    // 注入 redEnvelopeSdk 给子组件使用， redEnvelopeSdk 是红包实例 只实例化一次</w:t>
        <w:br/>
        <w:t xml:space="preserve">    provide() {</w:t>
        <w:br/>
        <w:t xml:space="preserve">        return {</w:t>
        <w:br/>
        <w:t xml:space="preserve">            redEnvelopeSdk: new RedEnvelope()</w:t>
        <w:br/>
        <w:t xml:space="preserve">        };</w:t>
        <w:br/>
        <w:t xml:space="preserve">    },</w:t>
        <w:br/>
        <w:t xml:space="preserve">    // 业务逻辑</w:t>
        <w:br/>
        <w:t xml:space="preserve">    ...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以移动端接入为例红包组件：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&lt;red-envelope</w:t>
        <w:br/>
        <w:t xml:space="preserve">      :red-envelope-sdk="redEnvelopeSdk"</w:t>
        <w:br/>
        <w:t xml:space="preserve">      :redEnvelopeData="redEnvelopeData"</w:t>
        <w:br/>
        <w:t xml:space="preserve">      :coverImg="redPackSkin"</w:t>
        <w:br/>
        <w:t xml:space="preserve">      :openId="openId"</w:t>
        <w:br/>
        <w:t xml:space="preserve">      :lang="lang"</w:t>
        <w:br/>
        <w:t xml:space="preserve">      :withDrawEnabled="withDrawEnabled"</w:t>
        <w:br/>
        <w:t xml:space="preserve">      :redirect-url="watchCodeUrl"</w:t>
        <w:br/>
        <w:t xml:space="preserve">      :unit="donateSetting.scoreUnit"</w:t>
        <w:br/>
        <w:t xml:space="preserve">      @copy-success="$emit('copySuccess')"</w:t>
        <w:br/>
        <w:t xml:space="preserve">      @close="handleCloseRedEnvelope"</w:t>
        <w:br/>
        <w:t xml:space="preserve">      @statusChange="handleStatusChange"</w:t>
        <w:br/>
        <w:t xml:space="preserve">      @click-withdraw="handleClickWithdraw"</w:t>
        <w:br/>
        <w:t xml:space="preserve">      @click-point-record="handleClickPoint"</w:t>
        <w:br/>
        <w:t xml:space="preserve">      @received="handleReceived"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RedEnvelope from '@polyv/interactions-receive-sdk-ui-default/lib/MobileRedEnvelope';</w:t>
        <w:br/>
        <w:t>import mixin from './mixin';</w:t>
        <w:br/>
        <w:t>export default {</w:t>
        <w:br/>
        <w:t xml:space="preserve">  mixins: [mixin],</w:t>
        <w:br/>
        <w:t xml:space="preserve">  components: {</w:t>
        <w:br/>
        <w:t xml:space="preserve">    RedEnvelope</w:t>
        <w:br/>
        <w:t xml:space="preserve">  },</w:t>
        <w:br/>
        <w:t xml:space="preserve">  methods: {</w:t>
        <w:br/>
        <w:t xml:space="preserve">    handleClickWithdraw() {</w:t>
        <w:br/>
        <w:t xml:space="preserve">      // TODO 点击提现, 跳转到提现页面</w:t>
        <w:br/>
        <w:t xml:space="preserve">      this.redEnvelopeData = null;</w:t>
        <w:br/>
        <w:t xml:space="preserve">    },</w:t>
        <w:br/>
        <w:t xml:space="preserve">    handleReceived(pwd) {</w:t>
        <w:br/>
        <w:t xml:space="preserve">        // TODO 红包领取成功， pwd 为口令红包口令，领取成功后需要发言</w:t>
        <w:br/>
        <w:t xml:space="preserve">    },</w:t>
        <w:br/>
        <w:t xml:space="preserve">    handleClickPoint() {</w:t>
        <w:br/>
        <w:t xml:space="preserve">        // TODO 点击积分记录，展示积分记录弹窗</w:t>
        <w:br/>
        <w:t xml:space="preserve">      this.redEnvelopeData = null;</w:t>
        <w:br/>
        <w:t xml:space="preserve">    },</w:t>
        <w:br/>
        <w:t xml:space="preserve">  }</w:t>
        <w:br/>
        <w:t>};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@file 红包组件逻辑</w:t>
        <w:br/>
        <w:t xml:space="preserve"> */</w:t>
        <w:br/>
        <w:t>import { mapState } from 'vuex';</w:t>
        <w:br/>
        <w:br/>
        <w:t>export default {</w:t>
        <w:br/>
        <w:t xml:space="preserve">  data() {</w:t>
        <w:br/>
        <w:t xml:space="preserve">    return {</w:t>
        <w:br/>
        <w:t xml:space="preserve">      // 红包信息</w:t>
        <w:br/>
        <w:t xml:space="preserve">      redEnvelopeData: null,</w:t>
        <w:br/>
        <w:t xml:space="preserve">      // 红包主体显示</w:t>
        <w:br/>
        <w:t xml:space="preserve">      showRedEnvelope: false,</w:t>
        <w:br/>
        <w:t xml:space="preserve">    };</w:t>
        <w:br/>
        <w:t xml:space="preserve">  },</w:t>
        <w:br/>
        <w:t xml:space="preserve">  inject: ['redEnvelopeSdk'],</w:t>
        <w:br/>
        <w:t xml:space="preserve">  props: {</w:t>
        <w:br/>
        <w:t xml:space="preserve">    redPackSkin: {</w:t>
        <w:br/>
        <w:t xml:space="preserve">      type: String,</w:t>
        <w:br/>
        <w:t xml:space="preserve">      default: ''</w:t>
        <w:br/>
        <w:t xml:space="preserve">    },</w:t>
        <w:br/>
        <w:t xml:space="preserve">    withDrawEnabled: {</w:t>
        <w:br/>
        <w:t xml:space="preserve">      type: Boolean,</w:t>
        <w:br/>
        <w:t xml:space="preserve">      default: true,</w:t>
        <w:br/>
        <w:t xml:space="preserve">    },</w:t>
        <w:br/>
        <w:t xml:space="preserve">    // 观看地址</w:t>
        <w:br/>
        <w:t xml:space="preserve">    watchCodeUrl: {</w:t>
        <w:br/>
        <w:t xml:space="preserve">      type: String,</w:t>
        <w:br/>
        <w:t xml:space="preserve">      default: '',</w:t>
        <w:br/>
        <w:t xml:space="preserve">    },</w:t>
        <w:br/>
        <w:t xml:space="preserve">    // 打赏设置</w:t>
        <w:br/>
        <w:t xml:space="preserve">    donateSetting: {</w:t>
        <w:br/>
        <w:t xml:space="preserve">      type: Object,</w:t>
        <w:br/>
        <w:t xml:space="preserve">      default: () =&gt; ({}),</w:t>
        <w:br/>
        <w:t xml:space="preserve">    },</w:t>
        <w:br/>
        <w:t xml:space="preserve">  },</w:t>
        <w:br/>
        <w:t xml:space="preserve">  computed: {</w:t>
        <w:br/>
        <w:t xml:space="preserve">    ...mapState({</w:t>
        <w:br/>
        <w:t xml:space="preserve">      lang: state =&gt; state.lang.lang,</w:t>
        <w:br/>
        <w:t xml:space="preserve">    }),</w:t>
        <w:br/>
        <w:t xml:space="preserve">    openId() {</w:t>
        <w:br/>
        <w:t xml:space="preserve">      return this.redEnvelopeData?.user?.openId || this.redEnvelopeData?.openId || '';</w:t>
        <w:br/>
        <w:t xml:space="preserve">    },</w:t>
        <w:br/>
        <w:t xml:space="preserve">  },</w:t>
        <w:br/>
        <w:br/>
        <w:t xml:space="preserve">  mounted() {</w:t>
        <w:br/>
        <w:t xml:space="preserve">    this.bindAppEvents();</w:t>
        <w:br/>
        <w:t xml:space="preserve">  },</w:t>
        <w:br/>
        <w:br/>
        <w:t xml:space="preserve">  beforeUnmount() {</w:t>
        <w:br/>
        <w:t xml:space="preserve">    this.unbindAppEvents();</w:t>
        <w:br/>
        <w:t xml:space="preserve">  },</w:t>
        <w:br/>
        <w:br/>
        <w:t xml:space="preserve">  methods: {</w:t>
        <w:br/>
        <w:t xml:space="preserve">    handleCloseRedEnvelope() {</w:t>
        <w:br/>
        <w:t xml:space="preserve">        this.redEnvelopeData = null;</w:t>
        <w:br/>
        <w:t xml:space="preserve">    },</w:t>
        <w:br/>
        <w:t xml:space="preserve">    handleOpenRedEnvelop(data) {</w:t>
        <w:br/>
        <w:t xml:space="preserve">      const {</w:t>
        <w:br/>
        <w:t xml:space="preserve">        content: greeting,</w:t>
        <w:br/>
        <w:t xml:space="preserve">        type, redCacheId, redpackId, user: {</w:t>
        <w:br/>
        <w:t xml:space="preserve">          pic: avatar,</w:t>
        <w:br/>
        <w:t xml:space="preserve">          nick: nickname</w:t>
        <w:br/>
        <w:t xml:space="preserve">        }</w:t>
        <w:br/>
        <w:t xml:space="preserve">      } = data;</w:t>
        <w:br/>
        <w:t xml:space="preserve">      if (type.includes('rain')) {</w:t>
        <w:br/>
        <w:t xml:space="preserve">          // 打开红包雨组件</w:t>
        <w:br/>
        <w:t xml:space="preserve">        this.$eventBus.$emit('OPEN_REDPACK_RAIN', {</w:t>
        <w:br/>
        <w:t xml:space="preserve">          redCacheId,</w:t>
        <w:br/>
        <w:t xml:space="preserve">          redPackId: redpackId,</w:t>
        <w:br/>
        <w:t xml:space="preserve">          avatar,</w:t>
        <w:br/>
        <w:t xml:space="preserve">          nickname,</w:t>
        <w:br/>
        <w:t xml:space="preserve">          greeting,</w:t>
        <w:br/>
        <w:t xml:space="preserve">          type</w:t>
        <w:br/>
        <w:t xml:space="preserve">        });</w:t>
        <w:br/>
        <w:t xml:space="preserve">      } else {</w:t>
        <w:br/>
        <w:t xml:space="preserve">        this.redEnvelopeData = data;</w:t>
        <w:br/>
        <w:t xml:space="preserve">      }</w:t>
        <w:br/>
        <w:t xml:space="preserve">    },</w:t>
        <w:br/>
        <w:t xml:space="preserve">    handleStatusChange(redpackId, status) {</w:t>
        <w:br/>
        <w:t xml:space="preserve">        // 通知聊天室窗口改变红包状态</w:t>
        <w:br/>
        <w:t xml:space="preserve">      this.$eventBus.$emit('SET_ENTRANCE_STATUS', {</w:t>
        <w:br/>
        <w:t xml:space="preserve">        redpackId,</w:t>
        <w:br/>
        <w:t xml:space="preserve">        status</w:t>
        <w:br/>
        <w:t xml:space="preserve">      });</w:t>
        <w:br/>
        <w:t xml:space="preserve">    }</w:t>
        <w:br/>
        <w:t xml:space="preserve">  },</w:t>
        <w:br/>
        <w:t>};</w:t>
        <w:br/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red-envelope-sdk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redEnvelopeData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外部传入红包数据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custom-lang-config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中英文配置默认中英文配置文件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custom-img-config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图片配置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红包封面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微信openId 从获取redEnvelopeData.user.openId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是否展示提现入口或者积分记录入口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二维码自定义重定向url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频道设置积分单位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</w:tbl>
    <w:p>
      <w:pPr>
        <w:spacing w:after="40"/>
      </w:pPr>
    </w:p>
    <w:p>
      <w:pPr>
        <w:pStyle w:val="Heading2"/>
      </w:pPr>
      <w:r>
        <w:t>customImgConfig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normalEntranceImg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消息封面图-普通红包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passwordEntranceImg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消息封面图-口令红包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rainEntranceImg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消息封面图-红包雨红包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normalPendantImg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挂件图-普通红包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passwordPendantImg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挂件图-口令红包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rainPendantImg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挂件图-红包雨红包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弹出封面图-普通红包和口令红包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rainModalTopBgImg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弹出层顶部背景图-红包雨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rainModalRightPendantImg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弹出层右侧挂件图-红包雨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redpackBeginingBgImg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红包雨开始倒计时图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rainThemeBottomBgImg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红包雨动画-底部背景图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rainThemeBollImgArray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红包雨动画-飘落图 (随机选择数组图片)</w:t>
            </w:r>
          </w:p>
        </w:tc>
      </w:tr>
    </w:tbl>
    <w:p>
      <w:pPr>
        <w:spacing w:after="40"/>
      </w:pPr>
    </w:p>
    <w:p>
      <w:pPr>
        <w:pStyle w:val="Heading2"/>
      </w:pPr>
      <w:r>
        <w:t>Event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copy-success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复制直播间链接成功回调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关闭红包弹窗回调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statusChange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 , 红包状态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redpackId：String；status：received 已领取, nonReceived 没抢到, joined 首次加入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click-withdraw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点击提现入口回调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click-point-record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点击积分记录回调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口令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pwd: string 领取口令红包后，需要发送口令消息</w:t>
            </w:r>
          </w:p>
        </w:tc>
      </w:tr>
    </w:tbl>
    <w:p>
      <w:pPr>
        <w:spacing w:after="40"/>
      </w:pPr>
    </w:p>
    <w:p>
      <w:pPr>
        <w:pStyle w:val="Heading1"/>
      </w:pPr>
      <w:r>
        <w:t>红包挂件组件 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&lt;red-envelop-pendant</w:t>
        <w:br/>
        <w:t xml:space="preserve">    v-if="showPendant"</w:t>
        <w:br/>
        <w:t xml:space="preserve">    :type="redEnvelopeDelayData.type || redEnvelopeDelayData.redpackType"</w:t>
        <w:br/>
        <w:t xml:space="preserve">    :time="redEnvelopeDelayData.delayTime"</w:t>
        <w:br/>
        <w:t xml:space="preserve">    @end="handleCloseRedPendant"</w:t>
        <w:br/>
        <w:t xml:space="preserve">  /&gt;</w:t>
        <w:br/>
        <w:t>&lt;/template&gt;</w:t>
        <w:br/>
        <w:br/>
        <w:t>&lt;script&gt;</w:t>
        <w:br/>
        <w:t>import RedEnvelopPendant from '@polyv/interactions-receive-sdk-ui-default/lib/RedEnvelopePendant';</w:t>
        <w:br/>
        <w:t>import mixin from './mixin';</w:t>
        <w:br/>
        <w:t>export default {</w:t>
        <w:br/>
        <w:t xml:space="preserve">  mixins: [mixin],</w:t>
        <w:br/>
        <w:t xml:space="preserve">  components: {</w:t>
        <w:br/>
        <w:t xml:space="preserve">    RedEnvelopPendant</w:t>
        <w:br/>
        <w:t xml:space="preserve">  },</w:t>
        <w:br/>
        <w:t>};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@file 红包挂件组件逻辑</w:t>
        <w:br/>
        <w:t xml:space="preserve"> */</w:t>
        <w:br/>
        <w:t>export default {</w:t>
        <w:br/>
        <w:t xml:space="preserve">  data() {</w:t>
        <w:br/>
        <w:t xml:space="preserve">    return {</w:t>
        <w:br/>
        <w:t xml:space="preserve">      // 红包挂件显示</w:t>
        <w:br/>
        <w:t xml:space="preserve">      showPendant: false,</w:t>
        <w:br/>
        <w:t xml:space="preserve">      // 倒计时红包内容</w:t>
        <w:br/>
        <w:t xml:space="preserve">      redEnvelopeDelayData: null,</w:t>
        <w:br/>
        <w:t xml:space="preserve">      // 接口是否请求完毕</w:t>
        <w:br/>
        <w:t xml:space="preserve">      getNewestRequestEnd: true,</w:t>
        <w:br/>
        <w:t xml:space="preserve">    };</w:t>
        <w:br/>
        <w:t xml:space="preserve">  },</w:t>
        <w:br/>
        <w:t xml:space="preserve">  watch: {</w:t>
        <w:br/>
        <w:tab/>
        <w:t>redEnvelopeSdk: {</w:t>
        <w:br/>
        <w:t xml:space="preserve">      immediate: true,</w:t>
        <w:br/>
        <w:t xml:space="preserve">      handler() {</w:t>
        <w:br/>
        <w:t xml:space="preserve">        this.handleRedPaper = this.handleRedPaperEvent.bind(this);</w:t>
        <w:br/>
        <w:t xml:space="preserve">        this.handleRedPaperDelay = this.handleRedPaperDelayEvent.bind(this);</w:t>
        <w:br/>
        <w:t xml:space="preserve">        this.bindAppEvents();</w:t>
        <w:br/>
        <w:t xml:space="preserve">      }</w:t>
        <w:br/>
        <w:t xml:space="preserve">    },</w:t>
        <w:br/>
        <w:t xml:space="preserve">  },</w:t>
        <w:br/>
        <w:t xml:space="preserve">  // 父组件注入 redEnvelopeSdk 实例</w:t>
        <w:br/>
        <w:t xml:space="preserve">  inject: ['redEnvelopeSdk'],</w:t>
        <w:br/>
        <w:t xml:space="preserve">  mounted() {</w:t>
        <w:br/>
        <w:t xml:space="preserve">    // 是否有延时红包</w:t>
        <w:br/>
        <w:t xml:space="preserve">    this.getNewest();</w:t>
        <w:br/>
        <w:t xml:space="preserve">    this.handleVisibilitychange();</w:t>
        <w:br/>
        <w:t xml:space="preserve">  },</w:t>
        <w:br/>
        <w:t xml:space="preserve">  beforeUnmount() {</w:t>
        <w:br/>
        <w:t xml:space="preserve">    this.unbindAppEvents();</w:t>
        <w:br/>
        <w:t xml:space="preserve">  },</w:t>
        <w:br/>
        <w:br/>
        <w:t xml:space="preserve">  methods: {</w:t>
        <w:br/>
        <w:t xml:space="preserve">    // 是否有延时红包</w:t>
        <w:br/>
        <w:t xml:space="preserve">    async getNewest() {</w:t>
        <w:br/>
        <w:t xml:space="preserve">      this.getNewestRequestEnd = false;</w:t>
        <w:br/>
        <w:t xml:space="preserve">      const result = await this.redEnvelopeSdk.getNewest();</w:t>
        <w:br/>
        <w:t xml:space="preserve">      this.getNewestRequestEnd = true;</w:t>
        <w:br/>
        <w:t xml:space="preserve">      const { code, data } = result;</w:t>
        <w:br/>
        <w:t xml:space="preserve">      const delayTime = data ? Math.round((data.sendTime - data.serverTime) / 1000) : 0;</w:t>
        <w:br/>
        <w:t xml:space="preserve">      if (code === 200 &amp;&amp; data &amp;&amp; data.timeEnabled === 'Y' &amp;&amp; delayTime &gt; 0) {</w:t>
        <w:br/>
        <w:t xml:space="preserve">        this.redEnvelopeDelayData = {</w:t>
        <w:br/>
        <w:t xml:space="preserve">          ...data,</w:t>
        <w:br/>
        <w:t xml:space="preserve">          pic: data.avatar,</w:t>
        <w:br/>
        <w:t xml:space="preserve">          delayTime</w:t>
        <w:br/>
        <w:t xml:space="preserve">        };</w:t>
        <w:br/>
        <w:t xml:space="preserve">        this.showPendant = true;</w:t>
        <w:br/>
        <w:t xml:space="preserve">      }</w:t>
        <w:br/>
        <w:t xml:space="preserve">    },</w:t>
        <w:br/>
        <w:t xml:space="preserve">    // 监听红包相关事件</w:t>
        <w:br/>
        <w:t xml:space="preserve">    bindAppEvents() {</w:t>
        <w:br/>
        <w:t xml:space="preserve">      const redEnvelopeSdk = this.redEnvelopeSdk;</w:t>
        <w:br/>
        <w:t xml:space="preserve">      redEnvelopeSdk &amp;&amp; redEnvelopeSdk</w:t>
        <w:br/>
        <w:t xml:space="preserve">        .on(redEnvelopeSdk.events.REDPAPER_FOR_DELAY, this.handleRedPaperDelay)</w:t>
        <w:br/>
        <w:t xml:space="preserve">        .on(redEnvelopeSdk.events.REDPAPER, this.handleRedPaper);</w:t>
        <w:br/>
        <w:t xml:space="preserve">    },</w:t>
        <w:br/>
        <w:t xml:space="preserve">    // 取消监听红包相关事件</w:t>
        <w:br/>
        <w:t xml:space="preserve">    unbindAppEvents() {</w:t>
        <w:br/>
        <w:t xml:space="preserve">      const redEnvelopeSdk = this.redEnvelopeSdk;</w:t>
        <w:br/>
        <w:t xml:space="preserve">      redEnvelopeSdk &amp;&amp; redEnvelopeSdk</w:t>
        <w:br/>
        <w:t xml:space="preserve">        .off(redEnvelopeSdk.events.REDPAPER_FOR_DELAY, this.handleRedPaperDelay)</w:t>
        <w:br/>
        <w:t xml:space="preserve">        .off(redEnvelopeSdk.events.REDPAPER, this.handleRedPaper);</w:t>
        <w:br/>
        <w:t xml:space="preserve">    },</w:t>
        <w:br/>
        <w:t xml:space="preserve">    handleRedPaperDelayEvent(data) {</w:t>
        <w:br/>
        <w:t xml:space="preserve">      this.redEnvelopeDelayData = data;</w:t>
        <w:br/>
        <w:t xml:space="preserve">      this.showPendant = true;</w:t>
        <w:br/>
        <w:t xml:space="preserve">    },</w:t>
        <w:br/>
        <w:t xml:space="preserve">    handleRedPaperEvent() {</w:t>
        <w:br/>
        <w:t xml:space="preserve">      this.showPendant = false;</w:t>
        <w:br/>
        <w:t xml:space="preserve">    },</w:t>
        <w:br/>
        <w:t xml:space="preserve">    handleCloseRedPendant() {</w:t>
        <w:br/>
        <w:t xml:space="preserve">      this.showPendant = false;</w:t>
        <w:br/>
        <w:t xml:space="preserve">    },</w:t>
        <w:br/>
        <w:t xml:space="preserve">    handleVisibilitychange() {</w:t>
        <w:br/>
        <w:t xml:space="preserve">      // 页面最近一次隐藏的时间</w:t>
        <w:br/>
        <w:t xml:space="preserve">      let latestTime;</w:t>
        <w:br/>
        <w:t xml:space="preserve">      document.addEventListener('visibilitychange', () =&gt; {</w:t>
        <w:br/>
        <w:t xml:space="preserve">        if (document.visibilityState === 'visible' &amp;&amp; this.getNewestRequestEnd &amp;&amp; latestTime &amp;&amp; (Date.now() - latestTime) &gt; 1000) {</w:t>
        <w:br/>
        <w:t xml:space="preserve">          this.getNewest();</w:t>
        <w:br/>
        <w:t xml:space="preserve">        }</w:t>
        <w:br/>
        <w:t xml:space="preserve">        if (document.visibilityState === 'hidden') {</w:t>
        <w:br/>
        <w:t xml:space="preserve">          latestTime = Date.now();</w:t>
        <w:br/>
        <w:t xml:space="preserve">        }</w:t>
        <w:br/>
        <w:t xml:space="preserve">      });</w:t>
        <w:br/>
        <w:t xml:space="preserve">    }</w:t>
        <w:br/>
        <w:t xml:space="preserve">  },</w:t>
        <w:br/>
        <w:t>};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'normal'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根据红包类型展示封面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传入时间戳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custom-lang-config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中英文配置默认中英文配置文件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custom-img-config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图片配置</w:t>
            </w:r>
          </w:p>
        </w:tc>
      </w:tr>
    </w:tbl>
    <w:p>
      <w:pPr>
        <w:spacing w:after="40"/>
      </w:pPr>
    </w:p>
    <w:p>
      <w:pPr>
        <w:pStyle w:val="Heading2"/>
      </w:pPr>
      <w:r>
        <w:t>Event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倒计时完成</w:t>
            </w:r>
          </w:p>
        </w:tc>
      </w:tr>
    </w:tbl>
    <w:p>
      <w:pPr>
        <w:spacing w:after="40"/>
      </w:pPr>
    </w:p>
    <w:p>
      <w:pPr>
        <w:pStyle w:val="Heading2"/>
      </w:pPr>
      <w:r>
        <w:t>红包消息组件 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聊天列表红包消息组件内容 --&gt;</w:t>
        <w:br/>
        <w:t>&lt;template&gt;</w:t>
        <w:br/>
        <w:t xml:space="preserve">  &lt;div class="c-red-paper-msg"&gt;</w:t>
        <w:br/>
        <w:t xml:space="preserve">      &lt;red-envelope-entrance</w:t>
        <w:br/>
        <w:t xml:space="preserve">        ref="redEnvelopEntrance"</w:t>
        <w:br/>
        <w:t xml:space="preserve">        :red-envelope-data="msg"</w:t>
        <w:br/>
        <w:t xml:space="preserve">        :red-envelope-sdk="redEnvelopeSdk"</w:t>
        <w:br/>
        <w:t xml:space="preserve">        :lang="lang"</w:t>
        <w:br/>
        <w:t xml:space="preserve">        @open="handleRedpackVisible"/&gt;</w:t>
        <w:br/>
        <w:t xml:space="preserve">  &lt;/div&gt;</w:t>
        <w:br/>
        <w:t>&lt;/template&gt;</w:t>
        <w:br/>
        <w:br/>
        <w:t>&lt;script&gt;</w:t>
        <w:br/>
        <w:t>import RedEnvelopeEntrance from '@polyv/interactions-receive-sdk-ui-default/lib/RedEnvelopeEntrance';</w:t>
        <w:br/>
        <w:t>import mixin from '../mixins';</w:t>
        <w:br/>
        <w:br/>
        <w:t>export default {</w:t>
        <w:br/>
        <w:t xml:space="preserve">  mixins: [mixin],</w:t>
        <w:br/>
        <w:br/>
        <w:t xml:space="preserve">  components: {</w:t>
        <w:br/>
        <w:t xml:space="preserve">    RedEnvelopeEntrance</w:t>
        <w:br/>
        <w:t xml:space="preserve">  },</w:t>
        <w:br/>
        <w:br/>
        <w:t xml:space="preserve">  props: {</w:t>
        <w:br/>
        <w:t xml:space="preserve">    msg: Object,</w:t>
        <w:br/>
        <w:t xml:space="preserve">  },</w:t>
        <w:br/>
        <w:t>};</w:t>
        <w:br/>
        <w:t>&lt;/script&gt;</w:t>
        <w:br/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export default {</w:t>
        <w:br/>
        <w:t xml:space="preserve">  inject: ['redEnvelopeSdk'],</w:t>
        <w:br/>
        <w:t xml:space="preserve">  mounted() {</w:t>
        <w:br/>
        <w:t xml:space="preserve">    this.$eventBus.$on('SET_ENTRANCE_STATUS', this.handleStatusUpdate);</w:t>
        <w:br/>
        <w:t xml:space="preserve">  },</w:t>
        <w:br/>
        <w:t xml:space="preserve">  beforeDestroy() {</w:t>
        <w:br/>
        <w:t xml:space="preserve">    this.$eventBus.$off('SET_ENTRANCE_STATUS', this.handleStatusUpdate);</w:t>
        <w:br/>
        <w:t xml:space="preserve">  },</w:t>
        <w:br/>
        <w:t xml:space="preserve">  props: {</w:t>
        <w:br/>
        <w:t xml:space="preserve">    msg: {</w:t>
        <w:br/>
        <w:t xml:space="preserve">      type: Object</w:t>
        <w:br/>
        <w:t xml:space="preserve">    },</w:t>
        <w:br/>
        <w:t xml:space="preserve">    lang: {</w:t>
        <w:br/>
        <w:t xml:space="preserve">      type: String</w:t>
        <w:br/>
        <w:t xml:space="preserve">    },</w:t>
        <w:br/>
        <w:t xml:space="preserve">  },</w:t>
        <w:br/>
        <w:t xml:space="preserve">  methods: {</w:t>
        <w:br/>
        <w:t xml:space="preserve">    handleRedpackVisible() {</w:t>
        <w:br/>
        <w:t xml:space="preserve">      this.$eventBus.$emit('OPEN_REDPAPER', this.msg);</w:t>
        <w:br/>
        <w:t xml:space="preserve">    },</w:t>
        <w:br/>
        <w:t xml:space="preserve">    handleStatusUpdate({</w:t>
        <w:br/>
        <w:t xml:space="preserve">      redpackId,</w:t>
        <w:br/>
        <w:t xml:space="preserve">      status</w:t>
        <w:br/>
        <w:t xml:space="preserve">    }) {</w:t>
        <w:br/>
        <w:t xml:space="preserve">      if (this.msg.redpackId === redpackId) {</w:t>
        <w:br/>
        <w:t xml:space="preserve">       // 更新消息列表红包状态</w:t>
        <w:br/>
        <w:t xml:space="preserve">          this.$refs.redEnvelopEntrance.updateStatus(status);</w:t>
        <w:br/>
        <w:t xml:space="preserve">      }</w:t>
        <w:br/>
        <w:t xml:space="preserve">    },</w:t>
        <w:br/>
        <w:t xml:space="preserve">  }</w:t>
        <w:br/>
        <w:t>};</w:t>
        <w:br/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red-envelope-sdk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红包消息SDK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red-envelope-data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外部传入红包数据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custom-lang-config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中英文配置默认中英文配置文件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custom-img-config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图片配置</w:t>
            </w:r>
          </w:p>
        </w:tc>
      </w:tr>
    </w:tbl>
    <w:p>
      <w:pPr>
        <w:spacing w:after="40"/>
      </w:pPr>
    </w:p>
    <w:p>
      <w:pPr>
        <w:pStyle w:val="Heading2"/>
      </w:pPr>
      <w:r>
        <w:t>Event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点击回调</w:t>
            </w:r>
          </w:p>
        </w:tc>
      </w:tr>
    </w:tbl>
    <w:p>
      <w:pPr>
        <w:spacing w:after="40"/>
      </w:pPr>
    </w:p>
    <w:p>
      <w:pPr>
        <w:pStyle w:val="Heading2"/>
      </w:pPr>
      <w:r>
        <w:t>红包雨组件 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&lt;redpack-rain-comp</w:t>
        <w:br/>
        <w:t xml:space="preserve">      ref="redpackRain"</w:t>
        <w:br/>
        <w:t xml:space="preserve">      :redpack-rain="redpackRainSdk"</w:t>
        <w:br/>
        <w:t xml:space="preserve">      :lang="lang"</w:t>
        <w:br/>
        <w:t xml:space="preserve">      :customThemeImgs="customRedpackThemeImgs"</w:t>
        <w:br/>
        <w:t xml:space="preserve">      :withDrawEnabled="withDrawEnabled"</w:t>
        <w:br/>
        <w:t xml:space="preserve">      :redirect-url="watchCodeUrl"</w:t>
        <w:br/>
        <w:t xml:space="preserve">      :unit="donateSetting.scoreUnit"</w:t>
        <w:br/>
        <w:t xml:space="preserve">      @click-withdraw="handleClickWithdraw"</w:t>
        <w:br/>
        <w:t xml:space="preserve">      @copy-success="handleCopySuccess"</w:t>
        <w:br/>
        <w:t xml:space="preserve">      @state-change="handleStateChange"</w:t>
        <w:br/>
        <w:t xml:space="preserve">      @visible-change="handleVisibleChange"</w:t>
        <w:br/>
        <w:t xml:space="preserve">      @click-point-record="handleClickPoint"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mixin from './mixin';</w:t>
        <w:br/>
        <w:t>import RedpackRainComp from '@polyv/interactions-receive-sdk-ui-default/lib/MobileRedpackRain';</w:t>
        <w:br/>
        <w:t>export default {</w:t>
        <w:br/>
        <w:t xml:space="preserve">  mixins: [mixin],</w:t>
        <w:br/>
        <w:t xml:space="preserve">  components: {</w:t>
        <w:br/>
        <w:t xml:space="preserve">    RedpackRainComp</w:t>
        <w:br/>
        <w:t xml:space="preserve">  }</w:t>
        <w:br/>
        <w:t>};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@file 红包雨组件逻辑</w:t>
        <w:br/>
        <w:t xml:space="preserve"> */</w:t>
        <w:br/>
        <w:t>import { RedpackRain } from '@polyv/interactions-receive-sdk';</w:t>
        <w:br/>
        <w:br/>
        <w:t>export default {</w:t>
        <w:br/>
        <w:t xml:space="preserve">  props: {</w:t>
        <w:br/>
        <w:t xml:space="preserve">    lang: {</w:t>
        <w:br/>
        <w:t xml:space="preserve">      type: String,</w:t>
        <w:br/>
        <w:t xml:space="preserve">      default: 'zh_CN'</w:t>
        <w:br/>
        <w:t xml:space="preserve">    },</w:t>
        <w:br/>
        <w:t xml:space="preserve">    customRedpackThemeImgs: {</w:t>
        <w:br/>
        <w:t xml:space="preserve">      type: Object,</w:t>
        <w:br/>
        <w:t xml:space="preserve">    },</w:t>
        <w:br/>
        <w:t xml:space="preserve">    withDrawEnabled: {</w:t>
        <w:br/>
        <w:t xml:space="preserve">      type: Boolean,</w:t>
        <w:br/>
        <w:t xml:space="preserve">      default: true</w:t>
        <w:br/>
        <w:t xml:space="preserve">    },</w:t>
        <w:br/>
        <w:t xml:space="preserve">    // 观看地址</w:t>
        <w:br/>
        <w:t xml:space="preserve">    watchCodeUrl: {</w:t>
        <w:br/>
        <w:t xml:space="preserve">      type: String,</w:t>
        <w:br/>
        <w:t xml:space="preserve">      default: '',</w:t>
        <w:br/>
        <w:t xml:space="preserve">    },</w:t>
        <w:br/>
        <w:t xml:space="preserve">    donateSetting: {</w:t>
        <w:br/>
        <w:t xml:space="preserve">      type: Object,</w:t>
        <w:br/>
        <w:t xml:space="preserve">      default: () =&gt; {</w:t>
        <w:br/>
        <w:t xml:space="preserve">        return {};</w:t>
        <w:br/>
        <w:t xml:space="preserve">      }</w:t>
        <w:br/>
        <w:t xml:space="preserve">    },</w:t>
        <w:br/>
        <w:t xml:space="preserve">  },</w:t>
        <w:br/>
        <w:t xml:space="preserve">  data() {</w:t>
        <w:br/>
        <w:t xml:space="preserve">    return {</w:t>
        <w:br/>
        <w:t xml:space="preserve">      redpackRainSdk: null,</w:t>
        <w:br/>
        <w:t xml:space="preserve">      redEnvelopeData: null</w:t>
        <w:br/>
        <w:t xml:space="preserve">    };</w:t>
        <w:br/>
        <w:t xml:space="preserve">  },</w:t>
        <w:br/>
        <w:t xml:space="preserve">  created() {</w:t>
        <w:br/>
        <w:t xml:space="preserve">    this.redpackRainSdk = new RedpackRain();</w:t>
        <w:br/>
        <w:t xml:space="preserve">    // 监听消息列表红包雨点击事件</w:t>
        <w:br/>
        <w:t xml:space="preserve">    this.$eventBus.$on('OPEN_REDPACK_RAIN', this.openRedpackRain);</w:t>
        <w:br/>
        <w:t xml:space="preserve">  },</w:t>
        <w:br/>
        <w:t xml:space="preserve">  beforeDestroy() {</w:t>
        <w:br/>
        <w:t xml:space="preserve">    this.$eventBus.$off('OPEN_REDPACK_RAIN', this.openRedpackRain);</w:t>
        <w:br/>
        <w:t xml:space="preserve">    this.redpackRainSdk = null;</w:t>
        <w:br/>
        <w:t xml:space="preserve">  },</w:t>
        <w:br/>
        <w:t xml:space="preserve">  methods: {</w:t>
        <w:br/>
        <w:t xml:space="preserve">    // 处理点击提现</w:t>
        <w:br/>
        <w:t xml:space="preserve">    handleClickWithdraw() {</w:t>
        <w:br/>
        <w:t xml:space="preserve">    },</w:t>
        <w:br/>
        <w:t xml:space="preserve">    // 处理点击积分记录</w:t>
        <w:br/>
        <w:t xml:space="preserve">    handleClickPoint() {</w:t>
        <w:br/>
        <w:br/>
        <w:t xml:space="preserve">    },</w:t>
        <w:br/>
        <w:t xml:space="preserve">    // 处理复制成功</w:t>
        <w:br/>
        <w:t xml:space="preserve">    handleCopySuccess() {</w:t>
        <w:br/>
        <w:t xml:space="preserve">       // TODO Toast提示 复制成功</w:t>
        <w:br/>
        <w:t xml:space="preserve">    },</w:t>
        <w:br/>
        <w:t xml:space="preserve">    // 调用红包组件的展示方法</w:t>
        <w:br/>
        <w:t xml:space="preserve">    openRedpackRain(data) {</w:t>
        <w:br/>
        <w:t xml:space="preserve">      this.redEnvelopeData = data;</w:t>
        <w:br/>
        <w:t xml:space="preserve">      this.$refs.redpackRain.showRedpackRain({</w:t>
        <w:br/>
        <w:t xml:space="preserve">        ...data,</w:t>
        <w:br/>
        <w:t xml:space="preserve">        source: 'msg'</w:t>
        <w:br/>
        <w:t xml:space="preserve">      });</w:t>
        <w:br/>
        <w:t xml:space="preserve">    },</w:t>
        <w:br/>
        <w:t xml:space="preserve">      // 通知聊天室窗口改变红包状态</w:t>
        <w:br/>
        <w:t xml:space="preserve">    handleStateChange({ redPackId, state }) {</w:t>
        <w:br/>
        <w:t xml:space="preserve">      this.$eventBus.$emit('SET_ENTRANCE_STATUS', {</w:t>
        <w:br/>
        <w:t xml:space="preserve">        redpackId: redPackId,</w:t>
        <w:br/>
        <w:t xml:space="preserve">        status: state</w:t>
        <w:br/>
        <w:t xml:space="preserve">      });</w:t>
        <w:br/>
        <w:t xml:space="preserve">    },</w:t>
        <w:br/>
        <w:t xml:space="preserve">    handleVisibleChange(visible) {</w:t>
        <w:br/>
        <w:t xml:space="preserve">     // TODO 红包弹窗显示隐藏回调</w:t>
        <w:br/>
        <w:t xml:space="preserve">    },</w:t>
        <w:br/>
        <w:t xml:space="preserve">  }</w:t>
        <w:br/>
        <w:t>};</w:t>
        <w:br/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redpack-rain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红包雨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customThemeImgs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红包封面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是否展示提现入口或者积分记录入口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redirect-url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二维码自定义重定向url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频道设置积分单位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</w:tbl>
    <w:p>
      <w:pPr>
        <w:spacing w:after="40"/>
      </w:pPr>
    </w:p>
    <w:p>
      <w:pPr>
        <w:pStyle w:val="Heading2"/>
      </w:pPr>
      <w:r>
        <w:t>Event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copy-success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复制直播间链接成功回调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关闭红包弹窗回调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state-change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 , 红包状态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redpackId：String；status：received 已领取, nonReceived 没抢到, joined 首次加入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click-withdraw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点击提现入口回调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click-point-record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点击积分记录回调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visible-change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红包弹窗显示隐藏回调</w:t>
            </w:r>
          </w:p>
        </w:tc>
      </w:tr>
    </w:tbl>
    <w:p>
      <w:pPr>
        <w:spacing w:after="40"/>
      </w:pPr>
    </w:p>
    <w:p>
      <w:pPr>
        <w:pStyle w:val="Heading2"/>
      </w:pPr>
      <w:r>
        <w:t>Methods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showRedpackRain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redEnvelopeData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红包数据</w:t>
            </w:r>
          </w:p>
        </w:tc>
      </w:tr>
    </w:tbl>
    <w:p>
      <w:pPr>
        <w:spacing w:after="40"/>
      </w:pPr>
    </w:p>
    <w:p>
      <w:pPr>
        <w:pStyle w:val="Heading1"/>
      </w:pPr>
      <w:r>
        <w:t>红包积分记录组件 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class="plv-demo-point-re-record-default"&gt;</w:t>
        <w:br/>
        <w:t xml:space="preserve">      &lt;modal</w:t>
        <w:br/>
        <w:t xml:space="preserve">        :visible="isShowResult"</w:t>
        <w:br/>
        <w:t xml:space="preserve">        title="积分记录"</w:t>
        <w:br/>
        <w:t xml:space="preserve">        :modal-style="{</w:t>
        <w:br/>
        <w:t xml:space="preserve">          height: 'auto',</w:t>
        <w:br/>
        <w:t xml:space="preserve">          position: 'absolute',</w:t>
        <w:br/>
        <w:t xml:space="preserve">          bottom: '0',</w:t>
        <w:br/>
        <w:t xml:space="preserve">        }"</w:t>
        <w:br/>
        <w:t xml:space="preserve">        @close="isShowResult = false"</w:t>
        <w:br/>
        <w:t xml:space="preserve">      &gt;</w:t>
        <w:br/>
        <w:t xml:space="preserve">        &lt;MobilePointRERecord v-if="isShowResult" :red-envelope-sdk="redEnvelopeSdk" unit="点" /&gt;</w:t>
        <w:br/>
        <w:t xml:space="preserve">      &lt;/modal&gt;</w:t>
        <w:br/>
        <w:t xml:space="preserve">  &lt;/div&gt;</w:t>
        <w:br/>
        <w:t>&lt;/template&gt;</w:t>
        <w:br/>
        <w:br/>
        <w:t>&lt;script&gt;</w:t>
        <w:br/>
        <w:t>import MobilePointRERecord from '@polyv/interactions-receive-sdk-ui-default/lib/MobilePointRERecord';</w:t>
        <w:br/>
        <w:t>// Modal 是移动端弹窗组件,</w:t>
        <w:br/>
        <w:t>import Modal from '../MobileModal';</w:t>
        <w:br/>
        <w:br/>
        <w:t>export default {</w:t>
        <w:br/>
        <w:t xml:space="preserve">  components: {</w:t>
        <w:br/>
        <w:t xml:space="preserve">    MobilePointRERecord,</w:t>
        <w:br/>
        <w:t xml:space="preserve">    Modal</w:t>
        <w:br/>
        <w:t xml:space="preserve">  },</w:t>
        <w:br/>
        <w:t xml:space="preserve">  data() {</w:t>
        <w:br/>
        <w:t xml:space="preserve">    return {</w:t>
        <w:br/>
        <w:t xml:space="preserve">    // 红包 SDK 实例</w:t>
        <w:br/>
        <w:t xml:space="preserve">        redEnvelopeSdk: null,</w:t>
        <w:br/>
        <w:t xml:space="preserve">        isShowResult: true</w:t>
        <w:br/>
        <w:t xml:space="preserve">    };</w:t>
        <w:br/>
        <w:t xml:space="preserve">  },</w:t>
        <w:br/>
        <w:t xml:space="preserve">  created() {</w:t>
        <w:br/>
        <w:t xml:space="preserve">    this.redEnvelopeSdk = new RedEnvelope();</w:t>
        <w:br/>
        <w:t xml:space="preserve">  },</w:t>
        <w:br/>
        <w:t>};</w:t>
        <w:br/>
        <w:t>&lt;/script&gt;</w:t>
        <w:br/>
        <w:br/>
        <w:t>&lt;style lang="scss"&gt;</w:t>
        <w:br/>
        <w:t>.plv-demo-point-re-record-default {</w:t>
        <w:br/>
        <w:t xml:space="preserve">  width: 100%;</w:t>
        <w:br/>
        <w:t>}</w:t>
        <w:br/>
        <w:t>&lt;/style&gt;</w:t>
        <w:br/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red-envelope-sdk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红包组件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