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问卷组件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本组件为互动功能接收端的问卷组件，可实现问卷题目在观众端的展示、填写提交以及问卷结果的展示。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src="https://websdk.videocc.net/interactions-receive-sdk-ui-default/0.24.0/lib/PcQuestionnarie/PcQuestionnarie.umd.min.js"&gt;&lt;/script&gt;</w:t>
        <w:br/>
        <w:t>// PC 端</w:t>
        <w:br/>
        <w:t>&lt;script&gt;</w:t>
        <w:br/>
        <w:t xml:space="preserve">    const Questionnaire = window.PolyvIRScene.PcQuestionnarie.default;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src="https://websdk.videocc.net/interactions-receive-sdk-ui-default/0.24.0/lib/MobileQuestionnarie/MobileQuestionnarie.umd.min.js"&gt;&lt;/script&gt;</w:t>
        <w:br/>
        <w:t>// 移动端</w:t>
        <w:br/>
        <w:t>&lt;script&gt;</w:t>
        <w:br/>
        <w:t xml:space="preserve">    const Questionnaire = window.PolyvIRScene.MobileQuestionnarie.default;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Questionnaire from '@polyv/interactions-receive-sdk-ui-default/lib/PcQuestionnarie';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Questionnaire from '@polyv/interactions-receive-sdk-ui-default/lib/MobileQuestionnarie';</w:t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移动端 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&lt;!-- modal是一个弹窗组件，可根据界面风格自行设计 --&gt;</w:t>
        <w:br/>
        <w:t xml:space="preserve">  &lt;modal</w:t>
        <w:br/>
        <w:t xml:space="preserve">      :backable="hasBackBtn"</w:t>
        <w:br/>
        <w:t xml:space="preserve">      :title="questionnaireTitle"</w:t>
        <w:br/>
        <w:t xml:space="preserve">      :visible="isShowQuestionnaire"</w:t>
        <w:br/>
        <w:t xml:space="preserve">      @back="onModalReturn"</w:t>
        <w:br/>
        <w:t xml:space="preserve">      @close="onSetQuestionnaireVisible(false)"</w:t>
        <w:br/>
        <w:t xml:space="preserve">  &gt;</w:t>
        <w:br/>
        <w:t xml:space="preserve">    &lt;!-- 问卷组件主体 --&gt;</w:t>
        <w:br/>
        <w:t xml:space="preserve">    &lt;questionnaire</w:t>
        <w:br/>
        <w:t xml:space="preserve">      ref="questionnaire"</w:t>
        <w:br/>
        <w:t xml:space="preserve">      :visible="isShowQuestionnaire"</w:t>
        <w:br/>
        <w:t xml:space="preserve">      :questionnaire-sdk="questionnaireSdk"</w:t>
        <w:br/>
        <w:t xml:space="preserve">      @status-changed="onStatusChanged"</w:t>
        <w:br/>
        <w:t xml:space="preserve">      @to-show="onSetQuestionnaireVisible(true)"</w:t>
        <w:br/>
        <w:t xml:space="preserve">      @to-hide="onSetQuestionnaireVisible(false)"</w:t>
        <w:br/>
        <w:t xml:space="preserve">      @has-questionnaire="hasQuestionnaire"</w:t>
        <w:br/>
        <w:t xml:space="preserve">    /&gt;</w:t>
        <w:br/>
        <w:t xml:space="preserve">  &lt;/modal&gt;</w:t>
        <w:br/>
        <w:t>&lt;/template&gt;</w:t>
        <w:br/>
        <w:br/>
        <w:t>&lt;script&gt;</w:t>
        <w:br/>
        <w:t>import { Questionnaire as QuestionnaireSDK } from '@polyv/interactions-receive-sdk';</w:t>
        <w:br/>
        <w:t>import Questionnaire from '@polyv/interactions-receive-sdk-ui-default/lib/MobileQuestionnarie';</w:t>
        <w:br/>
        <w:br/>
        <w:t>const AllStatus = {</w:t>
        <w:br/>
        <w:t xml:space="preserve">  // 展示</w:t>
        <w:br/>
        <w:t xml:space="preserve">  isShowQuestion: 'isShowQuestion',</w:t>
        <w:br/>
        <w:t xml:space="preserve">  isShowResult: 'isShowResult',</w:t>
        <w:br/>
        <w:t xml:space="preserve">  isShowAnswer: 'isShowAnswer',</w:t>
        <w:br/>
        <w:t xml:space="preserve">  isShowQuestionnaireList: 'isShowQuestionnaireList'</w:t>
        <w:br/>
        <w:t>};</w:t>
        <w:br/>
        <w:t>export default {</w:t>
        <w:br/>
        <w:t xml:space="preserve">  components: {</w:t>
        <w:br/>
        <w:t xml:space="preserve">    Questionnaire,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问卷SDK实例</w:t>
        <w:br/>
        <w:t xml:space="preserve">      questionnaireSdk,</w:t>
        <w:br/>
        <w:t xml:space="preserve">      // 是否显示问卷</w:t>
        <w:br/>
        <w:t xml:space="preserve">      isShowQuestionnaire: false,</w:t>
        <w:br/>
        <w:t xml:space="preserve">      // 是否显示后退键</w:t>
        <w:br/>
        <w:t xml:space="preserve">      hasBackBtn: false,</w:t>
        <w:br/>
        <w:t xml:space="preserve">      // 问卷状态，显示对应弹窗标题</w:t>
        <w:br/>
        <w:t xml:space="preserve">      currentStatus: AllStatus.isShowQuestion</w:t>
        <w:br/>
        <w:t xml:space="preserve">    };</w:t>
        <w:br/>
        <w:t xml:space="preserve">  },</w:t>
        <w:br/>
        <w:t xml:space="preserve">  computed: {</w:t>
        <w:br/>
        <w:t xml:space="preserve">    questionnaireTitle() {</w:t>
        <w:br/>
        <w:t xml:space="preserve">      const { currentStatus } = this;</w:t>
        <w:br/>
        <w:t xml:space="preserve">      let title = '';</w:t>
        <w:br/>
        <w:t xml:space="preserve">      this.hasBackBtn = false;</w:t>
        <w:br/>
        <w:t xml:space="preserve">      if (currentStatus === AllStatus.isShowQuestion) {</w:t>
        <w:br/>
        <w:t xml:space="preserve">        this.hasBackBtn = true;</w:t>
        <w:br/>
        <w:t xml:space="preserve">        title = '问卷';</w:t>
        <w:br/>
        <w:t xml:space="preserve">      } else if (currentStatus === AllStatus.isShowResult) {</w:t>
        <w:br/>
        <w:t xml:space="preserve">        title = '问卷结果';</w:t>
        <w:br/>
        <w:t xml:space="preserve">      } else if (currentStatus === AllStatus.isShowAnswer) {</w:t>
        <w:br/>
        <w:t xml:space="preserve">        title = '问卷结果';</w:t>
        <w:br/>
        <w:t xml:space="preserve">      } else if (currentStatus === AllStatus.isShowQuestionnaireList) {</w:t>
        <w:br/>
        <w:t xml:space="preserve">        title = '问卷列表';</w:t>
        <w:br/>
        <w:t xml:space="preserve">      }</w:t>
        <w:br/>
        <w:t xml:space="preserve">      return title;</w:t>
        <w:br/>
        <w:t xml:space="preserve">    }</w:t>
        <w:br/>
        <w:t xml:space="preserve">  },</w:t>
        <w:br/>
        <w:br/>
        <w:t xml:space="preserve">  created() {</w:t>
        <w:br/>
        <w:t xml:space="preserve">    this.questionnaireSdk = new QuestionnaireSDK();</w:t>
        <w:br/>
        <w:t xml:space="preserve">  },</w:t>
        <w:br/>
        <w:br/>
        <w:t xml:space="preserve">  beforeDestroy() {</w:t>
        <w:br/>
        <w:t xml:space="preserve">    this.questionnaireSdk?.destroy();</w:t>
        <w:br/>
        <w:t xml:space="preserve">  },</w:t>
        <w:br/>
        <w:br/>
        <w:t xml:space="preserve">  methods: {</w:t>
        <w:br/>
        <w:t xml:space="preserve">    showList() {</w:t>
        <w:br/>
        <w:t xml:space="preserve">      this.$refs.questionnaire.showList();</w:t>
        <w:br/>
        <w:t xml:space="preserve">      this.onSetQuestionnaireVisible(true);</w:t>
        <w:br/>
        <w:t xml:space="preserve">    },</w:t>
        <w:br/>
        <w:t xml:space="preserve">    // 弹窗后退键，回到问卷列表</w:t>
        <w:br/>
        <w:t xml:space="preserve">    onModalReturn() {</w:t>
        <w:br/>
        <w:t xml:space="preserve">      this.showList();</w:t>
        <w:br/>
        <w:t xml:space="preserve">    },</w:t>
        <w:br/>
        <w:t xml:space="preserve">    onSetQuestionnaireVisible(visible) {</w:t>
        <w:br/>
        <w:t xml:space="preserve">      this.isShowQuestionnaire = visible;</w:t>
        <w:br/>
        <w:t xml:space="preserve">    },</w:t>
        <w:br/>
        <w:t xml:space="preserve">  },</w:t>
        <w:br/>
        <w:t>};</w:t>
        <w:br/>
        <w:t>&lt;/script&gt;</w:t>
      </w:r>
    </w:p>
    <w:p>
      <w:pPr>
        <w:pStyle w:val="Heading1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delayTime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 8000，PC端 2000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延迟触发显示时间，单位毫秒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visible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判断问卷隐藏时，重置内部状态</w:t>
            </w:r>
          </w:p>
        </w:tc>
      </w:tr>
    </w:tbl>
    <w:p>
      <w:pPr>
        <w:spacing w:after="40"/>
      </w:pPr>
    </w:p>
    <w:p>
      <w:pPr>
        <w:pStyle w:val="Heading1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status-changed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string: 'isShowQuestion', 'isShowResult', 'isShowAnswer'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问卷内部的弹窗状态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问卷状态改变时会触发，可用于根据状态展示不同UI，如定制弹窗标题。isShowQuestion：显示问卷题目；isShowResult：显示问卷结果；isShowAnswer：同显示问卷结果。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讲师发布问卷或收到问卷结果后触发，表示此时需要展示问卷弹窗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讲师终止问卷或观众提交问卷后触发，表示此时需要隐藏问卷弹窗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success-submit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提交问卷成功后回调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has-questionnaire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是否有需要答题的问卷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问卷组件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