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问答组件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本文档主要描述如何接入互动功能接收端的问答组件，接入后可实现观众端显示问答功能。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在引入及使用本功能组件前，需要先对互动功能接收端SDK进行公共配置，详情请查看：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src="https://websdk.videocc.net/interactions-receive-sdk-ui-default/0.24.0/lib/MobileQuestionAnswer/MobileQuestionAnswer.umd.min.js"&gt;&lt;/script&gt;</w:t>
        <w:br/>
        <w:t>&lt;script&gt;</w:t>
        <w:br/>
        <w:t xml:space="preserve">    const MobileQuestionAnswer = window.PolyvIRScene.MobileQuestionAnswer.default;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MobileQuestionAnswer from '@polyv/interactions-receive-sdk-ui-default/lib/MobileQuestionAnswer';</w:t>
        <w:br/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先实例化问答SDK，然后将其传入到组件中，以便内部进行相应逻辑处理。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 mobile 端接入为例：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 class="plv-demo-question-answer"&gt;</w:t>
        <w:br/>
        <w:t xml:space="preserve">    &lt;mobile-question-answer</w:t>
        <w:br/>
        <w:t xml:space="preserve">      :lang="lang"</w:t>
        <w:br/>
        <w:t xml:space="preserve">      :question-answer-sdk="questionAnswerSdk"</w:t>
        <w:br/>
        <w:t xml:space="preserve">      :has-nick="hasNick"</w:t>
        <w:br/>
        <w:t xml:space="preserve">      @preview="preview"</w:t>
        <w:br/>
        <w:t xml:space="preserve">      @news="onNews"</w:t>
        <w:br/>
        <w:t xml:space="preserve">      @set-nick="setNick"</w:t>
        <w:br/>
        <w:t xml:space="preserve">  </w:t>
        <w:tab/>
        <w:t>/&gt;</w:t>
        <w:br/>
        <w:t xml:space="preserve">  &lt;/div&gt;</w:t>
        <w:br/>
        <w:t>&lt;/template&gt;</w:t>
        <w:br/>
        <w:br/>
        <w:t>&lt;script&gt;</w:t>
        <w:br/>
        <w:t>import { QuestionAnswer } from '@polyv/interactions-receive-sdk';</w:t>
        <w:br/>
        <w:t>import MobileQuestionAnswer from '@polyv/interactions-receive-sdk-ui-default/lib/MobileQuestionAnswer';</w:t>
        <w:br/>
        <w:br/>
        <w:t>export default {</w:t>
        <w:br/>
        <w:t xml:space="preserve">  components: {</w:t>
        <w:br/>
        <w:t xml:space="preserve">    MobileQuestionAnswer,</w:t>
        <w:br/>
        <w:t xml:space="preserve">  },</w:t>
        <w:br/>
        <w:br/>
        <w:t xml:space="preserve">  props: {</w:t>
        <w:br/>
        <w:t xml:space="preserve">    lang: {</w:t>
        <w:br/>
        <w:t xml:space="preserve">      type: String,</w:t>
        <w:br/>
        <w:t xml:space="preserve">      default: 'zh_CN',</w:t>
        <w:br/>
        <w:t xml:space="preserve">    }</w:t>
        <w:br/>
        <w:t xml:space="preserve">  },</w:t>
        <w:br/>
        <w:br/>
        <w:t xml:space="preserve">  data() {</w:t>
        <w:br/>
        <w:t xml:space="preserve">    return {</w:t>
        <w:br/>
        <w:t xml:space="preserve">      // SDK 实例</w:t>
        <w:br/>
        <w:t xml:space="preserve">      questionAnswerSdk: null,</w:t>
        <w:br/>
        <w:t xml:space="preserve">      hasNick: true</w:t>
        <w:br/>
        <w:t xml:space="preserve">    };</w:t>
        <w:br/>
        <w:t xml:space="preserve">  },</w:t>
        <w:br/>
        <w:br/>
        <w:t xml:space="preserve">  mounted() {</w:t>
        <w:br/>
        <w:t xml:space="preserve">    this.questionAnswerSdk = new QuestionAnswer();</w:t>
        <w:br/>
        <w:t xml:space="preserve">  },</w:t>
        <w:br/>
        <w:br/>
        <w:t xml:space="preserve">  beforeDestroy() {</w:t>
        <w:br/>
        <w:t xml:space="preserve">    this.questionAnswerSdk?.destroy();</w:t>
        <w:br/>
        <w:t xml:space="preserve">  },</w:t>
        <w:br/>
        <w:br/>
        <w:t xml:space="preserve">  methods: {</w:t>
        <w:br/>
        <w:t xml:space="preserve">    preview({ url }) {</w:t>
        <w:br/>
        <w:t xml:space="preserve">      // TODO 实现大图预览问答图片</w:t>
        <w:br/>
        <w:t xml:space="preserve">    },</w:t>
        <w:br/>
        <w:t xml:space="preserve">    onNews() {</w:t>
        <w:br/>
        <w:t xml:space="preserve">      // TODO 收到新的问答消息，实现小红点提示</w:t>
        <w:br/>
        <w:t xml:space="preserve">    },</w:t>
        <w:br/>
        <w:t xml:space="preserve">    setNick() {</w:t>
        <w:br/>
        <w:t xml:space="preserve">      // TODO 未设置昵称，需提醒设置昵称后， this.hasNick = true;</w:t>
        <w:br/>
        <w:t xml:space="preserve">    }</w:t>
        <w:br/>
        <w:t xml:space="preserve">  }</w:t>
        <w:br/>
        <w:t>};</w:t>
        <w:br/>
        <w:t>&lt;/script&gt;</w:t>
        <w:br/>
        <w:t>&lt;style&gt;</w:t>
        <w:br/>
        <w:t xml:space="preserve"> /** 问答UI组件外层父元素样式示列 **/</w:t>
        <w:br/>
        <w:t>.plv-demo-question-answer {</w:t>
        <w:br/>
        <w:t xml:space="preserve">  width: auto;</w:t>
        <w:br/>
        <w:t xml:space="preserve">  position: relative;</w:t>
        <w:br/>
        <w:t xml:space="preserve">  height: 400px;</w:t>
        <w:br/>
        <w:t xml:space="preserve">  overflow: auto;</w:t>
        <w:br/>
        <w:t>}</w:t>
        <w:br/>
        <w:t>&lt;/style&gt;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questionAnswerSdk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hasNick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是否有设置昵称</w:t>
            </w:r>
          </w:p>
        </w:tc>
      </w:tr>
    </w:tbl>
    <w:p>
      <w:pPr>
        <w:spacing w:after="40"/>
      </w:pPr>
    </w:p>
    <w:p>
      <w:pPr>
        <w:pStyle w:val="Heading2"/>
      </w:pPr>
      <w:r>
        <w:t>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参数含义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返回新消息条数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收到新消息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点击图片后，用于放大预览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set-nick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当hasNick 为false时，点击问答输入框，需提示设置昵称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问答组件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