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本文档主要描述如何接入互动功能接收端的签到组件，接入后可实现观众端签到展示和提交签到操作。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src="https://websdk.videocc.net/interactions-receive-sdk-ui-default/0.24.0/lib/PcCheckIn/PcCheckIn.umd.min.js"&gt;&lt;/script&gt;</w:t>
        <w:br/>
        <w:t>// PC端</w:t>
        <w:br/>
        <w:t>&lt;script&gt;</w:t>
        <w:br/>
        <w:t xml:space="preserve">    const CheckIn = window.PolyvIRScene.PcCheckIn.default;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src="https://websdk.videocc.net/interactions-receive-sdk-ui-default/0.24.0/lib/MobileCheckIn/MobileCheckIn.umd.min.js"&gt;&lt;/script&gt;</w:t>
        <w:br/>
        <w:t>// 移动端</w:t>
        <w:br/>
        <w:t>&lt;script&gt;</w:t>
        <w:br/>
        <w:t xml:space="preserve">    const CheckIn = window.PolyvIRScene.MobileCheckIn.default;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CheckIn from '@polyv/interactions-receive-sdk-ui-default/lib/PcCheckIn';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CheckIn from '@polyv/interactions-receive-sdk-ui-default/lib/MobileCheckIn';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先实例化签到SDK，然后将其传入到签到组件中，以便内部进行相应逻辑处理。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组件内部监听到签到开始后，将触发 </w:t>
      </w:r>
      <w:r>
        <w:rPr>
          <w:rFonts w:ascii="Menlo" w:hAnsi="Menlo"/>
          <w:color w:val="444444"/>
          <w:sz w:val="20"/>
        </w:rPr>
        <w:t>to-show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事件，此时接入方控制外层容器展示。</w:t>
      </w:r>
    </w:p>
    <w:p>
      <w:r>
        <w:rPr>
          <w:rFonts w:ascii="Menlo" w:hAnsi="Menlo"/>
          <w:color w:val="444444"/>
          <w:sz w:val="20"/>
        </w:rPr>
        <w:t>to-hide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事件触发后表示签到已结束或终止，应隐藏外层容器。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&lt;h2&gt;签到&lt;/h2&gt;</w:t>
        <w:br/>
        <w:t xml:space="preserve">    &lt;button v-if="isShowEntrance" @click="showCheckIn"&gt;签到列表&lt;/button&gt;</w:t>
        <w:br/>
        <w:t xml:space="preserve">    &lt;!-- 签到弹窗 --&gt;</w:t>
        <w:br/>
        <w:t xml:space="preserve">    &lt;modal</w:t>
        <w:br/>
        <w:t xml:space="preserve">        :title="title"</w:t>
        <w:br/>
        <w:t xml:space="preserve">        :visible="isShowCheckIn"</w:t>
        <w:br/>
        <w:t xml:space="preserve">        @close="onSetCheckInVisible(false)"</w:t>
        <w:br/>
        <w:t xml:space="preserve">    &gt;</w:t>
        <w:br/>
        <w:t xml:space="preserve">        &lt;check-in</w:t>
        <w:br/>
        <w:t xml:space="preserve">          ref="checkIn"</w:t>
        <w:br/>
        <w:t xml:space="preserve">          :check-in-sdk="checkInSdk"</w:t>
        <w:br/>
        <w:t xml:space="preserve">          @show-entrance="showEntrance"</w:t>
        <w:br/>
        <w:t xml:space="preserve">          @to-show="onSetCheckInVisible(true)"</w:t>
        <w:br/>
        <w:t xml:space="preserve">          @to-hide="onSetCheckInVisible(false)"</w:t>
        <w:br/>
        <w:t xml:space="preserve">          @update-modal-title="updateModalTitle"</w:t>
        <w:br/>
        <w:t xml:space="preserve">        /&gt;</w:t>
        <w:br/>
        <w:t xml:space="preserve">    &lt;/modal&gt;</w:t>
        <w:br/>
        <w:t xml:space="preserve">  &lt;/div&gt;</w:t>
        <w:br/>
        <w:t>&lt;/template&gt;</w:t>
        <w:br/>
        <w:br/>
        <w:t>&lt;script&gt;</w:t>
        <w:br/>
        <w:t>import { CheckIn as CheckInSDK } from '@polyv/interactions-receive-sdk';</w:t>
        <w:br/>
        <w:t>import CheckIn from '@polyv/interactions-receive-sdk-ui-default/lib/PcCheckIn';</w:t>
        <w:br/>
        <w:t>//  modal是一个弹窗组件，可根据界面风格自行设计</w:t>
        <w:br/>
        <w:t>import Modal from '../demo-modal/MobileModal';</w:t>
        <w:br/>
        <w:t>export default {</w:t>
        <w:br/>
        <w:t xml:space="preserve">  components: {</w:t>
        <w:br/>
        <w:t xml:space="preserve">    CheckIn,</w:t>
        <w:br/>
        <w:t xml:space="preserve">    Modal</w:t>
        <w:br/>
        <w:t xml:space="preserve">  },</w:t>
        <w:br/>
        <w:br/>
        <w:t xml:space="preserve">  data() {</w:t>
        <w:br/>
        <w:t xml:space="preserve">    return {</w:t>
        <w:br/>
        <w:t xml:space="preserve">      // 签到SDK实例</w:t>
        <w:br/>
        <w:t xml:space="preserve">      checkInSdk,</w:t>
        <w:br/>
        <w:t xml:space="preserve">      // 是否显示签到</w:t>
        <w:br/>
        <w:t xml:space="preserve">      isShowCheckIn: false,</w:t>
        <w:br/>
        <w:t xml:space="preserve">      isShowEntrance: false,</w:t>
        <w:br/>
        <w:t xml:space="preserve">      title: '签到'</w:t>
        <w:br/>
        <w:t xml:space="preserve">    };</w:t>
        <w:br/>
        <w:t xml:space="preserve">  },</w:t>
        <w:br/>
        <w:br/>
        <w:t xml:space="preserve">  created() {</w:t>
        <w:br/>
        <w:t xml:space="preserve">    this.checkInSdk = new CheckInSDK();</w:t>
        <w:br/>
        <w:t xml:space="preserve">  },</w:t>
        <w:br/>
        <w:br/>
        <w:t xml:space="preserve">  beforeDestroy() {</w:t>
        <w:br/>
        <w:t xml:space="preserve">    this.checkInSdk?.destroy();</w:t>
        <w:br/>
        <w:t xml:space="preserve">  },</w:t>
        <w:br/>
        <w:br/>
        <w:t xml:space="preserve">  methods: {</w:t>
        <w:br/>
        <w:t xml:space="preserve">   showEntrance(val) {</w:t>
        <w:br/>
        <w:t xml:space="preserve">    this.isShowEntrance = val;</w:t>
        <w:br/>
        <w:t xml:space="preserve">   },</w:t>
        <w:br/>
        <w:t xml:space="preserve">    onSetCheckInVisible(visible) {</w:t>
        <w:br/>
        <w:t xml:space="preserve">      this.isShowCheckIn = visible;</w:t>
        <w:br/>
        <w:t xml:space="preserve">    },</w:t>
        <w:br/>
        <w:t xml:space="preserve">    async showCheckIn() {</w:t>
        <w:br/>
        <w:t xml:space="preserve">      await this.$refs.checkIn.getCheckInInfo();</w:t>
        <w:br/>
        <w:t xml:space="preserve">      this.isShowCheckIn = true;</w:t>
        <w:br/>
        <w:t xml:space="preserve">    },</w:t>
        <w:br/>
        <w:t xml:space="preserve">    updateModalTitle(val) {</w:t>
        <w:br/>
        <w:t xml:space="preserve">      this.title = val;</w:t>
        <w:br/>
        <w:t xml:space="preserve">    }</w:t>
        <w:br/>
        <w:t xml:space="preserve">  },</w:t>
        <w:br/>
        <w:t>};</w:t>
        <w:br/>
        <w:t>&lt;/script&gt;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需要展示签到弹窗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需要隐藏签到弹窗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show-entrance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是否显示签到入口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update-modal-title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当前签到弹窗标题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