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图文直播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本模块主要用于接收后台的图文消息新增、编辑、删除和置顶等操作。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Tuwen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Tuwen } from '@polyv/interactions-receive-sdk';</w:t>
        <w:br/>
        <w:t>const tuwenSdk = new Tuwen();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监听新增一条图文消息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tuwenSdk.on(tuwenSdk.events.CREATE, (msg))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console.log('插入新消息' msg.data);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pPr>
        <w:pStyle w:val="Heading2"/>
      </w:pPr>
      <w:r>
        <w:t>监听更新某个图文消息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tuwenSdk.on(tuwenSdk.events.UPDATE, (msg))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console.log('更新消息' msg.data);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pPr>
        <w:pStyle w:val="Heading2"/>
      </w:pPr>
      <w:r>
        <w:t>监听编辑置顶某个图文消息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tuwenSdk.on(tuwenSdk.events.EDIT_STICKY, (msg))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console.log('编辑置顶消息' msg.data);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pPr>
        <w:pStyle w:val="Heading2"/>
      </w:pPr>
      <w:r>
        <w:t>监听删除某个图文消息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tuwenSdk.on(tuwenSdk.events.DELETE, (msg))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console.log('删除消息' msg.data);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pPr>
        <w:pStyle w:val="Heading2"/>
      </w:pPr>
      <w:r>
        <w:t>监听设置用户信息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tuwenSdk.on(tuwenSdk.events.SET_USER_INFO, (msg))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console.log('设置用户信息' msg.data);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pPr>
        <w:pStyle w:val="Heading2"/>
      </w:pPr>
      <w:r>
        <w:t>获取图文消息列表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数据起始ID, startId为空则表示初始化数据,默认请求前十条数据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tuwenSdk.getTuwenInfo(startId);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图文直播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