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话题PK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本模块用于接收处理话题PK相关的逻辑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Topic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Topic } from '@polyv/interactions-receive-sdk';</w:t>
        <w:br/>
        <w:br/>
        <w:t>const topicSdk = new Topic();</w:t>
        <w:br/>
        <w:t>// 销毁 SDK 实例，清除逻辑</w:t>
        <w:br/>
        <w:t>topicSdk.destroy();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 "话题开始"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在保利威后台开始话题后，</w:t>
      </w:r>
      <w:r>
        <w:rPr>
          <w:rFonts w:ascii="Menlo" w:hAnsi="Menlo"/>
          <w:color w:val="444444"/>
          <w:sz w:val="20"/>
        </w:rPr>
        <w:t>topicSdk.events.TOPIC_START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事件会被触发，事件参数中包含话题PK的id及内容，接入方可以监听此事件并根据内容进行展示。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topicSdk.on(topicSdk.events.TOPIC_START, function(msg) {</w:t>
        <w:br/>
        <w:t xml:space="preserve">  console.log('话题开始:', msg);</w:t>
        <w:br/>
        <w:t>});</w:t>
      </w:r>
    </w:p>
    <w:p>
      <w:pPr>
        <w:pStyle w:val="Heading2"/>
      </w:pPr>
      <w:r>
        <w:t>监听 "话题结束"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在保利威后台点击结束话题，</w:t>
      </w:r>
      <w:r>
        <w:rPr>
          <w:rFonts w:ascii="Menlo" w:hAnsi="Menlo"/>
          <w:color w:val="444444"/>
          <w:sz w:val="20"/>
        </w:rPr>
        <w:t>topicSdk.events.TOPIC_OVER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事件会被触发，根据展示话题结束内容。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topicSdk.on(topicSdk.events.TOPIC_OVER, function(msg) {</w:t>
        <w:br/>
        <w:t xml:space="preserve">  console.log('话题结束:', msg);</w:t>
        <w:br/>
        <w:t>});</w:t>
      </w:r>
    </w:p>
    <w:p>
      <w:pPr>
        <w:pStyle w:val="Heading2"/>
      </w:pPr>
      <w:r>
        <w:t>监听 "话题统计"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在其他观众选择正反方观点后，</w:t>
      </w:r>
      <w:r>
        <w:rPr>
          <w:rFonts w:ascii="Menlo" w:hAnsi="Menlo"/>
          <w:color w:val="444444"/>
          <w:sz w:val="20"/>
        </w:rPr>
        <w:t>topicSdk.events.TOPIC_UPDATE_DATA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事件会被触发，事件参数中包含正反方的统计人数。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topicSdk.on(topicSdk.events.TOPIC_UPDATE_DATA, function(data) {</w:t>
        <w:br/>
        <w:t xml:space="preserve">  console.log('话题统计:', data);</w:t>
        <w:br/>
        <w:t>});</w:t>
      </w:r>
    </w:p>
    <w:p>
      <w:pPr>
        <w:pStyle w:val="Heading2"/>
      </w:pPr>
      <w:r>
        <w:t>监听 “话题删除”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在保利威后台点击删除话题，</w:t>
      </w:r>
      <w:r>
        <w:rPr>
          <w:rFonts w:ascii="Menlo" w:hAnsi="Menlo"/>
          <w:color w:val="444444"/>
          <w:sz w:val="20"/>
        </w:rPr>
        <w:t>topicSdk.events.TOPIC_DELETE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事件会被触发，接入方可以id判断当前展示的话题是否被删除。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topicSdk.on(topicSdk.events.TOPIC_DELETE, function(msg) {</w:t>
        <w:br/>
        <w:t xml:space="preserve">  console.log('话题删除:', msg);</w:t>
        <w:br/>
        <w:t>});</w:t>
      </w:r>
    </w:p>
    <w:p>
      <w:pPr>
        <w:pStyle w:val="Heading2"/>
      </w:pPr>
      <w:r>
        <w:t>监听 “话题挂件入口是否隐藏”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在保利威后台点击话题开关，</w:t>
      </w:r>
      <w:r>
        <w:rPr>
          <w:rFonts w:ascii="Menlo" w:hAnsi="Menlo"/>
          <w:color w:val="444444"/>
          <w:sz w:val="20"/>
        </w:rPr>
        <w:t>topicSdk.events.TOPIC_CHANGE_ENTRANCE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事件会被触发，接入方可以判断当前挂件入口是否隐藏。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topicSdk.on(topicSdk.events.TOPIC_CHANGE_ENTRANCE, function(msg) {</w:t>
        <w:br/>
        <w:t xml:space="preserve">    // 挂件入口</w:t>
        <w:br/>
        <w:t xml:space="preserve">    // this.entranceVisible = msg.entranceEnable;</w:t>
        <w:br/>
        <w:t xml:space="preserve">    console.log('挂件入口状态:', msg);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如果不需要再使用话题SDK时，请调用SDK实例的destroy方法去销毁实例。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话题PK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