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云席功能</w:t>
      </w:r>
    </w:p>
    <w:p>
      <w:pPr>
        <w:pStyle w:val="Heading1"/>
      </w:pPr>
      <w:r>
        <w:t>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本模块用于云席功能相关逻辑，如展示在云席列表，关注用户，新人入座等</w:t>
      </w:r>
    </w:p>
    <w:p>
      <w:pPr>
        <w:pStyle w:val="Heading1"/>
      </w:pPr>
      <w:r>
        <w:t>初始化及销毁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在实例化该模块并进行使用之前，需要对SDK进行初始化配置，详细见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参考文档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3"/>
      </w:pPr>
      <w:r>
        <w:t>在线文件引入方式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script 标签引入，根据版本号引入JS版本。</w:t>
        <w:br/>
        <w:t>&lt;script src="https://websdk.videocc.net/interactions-receive-sdk/0.24.0/lib/polyv-ir.umd.js"&gt;&lt;/script&gt;</w:t>
        <w:br/>
        <w:br/>
        <w:t>&lt;script&gt;</w:t>
        <w:br/>
        <w:t xml:space="preserve">    const { SeatTable } = window.PolyvIRSDK;</w:t>
        <w:br/>
        <w:t>&lt;/script&gt;</w:t>
      </w:r>
    </w:p>
    <w:p>
      <w:pPr>
        <w:pStyle w:val="Heading3"/>
      </w:pPr>
      <w:r>
        <w:t>import 方式引入（推荐）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SeatTable } from '@polyv/interactions-receive-sdk';</w:t>
        <w:br/>
        <w:br/>
        <w:t>const seatTableSdk = new SeatTable();</w:t>
        <w:br/>
        <w:t>// 销毁 SDK 实例，清除逻辑</w:t>
        <w:br/>
        <w:t>seatTableSdk.destroy();</w:t>
      </w:r>
    </w:p>
    <w:p>
      <w:pPr>
        <w:pStyle w:val="Heading1"/>
      </w:pPr>
      <w:r>
        <w:t>使用流程</w:t>
      </w:r>
    </w:p>
    <w:p>
      <w:pPr>
        <w:pStyle w:val="Heading2"/>
      </w:pPr>
      <w:r>
        <w:t>监听 "入座" 事件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在观众入座后，</w:t>
      </w:r>
      <w:r>
        <w:rPr>
          <w:rFonts w:ascii="Menlo" w:hAnsi="Menlo"/>
          <w:color w:val="444444"/>
          <w:sz w:val="20"/>
        </w:rPr>
        <w:t>announcementSdk.events.ADD_SEATING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事件会被触发，事件参数中包含用户信息，接入方可以监听此事件并根据内容进行展示。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announcementSdk.on(announcementSdk.events.ADD_SEATING, function(msg) {</w:t>
        <w:br/>
        <w:t xml:space="preserve">  console.log(`入座信息：` + msg);</w:t>
        <w:br/>
        <w:t>});</w:t>
      </w:r>
    </w:p>
    <w:p>
      <w:pPr>
        <w:pStyle w:val="Heading2"/>
      </w:pPr>
      <w:r>
        <w:t>监听 “更新嘉宾信息” 事件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后台主动推送嘉宾信息，</w:t>
      </w:r>
      <w:r>
        <w:rPr>
          <w:rFonts w:ascii="Menlo" w:hAnsi="Menlo"/>
          <w:color w:val="444444"/>
          <w:sz w:val="20"/>
        </w:rPr>
        <w:t>announcementSdk.events.UPDATE_SETTING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事件会被触发，接入方可以据此移除公告显示。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announcementSdk.on(announcementSdk.events.UPDATE_SETTING, function(msg) {</w:t>
        <w:br/>
        <w:t xml:space="preserve">  console.log('嘉宾列表信息：' + msg.list);</w:t>
        <w:br/>
        <w:t>});</w:t>
      </w:r>
    </w:p>
    <w:p>
      <w:pPr>
        <w:pStyle w:val="Heading2"/>
      </w:pPr>
      <w:r>
        <w:t>注意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如果不需要再使用云席SDK时，请调用SDK实例的destroy方法去销毁实例。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云席功能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