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问卷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本模块用于接收处理讲师、助教和管理员等用户的问卷操作，可以监听"开始问卷调查"和"问卷结果"等事件，以及进行观众端的提交答案操作。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src="https://websdk.videocc.net/interactions-receive-sdk/0.24.0/lib/polyv-ir.umd.js"&gt;&lt;/script&gt;</w:t>
        <w:br/>
        <w:br/>
        <w:t>&lt;script&gt;</w:t>
        <w:br/>
        <w:t xml:space="preserve">    const { Questionnaire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Questionnaire } from '@polyv/interactions-receive-sdk';</w:t>
        <w:br/>
        <w:br/>
        <w:t>const questionnaireSdk = new Questionnaire();</w:t>
        <w:br/>
        <w:t>// 销毁 SDK 实例，清除逻辑</w:t>
        <w:br/>
        <w:t>questionnaireSdk.destroy();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监听“开始问卷调查”事件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收到此事件时，表示讲师端发起了一次问卷调查，消息参数中包含问卷详细内容，接入方可以使用其中的数据字段，将完整的问卷展示给观众。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questionnaireSdk.on(questionnaireSdk.events.START_QUESTIONNAIRE, (msg) =&gt; {</w:t>
        <w:br/>
        <w:t xml:space="preserve">  console.log('收到问卷消息', msg);</w:t>
        <w:br/>
        <w:t>});</w:t>
      </w:r>
    </w:p>
    <w:p>
      <w:pPr>
        <w:pStyle w:val="Heading2"/>
      </w:pPr>
      <w:r>
        <w:t>提交用户答案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观众作答后，把答案作为字符串数组传入到 </w:t>
      </w:r>
      <w:r>
        <w:rPr>
          <w:rFonts w:ascii="Menlo" w:hAnsi="Menlo"/>
          <w:color w:val="444444"/>
          <w:sz w:val="20"/>
        </w:rPr>
        <w:t>answerQuestion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方法中，就可以将答题提交到服务端。该方法是异步方法，返回具体的处理结果状态码，有提交成功、问卷已结束和已提交过答案这几种状态。可以根据该状态码提示用户该提交操作是否成功。通过 questionnaireSdk.answerQuestionResCode 能够访问到所有状态的枚举。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  * 提交问卷</w:t>
        <w:br/>
        <w:t xml:space="preserve">   * @param answers 提交问卷答案, 字符串数组如：</w:t>
        <w:br/>
        <w:t xml:space="preserve">     [</w:t>
        <w:br/>
        <w:t xml:space="preserve">        {"questionId":"bab16ae6ce", "answer": "A"},</w:t>
        <w:br/>
        <w:t xml:space="preserve">        {"questionId":"4a9f9e3139", "answer": "AB"}</w:t>
        <w:br/>
        <w:t xml:space="preserve">     ]</w:t>
        <w:br/>
        <w:t xml:space="preserve">   * @param questionnaireId 问卷Id</w:t>
        <w:br/>
        <w:t xml:space="preserve">   * @returns 状态码</w:t>
        <w:br/>
        <w:t>*/</w:t>
        <w:br/>
        <w:t>// 单选题答案格式 [{"questionId":"bab16ae6ce", "answer": "A"}]</w:t>
        <w:br/>
        <w:t>// 多选题答案格式 [{"questionId":"4a9f9e3139", "answer": "AB"}]</w:t>
        <w:br/>
        <w:t>// 判断题答案格式 [{"questionId":"4a9f9e3139", "answer": "A"}]</w:t>
        <w:br/>
        <w:t>// 问答题答案格式 [{"questionId":"4a9f9e3139", "answer": "你好"}]</w:t>
        <w:br/>
        <w:t>// 评星题（五星）答案格式 [{"questionId":"4a9f9e3139", "answer": "A"}] A 一颗星， B 两颗星， C 三颗星，D 四颗星， E 五颗星</w:t>
        <w:br/>
        <w:t>// 评分题（10分）答案格式 [{"questionId":"4a9f9e3139", "answer": "A"}] A 一分， B 两分... 以此类推 J 10分</w:t>
        <w:br/>
        <w:t>const res = await questionnaireSdk.answerQuestion(answers: string[], questionnaireId: string);{"questionId":"4a9f9e3139", "answer": "AB"}]);</w:t>
        <w:br/>
        <w:t>if (res.code === questionnaireSdk.answerQuestionResCode.SubmitSuccess) {</w:t>
        <w:br/>
        <w:t xml:space="preserve">  console.log('提交成功');</w:t>
        <w:br/>
        <w:t>}</w:t>
      </w:r>
    </w:p>
    <w:p>
      <w:pPr>
        <w:pStyle w:val="Heading2"/>
      </w:pPr>
      <w:r>
        <w:t>监听“结束问卷”事件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收到此事件时，问卷已经结束，观众不能再提交答案，需要将问卷隐藏。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questionnaireSdk.on(questionnaireSdk.events.STOP_QUESTIONNAIRE, (msg) =&gt; {</w:t>
        <w:br/>
        <w:t xml:space="preserve">    console.log('收到问卷结束消息', msg);</w:t>
        <w:br/>
        <w:t>});</w:t>
      </w:r>
    </w:p>
    <w:p>
      <w:pPr>
        <w:pStyle w:val="Heading2"/>
      </w:pPr>
      <w:r>
        <w:t>监听“问卷结果”事件和“问卷统计”事件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如果当前问卷设置了得分题以及相应正确答案，而且有用户提交了个人的答案，那么当问卷结束后，讲师可以使用"发送结果"功能，以便于观众查看问卷答案及个人回答情况。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观众端展示问卷回答情况，可以监听这两个事件—— </w:t>
      </w:r>
      <w:r>
        <w:rPr>
          <w:rFonts w:ascii="Menlo" w:hAnsi="Menlo"/>
          <w:color w:val="444444"/>
          <w:sz w:val="20"/>
        </w:rPr>
        <w:t>SEND_QUESTIONNAIRE_RESULT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QUESTIONNAIRE_ACHIEVEMENT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：这两个事件的触发顺序是不定的，若界面内容展示跟这两个事件都有关，请务必确保收到并记录到两个事件的数据后再做后续处理。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问卷结果事件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本事件包含了问卷标题、题目列表及正确答案等详细信息，可以据此再次展示问卷。具体字段请参考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typedoc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questionnaireSdk.on(questionnaireSdk.events.SEND_QUESTIONNAIRE_RESULT, (msg) =&gt; {</w:t>
        <w:br/>
        <w:t xml:space="preserve">  console.log('收到问卷结果事件：', msg);</w:t>
        <w:br/>
        <w:t>});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问卷统计事件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本事件包含了当前观众在此次问卷的题目统计数据和个人回答情况，可以据此展示问卷具体回答情况。具体字段请参考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typedoc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questionnaireSdk.on(questionnaireSdk.events.QUESTIONNAIRE_ACHIEVEMENT, (msg) =&gt; {</w:t>
        <w:br/>
        <w:t xml:space="preserve">  console.log('收到问卷统计事件：', msg);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如果不需要再使用问卷SDK时，请调用SDK实例的destroy方法去销毁实例。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