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问答</w:t>
      </w:r>
    </w:p>
    <w:p>
      <w:pPr>
        <w:pStyle w:val="Heading1"/>
      </w:pPr>
      <w:r>
        <w:t>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本模块主要用于展示问答模块。</w:t>
      </w:r>
    </w:p>
    <w:p>
      <w:pPr>
        <w:pStyle w:val="Heading1"/>
      </w:pPr>
      <w:r>
        <w:t>初始化及销毁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在实例化该模块并进行使用之前，需要对SDK进行初始化配置，详细见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src="https://websdk.videocc.net/interactions-receive-sdk/0.24.0/lib/polyv-ir.umd.js"&gt;&lt;/script&gt;</w:t>
        <w:br/>
        <w:br/>
        <w:t>&lt;script&gt;</w:t>
        <w:br/>
        <w:t xml:space="preserve">    const { QuestionAnswer } = window.PolyvIRSDK;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QuestionAnswer } from '@polyv/interactions-receive-sdk';</w:t>
        <w:br/>
        <w:t>const questionAnswerSdk = new QuestionAnswer();</w:t>
      </w:r>
    </w:p>
    <w:p>
      <w:pPr>
        <w:pStyle w:val="Heading1"/>
      </w:pPr>
      <w:r>
        <w:t>使用流程</w:t>
      </w:r>
    </w:p>
    <w:p>
      <w:pPr>
        <w:pStyle w:val="Heading2"/>
      </w:pPr>
      <w:r>
        <w:t>监听回复消息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questionAnswerSdk.on(questionAnswerSdk.events.ANSWER, (msg)) =&gt; {</w:t>
        <w:br/>
        <w:tab/>
        <w:t>console.log('讲师回复消息' msg.data);</w:t>
        <w:br/>
        <w:t>})</w:t>
      </w:r>
    </w:p>
    <w:p>
      <w:pPr>
        <w:pStyle w:val="Heading2"/>
      </w:pPr>
      <w:r>
        <w:t>监听删除消息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questionAnswerSdk.on(questionAnswerSdk.events.DELETE_ANSWER, (msg)) =&gt; {</w:t>
        <w:br/>
        <w:tab/>
        <w:t>console.log('删除消息' msg.data);</w:t>
        <w:br/>
        <w:t>})</w:t>
      </w:r>
    </w:p>
    <w:p>
      <w:pPr>
        <w:pStyle w:val="Heading2"/>
      </w:pPr>
      <w:r>
        <w:t>监听sessionId改变，判断直播状态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questionAnswerSdk.on(questionAnswerSdk.events.UPDATE_SESSIONID, ()) =&gt; {</w:t>
        <w:br/>
        <w:tab/>
        <w:t>console.log('sessionId改变');</w:t>
        <w:br/>
        <w:t>})</w:t>
      </w:r>
    </w:p>
    <w:p>
      <w:pPr>
        <w:pStyle w:val="Heading2"/>
      </w:pPr>
      <w:r>
        <w:t>发起提问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content 问题内容</w:t>
        <w:br/>
        <w:t>questionAnswerSdk.sendQuestion(content);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问答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