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卡片推送</w:t>
      </w:r>
    </w:p>
    <w:p>
      <w:pPr>
        <w:pStyle w:val="Heading1"/>
      </w:pPr>
      <w:r>
        <w:t>功能概述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本模块主要用于处理卡片推送相关的逻辑，监听卡片开始推送、结束推送等消息，接入方可以根据这些事件流程定制自己的UI界面。</w:t>
      </w:r>
    </w:p>
    <w:p>
      <w:pPr>
        <w:pStyle w:val="Heading1"/>
      </w:pPr>
      <w:r>
        <w:t>初始化及销毁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注意：在实例化该模块并进行使用之前，需要对SDK进行初始化配置，详细见[参考文档](/live/js/new_sdk/interactions_receive_sdk/sdk/overview#初始化)。</w:t>
      </w:r>
    </w:p>
    <w:p>
      <w:pPr>
        <w:pStyle w:val="Heading2"/>
      </w:pPr>
      <w:r>
        <w:t>初始化卡片推送实例</w:t>
      </w:r>
    </w:p>
    <w:p>
      <w:pPr>
        <w:pStyle w:val="Heading3"/>
      </w:pPr>
      <w:r>
        <w:t>在线文件引入方式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script 标签引入，根据版本号引入JS版本。</w:t>
        <w:br/>
        <w:t>&lt;script src="https://websdk.videocc.net/interactions-receive-sdk/0.24.0/lib/polyv-ir.umd.js"&gt;&lt;/script&gt;</w:t>
        <w:br/>
        <w:br/>
        <w:t>&lt;script&gt;</w:t>
        <w:br/>
        <w:t xml:space="preserve">    const { PushCard } = window.PolyvIRSDK;</w:t>
        <w:br/>
        <w:t>&lt;/script&gt;</w:t>
      </w:r>
    </w:p>
    <w:p>
      <w:pPr>
        <w:pStyle w:val="Heading3"/>
      </w:pPr>
      <w:r>
        <w:t>import 方式引入（推荐）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{ PushCard } from '@polyv/interactions-receive-sdk';</w:t>
        <w:br/>
        <w:t>const pushCardSdk = new PushCard();</w:t>
      </w:r>
    </w:p>
    <w:p>
      <w:pPr>
        <w:pStyle w:val="Heading2"/>
      </w:pPr>
      <w:r>
        <w:t>卡片推送实例销毁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pushCardSdk.destroy();</w:t>
      </w:r>
    </w:p>
    <w:p>
      <w:pPr>
        <w:pStyle w:val="Heading2"/>
      </w:pPr>
      <w:r>
        <w:t>实例属性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events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卡片推送模块事件</w:t>
            </w:r>
          </w:p>
        </w:tc>
      </w:tr>
    </w:tbl>
    <w:p>
      <w:pPr>
        <w:spacing w:after="40"/>
      </w:pPr>
    </w:p>
    <w:p>
      <w:pPr>
        <w:pStyle w:val="Heading2"/>
      </w:pPr>
      <w:r>
        <w:t>实例方法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方法名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入参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出参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getResidueTime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当前实例对象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获取卡片剩余时间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toClose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关闭卡片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getPushCardData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roomId、cardId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Promise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获取推送卡片数据</w:t>
            </w:r>
          </w:p>
        </w:tc>
      </w:tr>
    </w:tbl>
    <w:p>
      <w:pPr>
        <w:spacing w:after="40"/>
      </w:pPr>
    </w:p>
    <w:p>
      <w:pPr>
        <w:pStyle w:val="Heading2"/>
      </w:pPr>
      <w:r>
        <w:t>使用流程</w:t>
      </w:r>
    </w:p>
    <w:p>
      <w:pPr>
        <w:pStyle w:val="Heading3"/>
      </w:pPr>
      <w:r>
        <w:t>监听 "卡片开始推送（start）" 事件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在直播后台推送卡片，本SDK内部会触发 </w:t>
      </w:r>
      <w:r>
        <w:rPr>
          <w:rFonts w:ascii="Menlo" w:hAnsi="Menlo"/>
          <w:color w:val="444444"/>
          <w:sz w:val="20"/>
        </w:rPr>
        <w:t>pushCardSdk.events.START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事件，接入方可以监听该事件，然后再调用 </w:t>
      </w:r>
      <w:r>
        <w:rPr>
          <w:rFonts w:ascii="Menlo" w:hAnsi="Menlo"/>
          <w:color w:val="444444"/>
          <w:sz w:val="20"/>
        </w:rPr>
        <w:t>getPushCardData(roomId, cardId)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获取更加具体的卡片数据，用来展示卡片或卡片入口等界面。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pushCardSdk.on(pushCardSdk.events.START, async function(msg) {</w:t>
        <w:br/>
        <w:t xml:space="preserve">  console.log(`卡片开始推送：`, msg);</w:t>
        <w:br/>
        <w:t xml:space="preserve">  const res = await pushCardSdk.getPushCardData(msg.roomId, msg.id);</w:t>
        <w:br/>
        <w:t>});</w:t>
      </w:r>
    </w:p>
    <w:p>
      <w:pPr>
        <w:pStyle w:val="Heading3"/>
      </w:pPr>
      <w:r>
        <w:t>pushCardSdk.events.START返回的数据对象包含以下属性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roomId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房间号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卡片显示总时长，单位：秒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卡片显示剩余时长，单位：秒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entrance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是否有卡片入口，Y表示有，N表示没有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lookTime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等待多久后显示卡片，单位：秒</w:t>
            </w:r>
          </w:p>
        </w:tc>
      </w:tr>
    </w:tbl>
    <w:p>
      <w:pPr>
        <w:spacing w:after="40"/>
      </w:pPr>
    </w:p>
    <w:p>
      <w:pPr>
        <w:pStyle w:val="Heading3"/>
      </w:pPr>
      <w:r>
        <w:t>getPushCardData返回的对象包含以下属性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conditionValue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等待多久后显示，单位：秒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卡片推送总时长，单位：秒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countdownMsg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倒计时文案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enterEnabled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是否有卡片入口，Y表示有，N表示没有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封面类型：redpack/giftbox/custom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cardImage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当封面类型为custom（自定义）时，封面图片链接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enterImage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当封面类型为custom（自定义）时，入口图片链接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跳转链接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showCondition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卡片弹出方式：PUSH表示马上弹出，WATCH表示观看conditionValue秒后弹出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卡片标题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redirectType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打开链接的方式，tab或iframe，默认为tab（即打开新的标签页），iframe为自定义类型，用户可根据实际业务情况进行展示</w:t>
            </w:r>
          </w:p>
        </w:tc>
      </w:tr>
    </w:tbl>
    <w:p>
      <w:pPr>
        <w:spacing w:after="40"/>
      </w:pPr>
    </w:p>
    <w:p>
      <w:pPr>
        <w:pStyle w:val="Heading3"/>
      </w:pPr>
      <w:r>
        <w:t>监听 “卡片停止推送（CANCEL）” 事件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在直播后台取消卡片推送，本SDK会触发 </w:t>
      </w:r>
      <w:r>
        <w:rPr>
          <w:rFonts w:ascii="Menlo" w:hAnsi="Menlo"/>
          <w:color w:val="444444"/>
          <w:sz w:val="20"/>
        </w:rPr>
        <w:t>pushCardSdk.events.CANCEL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pushCardSdk.on(pushCardSdk.events.CANCEL, function(msg) {</w:t>
        <w:br/>
        <w:t xml:space="preserve">  console.log('卡片停止推送');</w:t>
        <w:br/>
        <w:t>});</w:t>
      </w:r>
    </w:p>
    <w:p>
      <w:pPr>
        <w:pStyle w:val="Heading3"/>
      </w:pPr>
      <w:r>
        <w:t>获取卡片倒计时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在卡片弹出后，若卡片有倒计时，可以使用 </w:t>
      </w:r>
      <w:r>
        <w:rPr>
          <w:rFonts w:ascii="Menlo" w:hAnsi="Menlo"/>
          <w:color w:val="444444"/>
          <w:sz w:val="20"/>
        </w:rPr>
        <w:t>pushCardSdk.getResidueTime()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获取卡片剩余的时间，获取到数据后会触发</w:t>
      </w:r>
      <w:r>
        <w:rPr>
          <w:rFonts w:ascii="Menlo" w:hAnsi="Menlo"/>
          <w:color w:val="444444"/>
          <w:sz w:val="20"/>
        </w:rPr>
        <w:t>pushCardSdk.events.GET_RESIDUE_TIME</w:t>
      </w:r>
      <w:r>
        <w:rPr>
          <w:rFonts w:ascii="Source Han Sans SC" w:hAnsi="Source Han Sans SC" w:eastAsia="Source Han Sans SC" w:cs="Source Han Sans SC" w:hint="eastAsia"/>
          <w:sz w:val="21"/>
        </w:rPr>
        <w:t>事件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pushCardSdk.on(pushCardSdk.events.GET_RESIDUE_TIME, function(msg) {</w:t>
        <w:br/>
        <w:t xml:space="preserve">  console.log('卡片剩余显示时间：', msg.time);</w:t>
        <w:br/>
        <w:t>});</w:t>
      </w:r>
    </w:p>
    <w:p>
      <w:pPr>
        <w:pStyle w:val="Heading2"/>
      </w:pPr>
      <w:r>
        <w:t>注意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如果不需要再使用卡片推送SDK时，请调用SDK实例的destroy方法去销毁实例。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卡片推送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