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本模块主要处理商品库相关逻辑，如展示商品、商品推送和商品上下架等消息。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Product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Product } from '@polyv/interactions-receive-sdk';</w:t>
        <w:br/>
        <w:t>const productSdk = new Product();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监听商品库[消息](https://help.polyv.net/live/js/new_sdk/interactions_receive_sdk/sdk/docs/enums/apps_product_types.productmessagestatus.html)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productSdk.on(productSdk.events.PRODUCT_MESSAGE, (msg) =&gt; {</w:t>
        <w:br/>
        <w:t xml:space="preserve">  // TODO 根据商品库消息的类型，处理对应业务</w:t>
        <w:br/>
        <w:t xml:space="preserve">  const ProductMessageStatus = productSdk.ProductMessageStatus;</w:t>
        <w:br/>
        <w:t xml:space="preserve">  const status = `${msg.status}`;</w:t>
        <w:br/>
        <w:t xml:space="preserve">  switch (status) {</w:t>
        <w:br/>
        <w:t xml:space="preserve">    // 上架商品</w:t>
        <w:br/>
        <w:t xml:space="preserve">    case ProductMessageStatus.OnShelf:</w:t>
        <w:br/>
        <w:t xml:space="preserve">      break;</w:t>
        <w:br/>
        <w:t xml:space="preserve">    // 下架商品</w:t>
        <w:br/>
        <w:t xml:space="preserve">    case ProductMessageStatus.OffShelf:</w:t>
        <w:br/>
        <w:t xml:space="preserve">      break;</w:t>
        <w:br/>
        <w:t xml:space="preserve">    // 删除商品</w:t>
        <w:br/>
        <w:t xml:space="preserve">    case ProductMessageStatus.DeleteProduct:</w:t>
        <w:br/>
        <w:t xml:space="preserve">      break;</w:t>
        <w:br/>
        <w:t xml:space="preserve">    // 添加商品</w:t>
        <w:br/>
        <w:t xml:space="preserve">    case ProductMessageStatus.AddProduct:</w:t>
        <w:br/>
        <w:t xml:space="preserve">      break;</w:t>
        <w:br/>
        <w:t xml:space="preserve">    // 修改商品</w:t>
        <w:br/>
        <w:t xml:space="preserve">    case ProductMessageStatus.ChangeProduct:</w:t>
        <w:br/>
        <w:t xml:space="preserve">      break;</w:t>
        <w:br/>
        <w:t xml:space="preserve">    // 上移商品</w:t>
        <w:br/>
        <w:t xml:space="preserve">    case ProductMessageStatus.MoveUp:</w:t>
        <w:br/>
        <w:t xml:space="preserve">      break;</w:t>
        <w:br/>
        <w:t xml:space="preserve">    // 下移商品</w:t>
        <w:br/>
        <w:t xml:space="preserve">    case ProductMessageStatus.MoveDown:</w:t>
        <w:br/>
        <w:t xml:space="preserve">      break;</w:t>
        <w:br/>
        <w:t xml:space="preserve">    // 商品推送</w:t>
        <w:br/>
        <w:t xml:space="preserve">    case ProductMessageStatus.PushProduct:</w:t>
        <w:br/>
        <w:t xml:space="preserve">      break;</w:t>
        <w:br/>
        <w:t xml:space="preserve">    // 商品库开关</w:t>
        <w:br/>
        <w:t xml:space="preserve">    case ProductMessageStatus.ProductSwitch:</w:t>
        <w:br/>
        <w:t xml:space="preserve">      break;</w:t>
        <w:br/>
        <w:t xml:space="preserve">    default:</w:t>
        <w:br/>
        <w:t xml:space="preserve">      break;</w:t>
        <w:br/>
        <w:t xml:space="preserve">    }</w:t>
        <w:br/>
        <w:t xml:space="preserve">  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