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抽奖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本模块主要用于处理抽奖相关的逻辑，可以对抽奖开始和抽奖结束等事件进行监听以及提交观众中奖信息，接入方可以根据这些事件流程定制自己的UI界面。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Lottery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Lottery } from '@polyv/interactions-receive-sdk';</w:t>
        <w:br/>
        <w:br/>
        <w:t>const lotterySdk = new Lottery();</w:t>
        <w:br/>
        <w:t>// ...</w:t>
        <w:br/>
        <w:t>// 销毁 SDK 实例，清除逻辑</w:t>
        <w:br/>
        <w:t>lotterySdk.destroy();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监听"开始抽奖"事件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当讲师、助教等发起端，发起一轮抽奖时，</w:t>
      </w:r>
      <w:r>
        <w:rPr>
          <w:rFonts w:ascii="Menlo" w:hAnsi="Menlo"/>
          <w:color w:val="444444"/>
          <w:sz w:val="20"/>
        </w:rPr>
        <w:t>lotterySdk.events.LotteryStart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事件会被触发。接入方可以在此时将抽奖中等提示字样或者动效展示出来，让用户感知到抽奖已经开始。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lotterySdk.on(lotterySdk.events.LotteryStart, function() {</w:t>
        <w:br/>
        <w:t xml:space="preserve">  // 处理开始抽奖</w:t>
        <w:br/>
        <w:t xml:space="preserve">  alert('抽奖开始');</w:t>
        <w:br/>
        <w:t>});</w:t>
      </w:r>
    </w:p>
    <w:p>
      <w:pPr>
        <w:pStyle w:val="Heading2"/>
      </w:pPr>
      <w:r>
        <w:t>监听 "抽奖中"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发起抽奖时，可能有部分观众未进入对应直播房间，因此错过即时的事件。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接入方需要监听 </w:t>
      </w:r>
      <w:r>
        <w:rPr>
          <w:rFonts w:ascii="Menlo" w:hAnsi="Menlo"/>
          <w:color w:val="444444"/>
          <w:sz w:val="20"/>
        </w:rPr>
        <w:t>lotterySdk.events.OnLottery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事件，这样后进入的观众同样可以得知当前有进行中的抽奖，并将对应的状态显示出来。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lotterySdk.on(lotterySdk.events.OnLottery, function() {</w:t>
        <w:br/>
        <w:t xml:space="preserve">  // 处理开始抽奖</w:t>
        <w:br/>
        <w:t xml:space="preserve">  alert('抽奖进行中');</w:t>
        <w:br/>
        <w:t>});</w:t>
      </w:r>
    </w:p>
    <w:p>
      <w:pPr>
        <w:pStyle w:val="Heading2"/>
      </w:pPr>
      <w:r>
        <w:t>监听 "抽奖结束"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当发起端结束一轮抽奖时，</w:t>
      </w:r>
      <w:r>
        <w:rPr>
          <w:rFonts w:ascii="Menlo" w:hAnsi="Menlo"/>
          <w:color w:val="444444"/>
          <w:sz w:val="20"/>
        </w:rPr>
        <w:t>lotterySdk.events.LotteryEnd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事件会被触发，同时该事件有对应场次抽奖中的个人获奖信息、兑换码、领奖信息等内容，可以监听该事件并展示对应的中奖结果和领奖信息填写表单。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lotterySdk.on(lotterySdk.events.LotteryEnd, function(msg) {</w:t>
        <w:br/>
        <w:t xml:space="preserve">  alert(`抽奖 id： ${msg.lotteryId}`, `是否中奖： ${msg.isWinner}`, `奖品名称：${msg.prize}`, `领奖信息：${msg.collectInfo}`);</w:t>
        <w:br/>
        <w:t>});</w:t>
      </w:r>
    </w:p>
    <w:p>
      <w:pPr>
        <w:pStyle w:val="Heading2"/>
      </w:pPr>
      <w:r>
        <w:t>展示抽奖结果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在"抽奖结束" 事件中，已经可以获取到该场次的抽奖结果。此外，抽奖 SDK 还提供了一些方法获取更多的信息。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分页获取中奖人列表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lotterySdk.getWinnersList({</w:t>
        <w:br/>
        <w:t xml:space="preserve">  pageNumber: 1,</w:t>
        <w:br/>
        <w:t xml:space="preserve">  // 抽奖 id 可以在“抽奖结束”事件 LotteryEnd 的参数中获取</w:t>
        <w:br/>
        <w:t xml:space="preserve">  lotteryId: 'lotteryId',</w:t>
        <w:br/>
        <w:t>})</w:t>
        <w:br/>
        <w:t>// 当前页码，总页数，中奖者列表</w:t>
        <w:br/>
        <w:t>const { pageNumber, totalPages, contents } = data;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获取个人在特定场次的所有中奖记录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中奖记录列表。可传参数 { channelId, sessioId, userId }，若不传则按照初始化配置参数去获取数据</w:t>
        <w:br/>
        <w:t>const data = await lotterySdk.getLotteryRecord();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：可以在页面及抽奖模块初始化完成后，即调用此方法，便于获取用户在当前场次的中奖情况</w:t>
      </w:r>
    </w:p>
    <w:p>
      <w:pPr>
        <w:pStyle w:val="Heading2"/>
      </w:pPr>
      <w:r>
        <w:t>提交获奖者信息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 “抽奖结束” 事件或者中奖记录接口得到的信息，展示获奖信息表单，用户填写完成后，可以使用以下接口，将信息提交至系统后台。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lotterySdk.submitInfo({</w:t>
        <w:br/>
        <w:t xml:space="preserve">  sessionId: 'sessionId',</w:t>
        <w:br/>
        <w:t xml:space="preserve">  lotteryId: 'lotteryId',</w:t>
        <w:br/>
        <w:t xml:space="preserve">  winnerCode: 'winnerCode',</w:t>
        <w:br/>
        <w:t xml:space="preserve">  receiveInfo: [{ field: '', value: '' }],</w:t>
        <w:br/>
        <w:t>});</w:t>
      </w:r>
    </w:p>
    <w:p>
      <w:pPr>
        <w:pStyle w:val="Heading2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如果不需要再使用抽奖SDK时，请调用SDK实例的destroy方法去销毁实例。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