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Timer 计时器</w:t>
      </w:r>
    </w:p>
    <w:p>
      <w:pPr>
        <w:pStyle w:val="Heading1"/>
      </w:pPr>
      <w:r>
        <w:t>引入组件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Timer from '@polyv/interactions-launch-sdk-ui-default/lib/Timer';</w:t>
      </w:r>
    </w:p>
    <w:p>
      <w:pPr>
        <w:pStyle w:val="Heading1"/>
      </w:pPr>
      <w:r>
        <w:t>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ab/>
        <w:t>&lt;button v-if="isTeacher" @click="timerVisible = true"&gt;计时器&lt;/button&gt;</w:t>
        <w:br/>
        <w:t xml:space="preserve">  &lt;div id="pane" class="c-interactions-pane"&gt;</w:t>
        <w:br/>
        <w:t xml:space="preserve">    &lt;timer</w:t>
        <w:br/>
        <w:t xml:space="preserve">      v-if="timerCore"</w:t>
        <w:br/>
        <w:t xml:space="preserve">      :lang="lang"</w:t>
        <w:br/>
        <w:t xml:space="preserve">      :visible="timerVisible"</w:t>
        <w:br/>
        <w:t xml:space="preserve">      :main-area-id="'pane'"</w:t>
        <w:br/>
        <w:t xml:space="preserve">      :position="isTeacher ? 'center' : 'bottomLeft'"</w:t>
        <w:br/>
        <w:t xml:space="preserve">      :is-teacher="isTeacher"</w:t>
        <w:br/>
        <w:t xml:space="preserve">      :core="timerCore"</w:t>
        <w:br/>
        <w:t xml:space="preserve">      @close="handleTimerClose"</w:t>
        <w:br/>
        <w:t xml:space="preserve">      @update-visible="timerVisible = true"</w:t>
        <w:br/>
        <w:t xml:space="preserve">    /&gt;</w:t>
        <w:br/>
        <w:t xml:space="preserve">  &lt;/div&gt;</w:t>
        <w:br/>
        <w:t>&lt;/template&gt;</w:t>
        <w:br/>
        <w:br/>
        <w:t>&lt;script&gt;</w:t>
        <w:br/>
        <w:t>import * as InteractionsLaunchSDK from '@polyv/interactions-launch-sdk';</w:t>
        <w:br/>
        <w:t>import Timer from '@polyv/interactions-launch-sdk-ui-default/lib/Timer';</w:t>
        <w:br/>
        <w:br/>
        <w:t>export default {</w:t>
        <w:br/>
        <w:t xml:space="preserve">  components: {</w:t>
        <w:br/>
        <w:t xml:space="preserve">    Timer,</w:t>
        <w:br/>
        <w:t xml:space="preserve">  },</w:t>
        <w:br/>
        <w:t xml:space="preserve">  data() {</w:t>
        <w:br/>
        <w:t xml:space="preserve">    return {</w:t>
        <w:br/>
        <w:t xml:space="preserve">      // 中英文设置 'zh_CN'/'en'</w:t>
        <w:br/>
        <w:t xml:space="preserve">      lang: 'zh_CN',</w:t>
        <w:br/>
        <w:t xml:space="preserve">      // 计时器 SDK 实例</w:t>
        <w:br/>
        <w:t xml:space="preserve">      timerCore: null,</w:t>
        <w:br/>
        <w:t xml:space="preserve">      timerVisible: false,</w:t>
        <w:br/>
        <w:t xml:space="preserve">    };</w:t>
        <w:br/>
        <w:t xml:space="preserve">  },</w:t>
        <w:br/>
        <w:t xml:space="preserve">  mounted() {</w:t>
        <w:br/>
        <w:t xml:space="preserve">    // TODO: 关于初始化 InteractionsLaunchSDK 的其他设置</w:t>
        <w:br/>
        <w:t xml:space="preserve">    this.timerCore = new InteractionsLaunchSDK.Timer();</w:t>
        <w:br/>
        <w:t xml:space="preserve">  },</w:t>
        <w:br/>
        <w:t xml:space="preserve">  methods: {</w:t>
        <w:br/>
        <w:t xml:space="preserve">    // 关闭计时器需要二次确认</w:t>
        <w:br/>
        <w:t xml:space="preserve">    handleTimerClose(isOngoing) {</w:t>
        <w:br/>
        <w:t xml:space="preserve">      if (!isOngoing) {</w:t>
        <w:br/>
        <w:t xml:space="preserve">        this.timerVisible = false;</w:t>
        <w:br/>
        <w:t xml:space="preserve">        return;</w:t>
        <w:br/>
        <w:t xml:space="preserve">      }</w:t>
        <w:br/>
        <w:t xml:space="preserve">      if (window.confirm(this.$t('timerCloseTips'))) {</w:t>
        <w:br/>
        <w:t xml:space="preserve">        this.timerVisible = false;</w:t>
        <w:br/>
        <w:t xml:space="preserve">      }</w:t>
        <w:br/>
        <w:t xml:space="preserve">    },</w:t>
        <w:br/>
        <w:t xml:space="preserve">  }</w:t>
        <w:br/>
        <w:t>};</w:t>
        <w:br/>
        <w:t>&lt;/script&gt;</w:t>
      </w:r>
    </w:p>
    <w:p>
      <w:pPr>
        <w:pStyle w:val="Heading1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计时器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语言包类型。取值范围：'zh_CN' 中文 'en' 英文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当前是否可以发起互动。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cantStartTips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'当前不可以发起互动'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如果当前不可以发起互动，点击发起按钮时的提示文案。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visible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是否显示计时器弹窗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isTeacher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当前用户是否为讲师身份。只有讲师身份具有发起计时器的权限。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mainAreaId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定位上下文元素的唯一 id。计时器弹窗将会相对于该定位上下文进行定位。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'center'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计时器弹窗相对于定位上下文的显示位置。取值范围：'center' 上下左右居中'bottomRight' 右下角对齐'bottomLeft' 左下角对齐'topRight' 右上角对齐'topLeft' 左上角对齐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zIndex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计时器弹窗样式的 z-index</w:t>
            </w:r>
          </w:p>
        </w:tc>
      </w:tr>
    </w:tbl>
    <w:p>
      <w:pPr>
        <w:spacing w:after="40"/>
      </w:pPr>
    </w:p>
    <w:p>
      <w:pPr>
        <w:pStyle w:val="Heading1"/>
      </w:pPr>
      <w:r>
        <w:t>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点击弹窗关闭按钮时触发该事件。关闭弹窗后将停止计时。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是否还在进行计时。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update-visible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有正在进行的计时器时或计时器结束时会触发该事件。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当前弹窗是否应该可见。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Timer 计时器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