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Lottery 抽奖</w:t>
      </w:r>
    </w:p>
    <w:p>
      <w:pPr>
        <w:pStyle w:val="Heading1"/>
      </w:pPr>
      <w:r>
        <w:t>引入组件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Lottery from '@polyv/interactions-launch-sdk-ui-default/lib/Lottery';</w:t>
      </w:r>
    </w:p>
    <w:p>
      <w:pPr>
        <w:pStyle w:val="Heading1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&lt;!-- 建议弹窗宽度为 560px，弹窗内容高度建议自适应，最高height: 500px --&gt;</w:t>
        <w:br/>
        <w:t xml:space="preserve">  &lt;el-dialog</w:t>
        <w:br/>
        <w:t xml:space="preserve">    v-if="lotteryCore"</w:t>
        <w:br/>
        <w:t xml:space="preserve">    :custom-class="'c-interactions-dialog c-interactions-dialog__h350'"</w:t>
        <w:br/>
        <w:t xml:space="preserve">    width="560px"</w:t>
        <w:br/>
        <w:t xml:space="preserve">    title="签到"</w:t>
        <w:br/>
        <w:t xml:space="preserve">    :visible.sync="lotteryVisible"</w:t>
        <w:br/>
        <w:t xml:space="preserve">    :close-on-click-modal="false"</w:t>
        <w:br/>
        <w:t xml:space="preserve">  &gt;</w:t>
        <w:br/>
        <w:t xml:space="preserve">    &lt;Lottery</w:t>
        <w:br/>
        <w:t xml:space="preserve">      :lang="lang"</w:t>
        <w:br/>
        <w:t xml:space="preserve">      :core="lotteryCore"</w:t>
        <w:br/>
        <w:t xml:space="preserve">      :live-status='liveStatus'</w:t>
        <w:br/>
        <w:t xml:space="preserve">      :is-subsidiary-room="false"</w:t>
        <w:br/>
        <w:t xml:space="preserve">    /&gt;</w:t>
        <w:br/>
        <w:t xml:space="preserve">  &lt;/el-dialog&gt;</w:t>
        <w:br/>
        <w:t>&lt;/template&gt;</w:t>
        <w:br/>
        <w:br/>
        <w:t>&lt;script&gt;</w:t>
        <w:br/>
        <w:t>import * as InteractionsLaunchSDK from '@polyv/interactions-launch-sdk';</w:t>
        <w:br/>
        <w:t>import Lottery from '@polyv/interactions-launch-sdk-ui-default/lib/Lottery';</w:t>
        <w:br/>
        <w:t>// 弹窗组件可以选择其他 UI 库组件或自行开发，这里没有限制。</w:t>
        <w:br/>
        <w:t>import { Dialog } from 'element-ui';</w:t>
        <w:br/>
        <w:br/>
        <w:t>export default {</w:t>
        <w:br/>
        <w:t xml:space="preserve">  components: {</w:t>
        <w:br/>
        <w:t xml:space="preserve">    ElDialog: Dialog,</w:t>
        <w:br/>
        <w:t xml:space="preserve">    Lottery,</w:t>
        <w:br/>
        <w:t xml:space="preserve">  },</w:t>
        <w:br/>
        <w:t xml:space="preserve">  data() {</w:t>
        <w:br/>
        <w:t xml:space="preserve">    return {</w:t>
        <w:br/>
        <w:t xml:space="preserve">      lotteryCore: null,</w:t>
        <w:br/>
        <w:t xml:space="preserve">      liveStatus: true,</w:t>
        <w:br/>
        <w:t xml:space="preserve">      lotteryVisible: false</w:t>
        <w:br/>
        <w:t xml:space="preserve">    };</w:t>
        <w:br/>
        <w:t xml:space="preserve">  },</w:t>
        <w:br/>
        <w:t xml:space="preserve">  mounted() {</w:t>
        <w:br/>
        <w:t xml:space="preserve">    // TODO: 关于初始化 InteractionsLaunchSDK 的其他设置</w:t>
        <w:br/>
        <w:t xml:space="preserve">    this.lotteryCore = new InteractionsLaunchSDK.Lottery();</w:t>
        <w:br/>
        <w:t xml:space="preserve">  }</w:t>
        <w:br/>
        <w:t>};</w:t>
        <w:br/>
        <w:t>&lt;/script&gt;</w:t>
      </w:r>
    </w:p>
    <w:p>
      <w:pPr>
        <w:pStyle w:val="Heading1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语言包类型。取值范围：'zh_CN' 中文 'en' 英文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直播状态。开始直播后才能使用抽奖功能。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isSubsidiaryRoom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是否开启多房间。为 true 时关闭预设功能。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maxWinnersDigit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最大中奖人数位数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visible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是否显示抽奖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Lottery 抽奖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