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CheckIn 签到</w:t>
      </w:r>
    </w:p>
    <w:p>
      <w:pPr>
        <w:pStyle w:val="Heading1"/>
      </w:pPr>
      <w:r>
        <w:t>引入组件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CheckIn from '@polyv/interactions-launch-sdk-ui-default/lib/CheckIn';</w:t>
      </w:r>
    </w:p>
    <w:p>
      <w:pPr>
        <w:pStyle w:val="Heading1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ab/>
        <w:t>&lt;!-- 建议弹窗宽度为 560px，弹窗内容高度为 350px --&gt;</w:t>
        <w:br/>
        <w:t xml:space="preserve">  &lt;el-dialog</w:t>
        <w:br/>
        <w:t xml:space="preserve">    v-if="checkInCore"</w:t>
        <w:br/>
        <w:t xml:space="preserve">    :custom-class="'c-interactions-dialog c-interactions-dialog__h350'"</w:t>
        <w:br/>
        <w:t xml:space="preserve">    width="560px"</w:t>
        <w:br/>
        <w:t xml:space="preserve">    title="签到"</w:t>
        <w:br/>
        <w:t xml:space="preserve">    :visible.sync="checkInVisible"</w:t>
        <w:br/>
        <w:t xml:space="preserve">    :close-on-click-modal="false"</w:t>
        <w:br/>
        <w:t xml:space="preserve">  &gt;</w:t>
        <w:br/>
        <w:t xml:space="preserve">    &lt;check-in</w:t>
        <w:br/>
        <w:t xml:space="preserve">      :lang="lang"</w:t>
        <w:br/>
        <w:t xml:space="preserve">      :result-id="checkInResultId"</w:t>
        <w:br/>
        <w:t xml:space="preserve">      :core="checkInCore"</w:t>
        <w:br/>
        <w:t xml:space="preserve">      :right="{</w:t>
        <w:br/>
        <w:t xml:space="preserve">        sendResult: true,</w:t>
        <w:br/>
        <w:t xml:space="preserve">        showHistoryEntry: false,</w:t>
        <w:br/>
        <w:t xml:space="preserve">        download: false,</w:t>
        <w:br/>
        <w:t xml:space="preserve">      }"</w:t>
        <w:br/>
        <w:t xml:space="preserve">    /&gt;</w:t>
        <w:br/>
        <w:t xml:space="preserve">  &lt;/el-dialog&gt;</w:t>
        <w:br/>
        <w:t>&lt;/template&gt;</w:t>
        <w:br/>
        <w:br/>
        <w:t>&lt;script&gt;</w:t>
        <w:br/>
        <w:t>import CheckIn from '@polyv/interactions-launch-sdk-ui-default/lib/CheckIn';</w:t>
        <w:br/>
        <w:t>import * as InteractionsLaunchSDK from '@polyv/interactions-launch-sdk';</w:t>
        <w:br/>
        <w:t>// 弹窗组件可以选择其他 UI 库组件或自行开发，这里没有限制。</w:t>
        <w:br/>
        <w:t>import { Dialog } from 'element-ui';</w:t>
        <w:br/>
        <w:br/>
        <w:t>export default {</w:t>
        <w:br/>
        <w:t xml:space="preserve">  components: {</w:t>
        <w:br/>
        <w:t xml:space="preserve">    ElDialog: Dialog,</w:t>
        <w:br/>
        <w:t xml:space="preserve">    CheckIn,</w:t>
        <w:br/>
        <w:t xml:space="preserve">  },</w:t>
        <w:br/>
        <w:t xml:space="preserve">  data() {</w:t>
        <w:br/>
        <w:t xml:space="preserve">    return {</w:t>
        <w:br/>
        <w:t xml:space="preserve">      // 中英文设置 'zh_CN'/'en'</w:t>
        <w:br/>
        <w:t xml:space="preserve">      lang: 'zh_CN',</w:t>
        <w:br/>
        <w:t xml:space="preserve">      checkInCore: null,</w:t>
        <w:br/>
        <w:t xml:space="preserve">      checkInVisible: false,</w:t>
        <w:br/>
        <w:t xml:space="preserve">      // 需要显示结果的签到 id</w:t>
        <w:br/>
        <w:t xml:space="preserve">      checkInResultId: '',</w:t>
        <w:br/>
        <w:t xml:space="preserve">    };</w:t>
        <w:br/>
        <w:t xml:space="preserve">  },</w:t>
        <w:br/>
        <w:t xml:space="preserve">  mounted() {</w:t>
        <w:br/>
        <w:t xml:space="preserve">    // TODO: 关于初始化 InteractionsLaunchSDK 的其他设置</w:t>
        <w:br/>
        <w:t xml:space="preserve">    this.checkInCore = new InteractionsLaunchSDK.CheckIn();</w:t>
        <w:br/>
        <w:t xml:space="preserve">    this.checkInCore</w:t>
        <w:br/>
        <w:t xml:space="preserve">      .on('show-result', ({ checkInId }) =&gt; {</w:t>
        <w:br/>
        <w:t xml:space="preserve">        this.checkInVisible = true;</w:t>
        <w:br/>
        <w:t xml:space="preserve">        this.checkInResultId = checkInId;</w:t>
        <w:br/>
        <w:t xml:space="preserve">      });</w:t>
        <w:br/>
        <w:t xml:space="preserve">  }</w:t>
        <w:br/>
        <w:t>};</w:t>
        <w:br/>
        <w:t>&lt;/script&gt;</w:t>
      </w:r>
    </w:p>
    <w:p>
      <w:pPr>
        <w:pStyle w:val="Heading1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语言包类型。取值范围：'zh_CN' 中文 'en' 英文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当前是否可以发起互动。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cantStartTips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'当前不可以发起互动'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如果当前不可以发起互动，点击发起按钮时的提示文案。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resultId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需要显示结果的签到 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{sendResult: false,showHistoryEntry: true,download: true,}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操作权限。类型定义详见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Right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</w:tbl>
    <w:p>
      <w:pPr>
        <w:spacing w:after="40"/>
      </w:pPr>
    </w:p>
    <w:p>
      <w:pPr>
        <w:pStyle w:val="Heading2"/>
      </w:pPr>
      <w:r>
        <w:t>Right 对象说明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sendResult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表示操作“发送结果”的权限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showHistoryEntry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是否显示“历史签到记录”入口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download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是否显示下载链接。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CheckIn 签到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