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计时器</w:t>
      </w:r>
    </w:p>
    <w:p>
      <w:pPr>
        <w:pStyle w:val="Heading1"/>
      </w:pPr>
      <w:r>
        <w:t>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仅支持由讲师角色发起倒计时，发起后所有角色为嘉宾或讲师的用户都会收到倒计时消息。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在开始倒计时时可以设置是否可超时。如果可超时，在倒计时结束后会继续开始正计时。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基本流程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Timer();</w:t>
        <w:br/>
        <w:br/>
        <w:t>// 订阅事件监听。</w:t>
        <w:br/>
        <w:t>app</w:t>
        <w:br/>
        <w:t xml:space="preserve">  .on('start', () =&gt; {})</w:t>
        <w:br/>
        <w:t xml:space="preserve">  .on('stop', () =&gt; {})</w:t>
        <w:br/>
        <w:t xml:space="preserve">  .on('end', () =&gt; {})</w:t>
        <w:br/>
        <w:t xml:space="preserve">  .on('restart', () =&gt; {});</w:t>
        <w:br/>
        <w:br/>
        <w:t>// 开始倒计时。操作成功后，'start' 事件会被触发。</w:t>
        <w:br/>
        <w:t>app.start({ time: 30, enableTimeOut: true });</w:t>
        <w:br/>
        <w:br/>
        <w:t>// 定时器每秒更新一次计时状态</w:t>
        <w:br/>
        <w:t>let timer = 0;</w:t>
        <w:br/>
        <w:t>function clearTimer() {</w:t>
        <w:br/>
        <w:t xml:space="preserve">  if (!timer) return;</w:t>
        <w:br/>
        <w:t xml:space="preserve">  clearTimeout(timer);</w:t>
        <w:br/>
        <w:t xml:space="preserve">  timer = 0;</w:t>
        <w:br/>
        <w:t>}</w:t>
        <w:br/>
        <w:t>async function updateStatus() {</w:t>
        <w:br/>
        <w:t xml:space="preserve">  app.getTimerStatus();</w:t>
        <w:br/>
        <w:t xml:space="preserve">  clearTimer();</w:t>
        <w:br/>
        <w:t xml:space="preserve">  timer = setTimeout(updateStatus, 1000);</w:t>
        <w:br/>
        <w:t>}</w:t>
        <w:br/>
        <w:t>updateStatus();</w:t>
        <w:br/>
        <w:br/>
        <w:t>// 暂停倒计时。操作成功后，'stop' 事件会被触发。</w:t>
        <w:br/>
        <w:t>app.stop();</w:t>
        <w:br/>
        <w:t>// 重新开始倒计时。操作成功后，'restart' 事件会被触发。</w:t>
        <w:br/>
        <w:t>app.restart();</w:t>
        <w:br/>
        <w:t>// 结束倒计时。操作成功后，'end' 事件会被触发。</w:t>
        <w:br/>
        <w:t>app.end();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计时器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