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抢答功能</w:t>
      </w:r>
    </w:p>
    <w:p>
      <w:pPr>
        <w:pStyle w:val="Heading1"/>
      </w:pPr>
      <w:r>
        <w:t>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本功能只支持讲师，且不支持多角色实时同步操作。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支持设置倒计时时间。观众需要在倒计时结束前进行抢答。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支持提前结束。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可查询抢答排行榜。</w:t>
      </w:r>
    </w:p>
    <w:p>
      <w:pPr>
        <w:pStyle w:val="Heading1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</w:t>
      </w:r>
      <w:r>
        <w:rPr>
          <w:rFonts w:ascii="Source Han Sans SC" w:hAnsi="Source Han Sans SC" w:eastAsia="Source Han Sans SC" w:cs="Source Han Sans SC" w:hint="eastAsia"/>
          <w:sz w:val="21"/>
        </w:rPr>
        <w:t>，在开始以下步骤前需要先进行全局初始化设置。可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示例代码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app = new RushAnswer();</w:t>
        <w:br/>
        <w:t>// 抢答状态。</w:t>
        <w:br/>
        <w:t>const appData = {</w:t>
        <w:br/>
        <w:t xml:space="preserve">  // 抢答题 id</w:t>
        <w:br/>
        <w:t xml:space="preserve">  rushAnswerId: '',</w:t>
        <w:br/>
        <w:t xml:space="preserve">  // 剩余时间。单位：秒。</w:t>
        <w:br/>
        <w:t xml:space="preserve">  overTime: 0,</w:t>
        <w:br/>
        <w:t xml:space="preserve">  // 提交人数。</w:t>
        <w:br/>
        <w:t xml:space="preserve">  answerNum: 0,</w:t>
        <w:br/>
        <w:t>};</w:t>
        <w:br/>
        <w:t>// 定时器。</w:t>
        <w:br/>
        <w:t>let timer = 0;</w:t>
        <w:br/>
        <w:t>// 清理定时器。</w:t>
        <w:br/>
        <w:t>function clearTimer() {</w:t>
        <w:br/>
        <w:t xml:space="preserve">  if (!timer) return;</w:t>
        <w:br/>
        <w:t xml:space="preserve">  clearTimeout(timer);</w:t>
        <w:br/>
        <w:t xml:space="preserve">  timer = 0;</w:t>
        <w:br/>
        <w:t>}</w:t>
        <w:br/>
        <w:t>// 判断倒计时是否结束，未结束情况下每秒获取最新抢答状态。</w:t>
        <w:br/>
        <w:t>async function updateStatus() {</w:t>
        <w:br/>
        <w:t xml:space="preserve">  clearTimer();</w:t>
        <w:br/>
        <w:t xml:space="preserve">  // 获取当前抢答状态</w:t>
        <w:br/>
        <w:t xml:space="preserve">  const { ongoingStatus, overTime, answerNum, rushAnswerId } = await app.getStatus();</w:t>
        <w:br/>
        <w:t xml:space="preserve">  // 是否正在进行抢答</w:t>
        <w:br/>
        <w:t xml:space="preserve">  if (ongoingStatus) {</w:t>
        <w:br/>
        <w:t xml:space="preserve">    appData = Object.assign(appData, { overTime, answerNum, rushAnswerId });</w:t>
        <w:br/>
        <w:t xml:space="preserve">    timer = setTimeout(updateStatus, 1000);</w:t>
        <w:br/>
        <w:t xml:space="preserve">  } else {</w:t>
        <w:br/>
        <w:t xml:space="preserve">    appData = Object.assign(appData, { overTime: 0 });</w:t>
        <w:br/>
        <w:t xml:space="preserve">  }</w:t>
        <w:br/>
        <w:t>}</w:t>
        <w:br/>
        <w:br/>
        <w:t>// 开始抢答。</w:t>
        <w:br/>
        <w:t>const startResult = await app.start(30);</w:t>
        <w:br/>
        <w:br/>
        <w:t>// 获取抢答状态。</w:t>
        <w:br/>
        <w:t>updateStatus();</w:t>
        <w:br/>
        <w:br/>
        <w:t>// 结束抢答。</w:t>
        <w:br/>
        <w:t>app.stop(appData.rushAnswerId);</w:t>
        <w:br/>
        <w:t>// 获取已回答的观众列表。</w:t>
        <w:br/>
        <w:t>const result = await app.getAnswerList(appData.rushAnswerId);</w:t>
      </w:r>
    </w:p>
    <w:p>
      <w:pPr>
        <w:pStyle w:val="Heading2"/>
      </w:pPr>
      <w:r>
        <w:t>流程图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07916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9ac3e38330178ad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079163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抢答功能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