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问卷</w:t>
      </w:r>
    </w:p>
    <w:p>
      <w:pPr>
        <w:pStyle w:val="Heading1"/>
      </w:pPr>
      <w:r>
        <w:t>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 SDK 主要包括管理问卷数据和开始问卷互动的功能。以下操作仅支持角色为讲师/嘉宾/助教/管理员的用户执行。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问卷题目类型可分为选择题和问答题。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选择题分为单选题和多选题，可设置必填和题目分数功能。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问答题：可设置必填，不可设置题目分数。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问卷管理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支持新增和删除问卷功能。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提供问卷导入功能，可以下载默认的模板进行编辑后重新上传。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可发布问卷、停止问卷、发送问卷结果。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获取发布过的历史问卷列表和问卷详情。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获取房间内提交人数。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下载问卷统计结果。</w:t>
      </w:r>
    </w:p>
    <w:p>
      <w:pPr>
        <w:pStyle w:val="Heading1"/>
      </w:pPr>
      <w:r>
        <w:t>数量限制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开发时需要注意做好以下限制，否则在请求接口时会返回失败。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单份问卷的最大题目数量：100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每道单选题/多选题的选项个数最多 10 个，最少 2 个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字数限制。注意一个非英文字符占用 2 个字符，如 "中文abc" 应算作 7 个字符。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问卷名称：60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选项内容：400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题目内容：500</w:t>
      </w:r>
    </w:p>
    <w:p>
      <w:pPr>
        <w:pStyle w:val="Heading1"/>
      </w:pPr>
      <w:r>
        <w:t>基本流程</w:t>
      </w:r>
    </w:p>
    <w:p>
      <w:pPr>
        <w:pStyle w:val="Heading2"/>
      </w:pPr>
      <w:r>
        <w:t>1. new Questionnaire()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app = new InteractionsLaunchSDK.Questionnaire();</w:t>
        <w:br/>
        <w:br/>
        <w:t>// 注册监听事件 在 Polyv 聊天室连接成功后，立即调用 `on()` 注册监听事件。</w:t>
        <w:br/>
        <w:t>app</w:t>
        <w:br/>
        <w:t xml:space="preserve">        // 成功广播开始问卷消息后，`'start'` 事件被触发，执行回调。</w:t>
        <w:br/>
        <w:t xml:space="preserve">        .on('start', this.handleStart)</w:t>
        <w:br/>
        <w:t xml:space="preserve">        // 收到问卷结束消息后， `'stop'`件被触发，执行回调 。</w:t>
        <w:br/>
        <w:t xml:space="preserve">        .on('stop', this.handleStop)</w:t>
        <w:br/>
        <w:t xml:space="preserve">        // 每次观众提交回答， `'answer'` 事件都会被触发一次，执行回调。</w:t>
        <w:br/>
        <w:t xml:space="preserve">        .on('answer', this.handleAnswer)</w:t>
        <w:br/>
        <w:t xml:space="preserve">        // 调用 `app.sendResult()` `'show-result'` 事件触发，执行回调。</w:t>
        <w:br/>
        <w:t xml:space="preserve">        .on('show-result', this.handleShowResult);</w:t>
        <w:br/>
        <w:br/>
        <w:t>// 上传问卷数据。</w:t>
        <w:br/>
        <w:t>app.uploadTemplate(file);</w:t>
        <w:br/>
        <w:t>// 编辑或创建问卷。</w:t>
        <w:br/>
        <w:t>app.save(questionnaire);</w:t>
        <w:br/>
        <w:t>// 发起问卷。</w:t>
        <w:br/>
        <w:t>app.start(questionnaireData);</w:t>
        <w:br/>
        <w:t>// 分页获取问卷列表，可以获取到某个频道号下的所有问卷，列表中问卷状态值为 `'published'` 的是正在进行的问卷。</w:t>
        <w:br/>
        <w:t>app.getQuestionnairePageList({pageNumber, pageSize});</w:t>
        <w:br/>
        <w:t>// 获取问卷详情。包括问卷基本信息、问卷题目列表、提交结果统计数据（如果问卷已结束）。</w:t>
        <w:br/>
        <w:t>app.getQuestionnaireDetail(questionnaireId);</w:t>
        <w:br/>
        <w:br/>
        <w:br/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问卷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