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公告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简单实现了房间内发布/移除公告的功能：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获取房间公告内容。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发布公告。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移除公告。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以上功能支持讲师、嘉宾、助教、管理员这四种角色进行操作。</w:t>
      </w:r>
    </w:p>
    <w:p>
      <w:pPr>
        <w:pStyle w:val="Heading1"/>
      </w:pPr>
      <w:r>
        <w:t>使用流程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app = new InteractionsLaunchSDK.Notice();</w:t>
        <w:br/>
        <w:t>// 在 Polyv 聊天室连接成功后，调用 `on()` 注册监听事件。</w:t>
        <w:br/>
        <w:t>app</w:t>
        <w:br/>
        <w:t xml:space="preserve">    // `notice` 事件被触发，可以在回调事件参数中获得最新的公告。此时应该更新显示公告内容。</w:t>
        <w:br/>
        <w:t xml:space="preserve">    .on('notice', this.handleNotice)</w:t>
        <w:br/>
        <w:t xml:space="preserve">    // `remove-notice` 事件被触发。此时应该更新显示公告内容。</w:t>
        <w:br/>
        <w:t xml:space="preserve">    .on('remove-notice', this.handleRemoveNotice);</w:t>
        <w:br/>
        <w:br/>
        <w:t>// 获取房间当前公告内容，如果不存在公告内容，会返回空字符串。</w:t>
        <w:br/>
        <w:t>app.getCurrentNotice();</w:t>
        <w:br/>
        <w:br/>
        <w:t>// 发布公告，房间内的公告最多只有一条。如果发布公告时已存在公告，已存在的公告会被新公告覆盖。</w:t>
        <w:br/>
        <w:t>app.publishNotice(content);</w:t>
        <w:br/>
        <w:br/>
        <w:t>// 移除公告</w:t>
        <w:br/>
        <w:t>app.unpublishNotice();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