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签到</w:t>
      </w:r>
    </w:p>
    <w:p>
      <w:pPr>
        <w:pStyle w:val="Heading1"/>
      </w:pPr>
      <w:r>
        <w:t>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本功能只支持角色为讲师/嘉宾/助教/管理员的用户进行发起和停止等操作。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发起签到时可自定义设置签到时长和签到提示语。</w:t>
      </w:r>
    </w:p>
    <w:p>
      <w:pPr>
        <w:pStyle w:val="Heading1"/>
      </w:pPr>
      <w:r>
        <w:t>代码示例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</w:t>
      </w:r>
      <w:r>
        <w:rPr>
          <w:rFonts w:ascii="Source Han Sans SC" w:hAnsi="Source Han Sans SC" w:eastAsia="Source Han Sans SC" w:cs="Source Han Sans SC" w:hint="eastAsia"/>
          <w:sz w:val="21"/>
        </w:rPr>
        <w:t>，在开始以下步骤前需要先进行全局初始化设置。可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基本流程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app = new CheckIn();</w:t>
        <w:br/>
        <w:t>let appData = {</w:t>
        <w:br/>
        <w:t xml:space="preserve">  checkInId: '',</w:t>
        <w:br/>
        <w:t>};</w:t>
        <w:br/>
        <w:br/>
        <w:t>// 订阅事件监听。</w:t>
        <w:br/>
        <w:t>app</w:t>
        <w:br/>
        <w:t xml:space="preserve">  .on('start', ({ checkInId, tips, duration }) =&gt; {</w:t>
        <w:br/>
        <w:t xml:space="preserve">    appData = Object.assign(appData, { checkInId, tips, duration });</w:t>
        <w:br/>
        <w:t xml:space="preserve">  })</w:t>
        <w:br/>
        <w:t xml:space="preserve">  .on('stop', () =&gt; {})</w:t>
        <w:br/>
        <w:t xml:space="preserve">  .on('show-result', ({ checkInId }) =&gt; {</w:t>
        <w:br/>
        <w:t xml:space="preserve">  // 获取签到详情。</w:t>
        <w:br/>
        <w:t xml:space="preserve">  app.getCheckInDetail({ checkInId });</w:t>
        <w:br/>
        <w:t xml:space="preserve">  // 调用接口 app.downloadCheckInDetail() 可以下载签到详情的 Excel 文件。</w:t>
        <w:br/>
        <w:t>});</w:t>
        <w:br/>
        <w:br/>
        <w:t>// 如果需要多端同步，可以在初始化完成后，获取签到状态及签到文案、剩余时间、总时长等。</w:t>
        <w:br/>
        <w:t>const { isCheckingIn } = app.getCheckInStatus();</w:t>
        <w:br/>
        <w:t>// 发起签到。操作成功后，'start' 事件会被触发。</w:t>
        <w:br/>
        <w:t>app.start({ tips: '同学们，开始签到啦！', duration: 30 });</w:t>
        <w:br/>
        <w:br/>
        <w:t>// 定时器每秒更新签到人数。</w:t>
        <w:br/>
        <w:t>let timer = 0;</w:t>
        <w:br/>
        <w:t>function clearTimer() {</w:t>
        <w:br/>
        <w:t xml:space="preserve">  if (!timer) return;</w:t>
        <w:br/>
        <w:t xml:space="preserve">  clearTimeout(timer);</w:t>
        <w:br/>
        <w:t xml:space="preserve">  timer = 0;</w:t>
        <w:br/>
        <w:t>}</w:t>
        <w:br/>
        <w:t>async function updateCheckInNum() {</w:t>
        <w:br/>
        <w:t xml:space="preserve">  app.getCheckInNum();</w:t>
        <w:br/>
        <w:t xml:space="preserve">  clearTimer();</w:t>
        <w:br/>
        <w:t xml:space="preserve">  timer = setTimeout(updateCheckInNum, 1000);</w:t>
        <w:br/>
        <w:t>}</w:t>
        <w:br/>
        <w:t>updateCheckInNum();</w:t>
        <w:br/>
        <w:br/>
        <w:t>// 结束签到。操作成功后，'stop' 事件会被触发。</w:t>
        <w:br/>
        <w:t>app.stop();</w:t>
        <w:br/>
        <w:t>// 发送签到统计结果。</w:t>
        <w:br/>
        <w:t>app.sendResult(appData.checkInId);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签到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