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消息列表实现概述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本篇主要介绍保利威聊天室消息列表基本实现逻辑。</w:t>
      </w:r>
    </w:p>
    <w:p>
      <w:pPr>
        <w:pStyle w:val="Heading1"/>
      </w:pPr>
      <w:r>
        <w:t>一、历史聊天消息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消息列表中的消息来源，主要分为历史消息以及实时消息，而历史消息又有场次历史消息和频道历史消息之分。</w:t>
      </w:r>
    </w:p>
    <w:p>
      <w:pPr>
        <w:pStyle w:val="Heading2"/>
      </w:pPr>
      <w:r>
        <w:t>场次历史消息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每场直播都会对应一个唯一的场次id（sessionId），该场直播中所有用户的发言都关联了该 id，可以通过 </w:t>
      </w:r>
      <w:r>
        <w:rPr>
          <w:rFonts w:ascii="Menlo" w:hAnsi="Menlo"/>
          <w:color w:val="444444"/>
          <w:sz w:val="20"/>
        </w:rPr>
        <w:t>getSessionHistory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方法获取该场次直播的历史聊天消息。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可根据返回数据中 </w:t>
      </w:r>
      <w:r>
        <w:rPr>
          <w:rFonts w:ascii="Menlo" w:hAnsi="Menlo"/>
          <w:color w:val="444444"/>
          <w:sz w:val="20"/>
        </w:rPr>
        <w:t>curPage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跟 </w:t>
      </w:r>
      <w:r>
        <w:rPr>
          <w:rFonts w:ascii="Menlo" w:hAnsi="Menlo"/>
          <w:color w:val="444444"/>
          <w:sz w:val="20"/>
        </w:rPr>
        <w:t>totalPage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字段的对比，判断当前是否加载到末页。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getSessionHistory() {</w:t>
        <w:br/>
        <w:t xml:space="preserve">  const res = await chat.getSessionHistory({</w:t>
        <w:br/>
        <w:t xml:space="preserve">    // 场次 id(非必传，默认使用实例的 sessionId)</w:t>
        <w:br/>
        <w:t xml:space="preserve">    sessionId: '',</w:t>
        <w:br/>
        <w:t xml:space="preserve">    // 页数</w:t>
        <w:br/>
        <w:t xml:space="preserve">    page: 1,</w:t>
        <w:br/>
        <w:t xml:space="preserve">    // 条数(非必传，默认10)</w:t>
        <w:br/>
        <w:t xml:space="preserve">    size: 20,</w:t>
        <w:br/>
        <w:t xml:space="preserve">  });</w:t>
        <w:br/>
        <w:t xml:space="preserve">  const { curPage, totalPage, count, size, data = [] } = res;</w:t>
        <w:br/>
        <w:t xml:space="preserve">  const isLastPage = curPage === totalPage;</w:t>
        <w:br/>
        <w:t xml:space="preserve">  console.log('场次消息列表数据：', data);</w:t>
        <w:br/>
        <w:t>}</w:t>
      </w:r>
    </w:p>
    <w:p>
      <w:pPr>
        <w:pStyle w:val="Heading2"/>
      </w:pPr>
      <w:r>
        <w:t>频道历史消息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可通过 </w:t>
      </w:r>
      <w:r>
        <w:rPr>
          <w:rFonts w:ascii="Menlo" w:hAnsi="Menlo"/>
          <w:color w:val="444444"/>
          <w:sz w:val="20"/>
        </w:rPr>
        <w:t>getChannelHistory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方法获取频道所有场次的聊天消息。注意，每个频道都有允许保存的最大消息数量，因此当消息量超过最大数量时，会优先舍弃旧消息。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getChannelHistory() {</w:t>
        <w:br/>
        <w:t xml:space="preserve">  let start = 0;</w:t>
        <w:br/>
        <w:t xml:space="preserve">  let end = 9;</w:t>
        <w:br/>
        <w:br/>
        <w:t xml:space="preserve">  const msgList = await chat.getChannelHistory({</w:t>
        <w:br/>
        <w:t xml:space="preserve">    // 房间号(若不传，默认为实例中的房间号/频道号)</w:t>
        <w:br/>
        <w:t xml:space="preserve">    roomId: '',</w:t>
        <w:br/>
        <w:t xml:space="preserve">    // 开始索引</w:t>
        <w:br/>
        <w:t xml:space="preserve">    start,</w:t>
        <w:br/>
        <w:t xml:space="preserve">    // 结束索引</w:t>
        <w:br/>
        <w:t xml:space="preserve">    end,</w:t>
        <w:br/>
        <w:t xml:space="preserve">    // 是否获取全部信息。1表示获取全部(默认)，0表示过滤图片和自定义消息</w:t>
        <w:br/>
        <w:t xml:space="preserve">    fullMessage: 1,</w:t>
        <w:br/>
        <w:t xml:space="preserve">    // 是否仅获取特殊角色发言(讲师、助教、嘉宾)，后端默认 0(全部获取)</w:t>
        <w:br/>
        <w:t xml:space="preserve">    getSpecialMessage: 0,</w:t>
        <w:br/>
        <w:t xml:space="preserve">  });</w:t>
        <w:br/>
        <w:br/>
        <w:t xml:space="preserve">  console.log('频道消息列表数据', msgList);</w:t>
        <w:br/>
        <w:t xml:space="preserve">  // 可根据返回的消息列表长度是否满足索引跨度，来判断当前是否加载到末尾。</w:t>
        <w:br/>
        <w:t xml:space="preserve">  if (msgList.length &lt; end - start) {</w:t>
        <w:br/>
        <w:t xml:space="preserve">    console.log('已加载到消息列表末尾');</w:t>
        <w:br/>
        <w:t xml:space="preserve">  }</w:t>
        <w:br/>
        <w:t>}</w:t>
      </w:r>
    </w:p>
    <w:p>
      <w:pPr>
        <w:pStyle w:val="Heading1"/>
      </w:pPr>
      <w:r>
        <w:t>二、实时收发聊天消息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他人的文字发言、发送图片、消息被删除、自定义消息等，均会在 SDK 内触发相应事件，可监听这些事件，并根据参数去处理实际所需显示的消息。</w:t>
      </w:r>
    </w:p>
    <w:p>
      <w:pPr>
        <w:pStyle w:val="Heading2"/>
      </w:pPr>
      <w:r>
        <w:t>接收消息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此处列举所有与聊天室消息相关的事件，详细事件、参数、字段等，请参考 API 文档。以下摘取部分常用事件：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chat.events.SPEAK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他人发言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chat.events.CHAT_IMG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他人聊天图片消息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chat.events.SEND_MESSAGE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个人发言。调用发言方法后将触发该事件，此时可将个人发言插入到本地消息列表。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chat.events.SELF_CHAT_IMG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个人开始发送图片消息。在图片开始上传时，即触发该事件，可基于该事件将消息插入本地进行展示，并展示图片上传状态。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chat.events.SYS_MSG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系统消息。比如发送消息过快触发限流时，会触发该事件。可在监听到此事件后给予用户反馈。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chat.events.CUSTOMER_MESSAGE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chat.events.REMOVE_HISTORY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管理员清空聊天室消息。收到该事件时，聊天室记录将被清除，相应地前端也需要将展示中的消息进行清除。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chat.events.REMOVE_CONTENT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管理员移除单条消息。可根据id将对应消息删除。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chat.events.CLOSEROOM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关闭聊天室。管理员等特殊角色关闭了聊天室，此时普通用户禁止发言，前端可给予相应提示。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chat.events.OPENROOM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开启聊天室。恢复普通用户发言权限。</w:t>
            </w:r>
          </w:p>
        </w:tc>
      </w:tr>
    </w:tbl>
    <w:p>
      <w:pPr>
        <w:spacing w:after="40"/>
      </w:pPr>
    </w:p>
    <w:p>
      <w:pPr>
        <w:pStyle w:val="Heading3"/>
      </w:pPr>
      <w:r>
        <w:t>消息类型列表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为了便于快速集成，本 SDK 基于保利威目前的消息列表 UI 展示形式对部分聊天室事件进行了分类封装，详细类型常量可通过 </w:t>
      </w:r>
      <w:r>
        <w:rPr>
          <w:rFonts w:ascii="Menlo" w:hAnsi="Menlo"/>
          <w:color w:val="444444"/>
          <w:sz w:val="20"/>
        </w:rPr>
        <w:t>chat.msgTypes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访问。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部分需要展示的事件数据会含有 </w:t>
      </w:r>
      <w:r>
        <w:rPr>
          <w:rFonts w:ascii="Menlo" w:hAnsi="Menlo"/>
          <w:color w:val="444444"/>
          <w:sz w:val="20"/>
        </w:rPr>
        <w:t>msgType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字段，只需要将其插入本地消息列表，并根据该字段展示对应形式的组件/样式即可。同样，历史消息也会封装此字段。下面列举各 </w:t>
      </w:r>
      <w:r>
        <w:rPr>
          <w:rFonts w:ascii="Menlo" w:hAnsi="Menlo"/>
          <w:color w:val="444444"/>
          <w:sz w:val="20"/>
        </w:rPr>
        <w:t>msgType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对应的事件。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msgType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消息类型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SEND_MESSAGE、SPEAK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CHAT_IMG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CHAT_IMG、CHAT_IMG_UPLOAD_PROGRESS、SELF_CHAT_IMG_RESULT(发送图片相关消息，详细可见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发送图片消息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CUSTOMER_MESSAGE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CUSTOMER_MESSAGE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SYSTEM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SYS_MSG(本地触发，如发言频繁)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RED_PAPER_RESULT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RED_PAPER_RESULT(红包被领取消息)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REWARD(打赏消息)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在监听到上述事件时，可以考虑将消息体加入到待显示消息列表中，然后根据具体 msgType 采用相应组件进行渲染展示。</w:t>
      </w:r>
    </w:p>
    <w:p>
      <w:pPr>
        <w:pStyle w:val="Heading2"/>
      </w:pPr>
      <w:r>
        <w:t>发送消息</w:t>
      </w:r>
    </w:p>
    <w:p>
      <w:pPr>
        <w:pStyle w:val="Heading3"/>
      </w:pPr>
      <w:r>
        <w:t>发送文字消息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可使用 </w:t>
      </w:r>
      <w:r>
        <w:rPr>
          <w:rFonts w:ascii="Menlo" w:hAnsi="Menlo"/>
          <w:color w:val="444444"/>
          <w:sz w:val="20"/>
        </w:rPr>
        <w:t>send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方法发送普通文字消息。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chat.send(</w:t>
        <w:br/>
        <w:t xml:space="preserve">  '消息内容',</w:t>
        <w:br/>
        <w:t xml:space="preserve">  // 第二个参数为引用消息，非必传。</w:t>
        <w:br/>
        <w:t xml:space="preserve">  // 特殊角色使用公屏回复功能时需传入(完整传入，使SDK内部可封装、触发SEND_MESSAGE事件)</w:t>
        <w:br/>
        <w:t xml:space="preserve">  {</w:t>
        <w:br/>
        <w:t xml:space="preserve">    id,</w:t>
        <w:br/>
        <w:t xml:space="preserve">    // ...</w:t>
        <w:br/>
        <w:t xml:space="preserve">  }</w:t>
        <w:br/>
        <w:t>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消息列表实现概述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