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直播播放器控制栏和弹幕开关</w:t>
      </w:r>
    </w:p>
    <w:p>
      <w:pPr>
        <w:pStyle w:val="Heading2"/>
      </w:pPr>
      <w:r>
        <w:t>一、默认开启或关闭弹幕开关</w:t>
      </w:r>
    </w:p>
    <w:p>
      <w:pPr>
        <w:pStyle w:val="Heading3"/>
      </w:pPr>
      <w:r>
        <w:t>参数：isBarrage=on/off</w:t>
      </w:r>
    </w:p>
    <w:p>
      <w:pPr>
        <w:pStyle w:val="Heading3"/>
      </w:pPr>
      <w:r>
        <w:t>适用终端：PC端、移动端</w:t>
      </w:r>
    </w:p>
    <w:p>
      <w:pPr>
        <w:pStyle w:val="Heading3"/>
      </w:pPr>
      <w:r>
        <w:t>使用效果：设置isBarrage=on或不设置改参数时，移动端或PC端的弹幕开关为开，会在播放器里显示弹幕内容；</w:t>
      </w:r>
    </w:p>
    <w:p>
      <w:pPr>
        <w:pStyle w:val="Heading3"/>
      </w:pPr>
      <w:r>
        <w:t>设置isBarrage=off时，移动端或PC端的弹幕开关为关，需要手动点击开关才能显示弹幕，具体效果图如下：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终端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打开弹幕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关闭弹幕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6504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dcbda2889ee7ba0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650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6504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f69229343267167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650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6504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828f92a40f61c06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650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5697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345a36f957394f5-docx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569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3"/>
      </w:pPr>
      <w:r>
        <w:t>使用示例：在使用此参数时，请确认您开发了弹幕功能（点击[POLYV 直播弹幕使用介绍](/live/js/live_player/old/live_danmu_api)进行了解和开发），在实现了弹幕功能的前提下，在代码中增加参数'isBarrage':'off'，即可实现默认不显示弹幕功能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1018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360e8e03d4063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101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二、控制栏显示</w:t>
      </w:r>
    </w:p>
    <w:p>
      <w:pPr>
        <w:pStyle w:val="Heading3"/>
      </w:pPr>
      <w:r>
        <w:t>参数：skin_float=on/off  barStaticTime=数字</w:t>
      </w:r>
    </w:p>
    <w:p>
      <w:pPr>
        <w:pStyle w:val="Heading3"/>
      </w:pPr>
      <w:r>
        <w:t>参数介绍：skin_float=on/off 表示控制栏在视频区域内/外，barStaticTime表示控制栏自动隐藏的时间，以秒为单位</w:t>
      </w:r>
    </w:p>
    <w:p>
      <w:pPr>
        <w:pStyle w:val="Heading3"/>
      </w:pPr>
      <w:r>
        <w:t>使用说明：这两个参数只适用于PC端，其中skin_float默认为off，对控制栏在视频区域外的播放器皮肤才生效，设置了skin_float=off时，全屏也还是为on的效果。</w:t>
      </w:r>
    </w:p>
    <w:p>
      <w:pPr>
        <w:pStyle w:val="Heading3"/>
      </w:pPr>
      <w:r>
        <w:t>使用效果：skin_float=on 时：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364bdc28b4cee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skin_float=off 时：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605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ad6ab440dcf13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605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使用示例：控制栏在视频区域外，控制栏隐藏时间为5秒：'flashvars':{"skin_float":"off","barStaticTime":"5"}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1535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f8c6738c2376d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1535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直播播放器控制栏和弹幕开关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