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集成说明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保利威直播提供快速集成的代码，帮助你实现直播播放器的快速调用</w:t>
      </w:r>
    </w:p>
    <w:p>
      <w:pPr>
        <w:pStyle w:val="Heading1"/>
      </w:pPr>
      <w:r>
        <w:t>快速集成代码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在线运行</w:t>
      </w:r>
    </w:p>
    <w:p>
      <w:pPr>
        <w:pStyle w:val="Heading2"/>
      </w:pPr>
      <w:r>
        <w:t>js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src="//player.polyv.net/resp/live-h5-player/latest/liveplayer.min.js"&gt;&lt;/script&gt;</w:t>
        <w:br/>
        <w:t>&lt;script&gt;</w:t>
        <w:br/>
        <w:t xml:space="preserve">  var player = polyvLivePlayer({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uid:'uid',</w:t>
        <w:br/>
        <w:t xml:space="preserve">    vid:'vid'</w:t>
        <w:br/>
        <w:t xml:space="preserve">  });</w:t>
        <w:br/>
        <w:t>&lt;/script&gt;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默认使用H5播放器，在ie及其他不支持的浏览器下自动切换flash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需要兼容ie10以下的播放器，可以使用下面代码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&lt;script src='https://player.polyv.net/livescript/liveplayer.js'&gt;&lt;/script&gt;</w:t>
        <w:br/>
        <w:t>&lt;div id='player'&gt;&lt;/div&gt;</w:t>
        <w:br/>
        <w:t>&lt;script&gt;</w:t>
        <w:br/>
        <w:t>var player = polyvObject('#player').livePlayer({</w:t>
        <w:br/>
        <w:t xml:space="preserve">    width:'600',</w:t>
        <w:br/>
        <w:t xml:space="preserve">    height:'450',</w:t>
        <w:br/>
        <w:t xml:space="preserve">    uid :'uid',</w:t>
        <w:br/>
        <w:t xml:space="preserve">    vid : 'vid'</w:t>
        <w:br/>
        <w:t>});</w:t>
        <w:br/>
        <w:t>&lt;/script&gt;</w:t>
      </w:r>
    </w:p>
    <w:p>
      <w:pPr>
        <w:pStyle w:val="Heading2"/>
      </w:pPr>
      <w:r>
        <w:t>vue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&lt;template&gt;</w:t>
        <w:br/>
        <w:t xml:space="preserve">  &lt;div id="player"&gt;&lt;/div&gt;</w:t>
        <w:br/>
        <w:t>&lt;/template&gt;</w:t>
        <w:br/>
        <w:t>&lt;script&gt;</w:t>
        <w:br/>
        <w:t>export default {</w:t>
        <w:br/>
        <w:t xml:space="preserve">  data() {</w:t>
        <w:br/>
        <w:t xml:space="preserve">    return {</w:t>
        <w:br/>
        <w:t xml:space="preserve">      playerJs: 'https://player.polyv.net/resp/live-h5-player/latest/liveplayer.min.js',</w:t>
        <w:br/>
        <w:t xml:space="preserve">      uid:'uid',</w:t>
        <w:br/>
        <w:t xml:space="preserve">      vid:'vid'</w:t>
        <w:br/>
        <w:t xml:space="preserve">    };</w:t>
        <w:br/>
        <w:t xml:space="preserve">  },</w:t>
        <w:br/>
        <w:br/>
        <w:t xml:space="preserve">  mounted(){</w:t>
        <w:br/>
        <w:t xml:space="preserve">      this.loadPlayerScript(this.loadPlayer);</w:t>
        <w:br/>
        <w:t xml:space="preserve">  },</w:t>
        <w:br/>
        <w:br/>
        <w:t xml:space="preserve">  methods: {</w:t>
        <w:br/>
        <w:t xml:space="preserve">    loadPlayerScript(callback) {</w:t>
        <w:br/>
        <w:t xml:space="preserve">      if (!window.polyvLivePlayer) {</w:t>
        <w:br/>
        <w:t xml:space="preserve">        const myScript = document.createElement('script');</w:t>
        <w:br/>
        <w:t xml:space="preserve">        myScript.setAttribute('src', this.playerJs);</w:t>
        <w:br/>
        <w:t xml:space="preserve">        myScript.onload = callback;</w:t>
        <w:br/>
        <w:t xml:space="preserve">        document.body.appendChild(myScript);</w:t>
        <w:br/>
        <w:t xml:space="preserve">      } else {</w:t>
        <w:br/>
        <w:t xml:space="preserve">        callback();</w:t>
        <w:br/>
        <w:t xml:space="preserve">      }</w:t>
        <w:br/>
        <w:t xml:space="preserve">    },</w:t>
        <w:br/>
        <w:br/>
        <w:t xml:space="preserve">    loadPlayer() {</w:t>
        <w:br/>
        <w:t xml:space="preserve">      const polyvLivePlayer = window.polyvLivePlayer;</w:t>
        <w:br/>
        <w:t xml:space="preserve">      this.player = polyvLivePlayer({</w:t>
        <w:br/>
        <w:t xml:space="preserve">        wrap: '#player',</w:t>
        <w:br/>
        <w:t xml:space="preserve">        width: 800,</w:t>
        <w:br/>
        <w:t xml:space="preserve">        height: 533,</w:t>
        <w:br/>
        <w:t xml:space="preserve">        uid: this.uid ,</w:t>
        <w:br/>
        <w:t xml:space="preserve">        vid: this.vid ,</w:t>
        <w:br/>
        <w:t xml:space="preserve">      });</w:t>
        <w:br/>
        <w:t xml:space="preserve">    }</w:t>
        <w:br/>
        <w:t xml:space="preserve">  },</w:t>
        <w:br/>
        <w:t xml:space="preserve">  destroyed() {</w:t>
        <w:br/>
        <w:t xml:space="preserve">    if (this.player) {</w:t>
        <w:br/>
        <w:t xml:space="preserve">        this.player.destroy();</w:t>
        <w:br/>
        <w:t xml:space="preserve">    }</w:t>
        <w:br/>
        <w:t xml:space="preserve">  }</w:t>
        <w:br/>
        <w:t>};</w:t>
        <w:br/>
        <w:t>&lt;/script&gt;</w:t>
      </w:r>
    </w:p>
    <w:p>
      <w:pPr>
        <w:pStyle w:val="Heading2"/>
      </w:pPr>
      <w:r>
        <w:t>react demo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React from 'react';</w:t>
        <w:br/>
        <w:br/>
        <w:t>class Player extends React.Component {</w:t>
        <w:br/>
        <w:t xml:space="preserve">  constructor(props) {</w:t>
        <w:br/>
        <w:t xml:space="preserve">    super(props);</w:t>
        <w:br/>
        <w:t xml:space="preserve">  }</w:t>
        <w:br/>
        <w:br/>
        <w:t xml:space="preserve">  componentDidMount() {</w:t>
        <w:br/>
        <w:t xml:space="preserve">    if(!window.polyvLivePlayer){</w:t>
        <w:br/>
        <w:t xml:space="preserve">      this.loadScript('https://player.polyv.net/resp/live-h5-player/latest/liveplayer.min.js')</w:t>
        <w:br/>
        <w:t xml:space="preserve">      .then(() =&gt;{</w:t>
        <w:br/>
        <w:t xml:space="preserve">        this.loadPlayer();</w:t>
        <w:br/>
        <w:t xml:space="preserve">      });</w:t>
        <w:br/>
        <w:t xml:space="preserve">    }</w:t>
        <w:br/>
        <w:t xml:space="preserve">  }</w:t>
        <w:br/>
        <w:br/>
        <w:t xml:space="preserve">  componentWillUnmount() {</w:t>
        <w:br/>
        <w:t xml:space="preserve">    if(this.player){</w:t>
        <w:br/>
        <w:t xml:space="preserve">      this.player.destroy();</w:t>
        <w:br/>
        <w:t xml:space="preserve">    }</w:t>
        <w:br/>
        <w:t xml:space="preserve">  }</w:t>
        <w:br/>
        <w:br/>
        <w:t xml:space="preserve">  loadPlayer() {</w:t>
        <w:br/>
        <w:t xml:space="preserve">    this.player = window.polyvLivePlayer({</w:t>
        <w:br/>
        <w:t xml:space="preserve">      wrap: '.player',</w:t>
        <w:br/>
        <w:t xml:space="preserve">      width: '100%',</w:t>
        <w:br/>
        <w:t xml:space="preserve">      height: '100%',</w:t>
        <w:br/>
        <w:t xml:space="preserve">      uid: 'uid',</w:t>
        <w:br/>
        <w:t xml:space="preserve">      vid: 'vid',</w:t>
        <w:br/>
        <w:t xml:space="preserve">    });</w:t>
        <w:br/>
        <w:t xml:space="preserve">  }</w:t>
        <w:br/>
        <w:br/>
        <w:t xml:space="preserve">  loadScript(src) {</w:t>
        <w:br/>
        <w:t xml:space="preserve">    const headElement = document.head || document.getElementsByTagName('head')[0];</w:t>
        <w:br/>
        <w:t xml:space="preserve">    const _importedScript = {};</w:t>
        <w:br/>
        <w:br/>
        <w:t xml:space="preserve">    return new Promise((resolve, reject) =&gt; {</w:t>
        <w:br/>
        <w:t xml:space="preserve">      if (src in _importedScript) {</w:t>
        <w:br/>
        <w:t xml:space="preserve">        resolve();</w:t>
        <w:br/>
        <w:t xml:space="preserve">        return;</w:t>
        <w:br/>
        <w:t xml:space="preserve">      }</w:t>
        <w:br/>
        <w:t xml:space="preserve">      const script = document.createElement('script');</w:t>
        <w:br/>
        <w:t xml:space="preserve">      script.type = 'text/javascript';</w:t>
        <w:br/>
        <w:t xml:space="preserve">      script.onerror = err =&gt; {</w:t>
        <w:br/>
        <w:t xml:space="preserve">        headElement.removeChild(script);</w:t>
        <w:br/>
        <w:t xml:space="preserve">        reject(new URIError(`The Script ${src} is no accessible.`));</w:t>
        <w:br/>
        <w:t xml:space="preserve">      }</w:t>
        <w:br/>
        <w:t xml:space="preserve">      script.onload = () =&gt; {</w:t>
        <w:br/>
        <w:t xml:space="preserve">        _importedScript[src] = true;</w:t>
        <w:br/>
        <w:t xml:space="preserve">        resolve();</w:t>
        <w:br/>
        <w:t xml:space="preserve">      }</w:t>
        <w:br/>
        <w:t xml:space="preserve">      headElement.appendChild(script);</w:t>
        <w:br/>
        <w:t xml:space="preserve">      script.src = src;</w:t>
        <w:br/>
        <w:t xml:space="preserve">    })</w:t>
        <w:br/>
        <w:t xml:space="preserve">  }</w:t>
        <w:br/>
        <w:br/>
        <w:t xml:space="preserve">  render() {</w:t>
        <w:br/>
        <w:t xml:space="preserve">    return (</w:t>
        <w:br/>
        <w:t xml:space="preserve">      &lt;div className="wrap"&gt;</w:t>
        <w:br/>
        <w:t xml:space="preserve">        &lt;div className="player"&gt;&lt;/div&gt;</w:t>
        <w:br/>
        <w:t xml:space="preserve">      &lt;/div&gt;</w:t>
        <w:br/>
        <w:t xml:space="preserve">    )</w:t>
        <w:br/>
        <w:t xml:space="preserve">  }</w:t>
        <w:br/>
        <w:t>}</w:t>
        <w:br/>
        <w:br/>
        <w:t>export default Player;</w:t>
      </w:r>
    </w:p>
    <w:p>
      <w:pPr>
        <w:pStyle w:val="Heading1"/>
      </w:pPr>
      <w:r>
        <w:t>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wrap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 / HTMLElement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页面上存在需要载入播放器的DOM元素或css选择器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100%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播放器的宽度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 / 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auto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播放器的高度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用户id，即账号信息中的userId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频道id,即频道号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isAutoChange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自动切直播/回放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banRate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禁用倍速功能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集成说明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