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集成文档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Web播放器同时支持Flash和HTM5两种播放模式，并可以根据终端和浏览器环境自动选择最优播放模式，实现了视频播放效果的多平台统一体验。支持FLV、RTMP、HLS等主流视频格式和协议，并结合保利威云直播服务，提供视频直播流流畅播放等功能。</w:t>
      </w:r>
    </w:p>
    <w:p>
      <w:pPr>
        <w:pStyle w:val="Heading1"/>
      </w:pPr>
      <w:r>
        <w:t>快速集成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在线运行</w:t>
      </w:r>
    </w:p>
    <w:p>
      <w:pPr>
        <w:pStyle w:val="Heading2"/>
      </w:pPr>
      <w:r>
        <w:t>js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src="//player.polyv.net/resp/live-h5-player/latest/liveplayer.min.js"&gt;&lt;/script&gt;</w:t>
        <w:br/>
        <w:t>&lt;script&gt;</w:t>
        <w:br/>
        <w:t xml:space="preserve">  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</w:t>
        <w:br/>
        <w:t xml:space="preserve">  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默认使用H5播放器，在ie及其他不支持的浏览器下自动切换flash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需要兼容ie10以下的播放器，可以使用下面代码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src='https://player.polyv.net/livescript/liveplayer.js'&gt;&lt;/script&gt;</w:t>
        <w:br/>
        <w:t>&lt;div id='player'&gt;&lt;/div&gt;</w:t>
        <w:br/>
        <w:t>&lt;script&gt;</w:t>
        <w:br/>
        <w:t>var player = polyvObject('#player').livePlayer({</w:t>
        <w:br/>
        <w:t xml:space="preserve">    width: '800',</w:t>
        <w:br/>
        <w:t xml:space="preserve">    height: '533',</w:t>
        <w:br/>
        <w:t xml:space="preserve">    uid: 'uid',</w:t>
        <w:br/>
        <w:t xml:space="preserve">    vid: 'vid'</w:t>
        <w:br/>
        <w:t>});</w:t>
        <w:br/>
        <w:t>&lt;/script&gt;</w:t>
      </w:r>
    </w:p>
    <w:p>
      <w:pPr>
        <w:pStyle w:val="Heading2"/>
      </w:pPr>
      <w:r>
        <w:t>vue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id="player"&gt;&lt;/div&gt;</w:t>
        <w:br/>
        <w:t>&lt;/template&gt;</w:t>
        <w:br/>
        <w:t>&lt;script&gt;</w:t>
        <w:br/>
        <w:t>export default {</w:t>
        <w:br/>
        <w:t xml:space="preserve">  data() {</w:t>
        <w:br/>
        <w:t xml:space="preserve">    return {</w:t>
        <w:br/>
        <w:t xml:space="preserve">      playerJs: 'https://player.polyv.net/resp/live-h5-player/latest/liveplayer.min.js',</w:t>
        <w:br/>
        <w:t xml:space="preserve">      uid:'uid',</w:t>
        <w:br/>
        <w:t xml:space="preserve">      vid:'vid'</w:t>
        <w:br/>
        <w:t xml:space="preserve">    };</w:t>
        <w:br/>
        <w:t xml:space="preserve">  },</w:t>
        <w:br/>
        <w:br/>
        <w:t xml:space="preserve">  mounted(){</w:t>
        <w:br/>
        <w:t xml:space="preserve">      this.loadPlayerScript(this.loadPlayer);</w:t>
        <w:br/>
        <w:t xml:space="preserve">  },</w:t>
        <w:br/>
        <w:br/>
        <w:t xml:space="preserve">  methods: {</w:t>
        <w:br/>
        <w:t xml:space="preserve">    loadPlayerScript(callback) {</w:t>
        <w:br/>
        <w:t xml:space="preserve">      if (!window.polyvLivePlayer) {</w:t>
        <w:br/>
        <w:t xml:space="preserve">        const myScript = document.createElement('script');</w:t>
        <w:br/>
        <w:t xml:space="preserve">        myScript.setAttribute('src', this.playerJs);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br/>
        <w:t xml:space="preserve">    loadPlayer() {</w:t>
        <w:br/>
        <w:t xml:space="preserve">      const polyvLivePlayer = window.polyvLivePlayer;</w:t>
        <w:br/>
        <w:t xml:space="preserve">      this.player = polyvLivePlayer({</w:t>
        <w:br/>
        <w:t xml:space="preserve">        wrap: '#player',</w:t>
        <w:br/>
        <w:t xml:space="preserve">        width: 800,</w:t>
        <w:br/>
        <w:t xml:space="preserve">        height: 533,</w:t>
        <w:br/>
        <w:t xml:space="preserve">        uid: this.uid ,</w:t>
        <w:br/>
        <w:t xml:space="preserve">        vid: this.vid ,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}</w:t>
        <w:br/>
        <w:t xml:space="preserve">  }</w:t>
        <w:br/>
        <w:t>};</w:t>
        <w:br/>
        <w:t>&lt;/script&gt;</w:t>
      </w:r>
    </w:p>
    <w:p>
      <w:pPr>
        <w:pStyle w:val="Heading2"/>
      </w:pPr>
      <w:r>
        <w:t>react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React from 'react';</w:t>
        <w:br/>
        <w:br/>
        <w:t>class Player extends React.Component {</w:t>
        <w:br/>
        <w:t xml:space="preserve">  constructor(props) {</w:t>
        <w:br/>
        <w:t xml:space="preserve">    super(props);</w:t>
        <w:br/>
        <w:t xml:space="preserve">  }</w:t>
        <w:br/>
        <w:br/>
        <w:t xml:space="preserve">  componentDidMount() {</w:t>
        <w:br/>
        <w:t xml:space="preserve">    if(!window.polyvLivePlayer){</w:t>
        <w:br/>
        <w:t xml:space="preserve">      this.loadScript('https://player.polyv.net/resp/live-h5-player/latest/liveplayer.min.js')</w:t>
        <w:br/>
        <w:t xml:space="preserve">      .then(() =&gt;{</w:t>
        <w:br/>
        <w:t xml:space="preserve">        this.loadPlayer();</w:t>
        <w:br/>
        <w:t xml:space="preserve">      });</w:t>
        <w:br/>
        <w:t xml:space="preserve">    }</w:t>
        <w:br/>
        <w:t xml:space="preserve">  }</w:t>
        <w:br/>
        <w:br/>
        <w:t xml:space="preserve">  componentWillUnmount() {</w:t>
        <w:br/>
        <w:t xml:space="preserve">    if(this.player){</w:t>
        <w:br/>
        <w:t xml:space="preserve">      this.player.destroy();</w:t>
        <w:br/>
        <w:t xml:space="preserve">    }</w:t>
        <w:br/>
        <w:t xml:space="preserve">  }</w:t>
        <w:br/>
        <w:br/>
        <w:t xml:space="preserve">  loadPlayer() {</w:t>
        <w:br/>
        <w:t xml:space="preserve">    this.player = window.polyvLivePlayer({</w:t>
        <w:br/>
        <w:t xml:space="preserve">      wrap: '.player',</w:t>
        <w:br/>
        <w:t xml:space="preserve">      width: '100%',</w:t>
        <w:br/>
        <w:t xml:space="preserve">      height: '100%',</w:t>
        <w:br/>
        <w:t xml:space="preserve">      uid: 'uid',</w:t>
        <w:br/>
        <w:t xml:space="preserve">      vid: 'vid',</w:t>
        <w:br/>
        <w:t xml:space="preserve">    });</w:t>
        <w:br/>
        <w:t xml:space="preserve">  }</w:t>
        <w:br/>
        <w:br/>
        <w:t xml:space="preserve">  loadScript(src) {</w:t>
        <w:br/>
        <w:t xml:space="preserve">    const headElement = document.head || document.getElementsByTagName('head')[0];</w:t>
        <w:br/>
        <w:t xml:space="preserve">    const _importedScript = {};</w:t>
        <w:br/>
        <w:br/>
        <w:t xml:space="preserve">    return new Promise((resolve, reject) =&gt; {</w:t>
        <w:br/>
        <w:t xml:space="preserve">      if (src in _importedScript) {</w:t>
        <w:br/>
        <w:t xml:space="preserve">        resolve();</w:t>
        <w:br/>
        <w:t xml:space="preserve">        return;</w:t>
        <w:br/>
        <w:t xml:space="preserve">      }</w:t>
        <w:br/>
        <w:t xml:space="preserve">      const script = document.createElement('script');</w:t>
        <w:br/>
        <w:t xml:space="preserve">      script.type = 'text/javascript';</w:t>
        <w:br/>
        <w:t xml:space="preserve">      script.onerror = err =&gt; {</w:t>
        <w:br/>
        <w:t xml:space="preserve">        headElement.removeChild(script);</w:t>
        <w:br/>
        <w:t xml:space="preserve">        reject(new URIError(`The Script ${src} is no accessible.`));</w:t>
        <w:br/>
        <w:t xml:space="preserve">      }</w:t>
        <w:br/>
        <w:t xml:space="preserve">      script.onload = () =&gt; {</w:t>
        <w:br/>
        <w:t xml:space="preserve">        _importedScript[src] = true;</w:t>
        <w:br/>
        <w:t xml:space="preserve">        resolve();</w:t>
        <w:br/>
        <w:t xml:space="preserve">      }</w:t>
        <w:br/>
        <w:t xml:space="preserve">      headElement.appendChild(script);</w:t>
        <w:br/>
        <w:t xml:space="preserve">      script.src = src;</w:t>
        <w:br/>
        <w:t xml:space="preserve">    })</w:t>
        <w:br/>
        <w:t xml:space="preserve">  }</w:t>
        <w:br/>
        <w:br/>
        <w:t xml:space="preserve">  render() {</w:t>
        <w:br/>
        <w:t xml:space="preserve">    return (</w:t>
        <w:br/>
        <w:t xml:space="preserve">      &lt;div className="wrap"&gt;</w:t>
        <w:br/>
        <w:t xml:space="preserve">        &lt;div className="player"&gt;&lt;/div&gt;</w:t>
        <w:br/>
        <w:t xml:space="preserve">      &lt;/div&gt;</w:t>
        <w:br/>
        <w:t xml:space="preserve">    )</w:t>
        <w:br/>
        <w:t xml:space="preserve">  }</w:t>
        <w:br/>
        <w:t>}</w:t>
        <w:br/>
        <w:br/>
        <w:t>export default Player;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集成文档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