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弹幕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POLYV播放器拥有弹幕功能，可以增加观看视频时的互动性</w:t>
      </w:r>
    </w:p>
    <w:p>
      <w:pPr>
        <w:pStyle w:val="Heading1"/>
      </w:pPr>
      <w:r>
        <w:t>功能API</w:t>
      </w:r>
    </w:p>
    <w:p>
      <w:pPr>
        <w:pStyle w:val="Heading2"/>
      </w:pPr>
      <w:r>
        <w:t>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danmuEnable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是否开启弹幕功能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showDanmu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开启弹幕功能后，弹幕初始显示状态。false则一开始不显示弹幕。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banDanmuBtn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为true时不显示弹幕按钮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参数设置示例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player = polyvLivePlayer({</w:t>
        <w:br/>
        <w:t xml:space="preserve">  wrap: '#player',</w:t>
        <w:br/>
        <w:t xml:space="preserve">  width: 800,</w:t>
        <w:br/>
        <w:t xml:space="preserve">  height: 533,</w:t>
        <w:br/>
        <w:t xml:space="preserve">  uid:'uid',</w:t>
        <w:br/>
        <w:t xml:space="preserve">  vid:'vid',</w:t>
        <w:br/>
        <w:t xml:space="preserve">  danmuEnable: true,</w:t>
        <w:br/>
        <w:t>});</w:t>
      </w:r>
    </w:p>
    <w:p>
      <w:pPr>
        <w:pStyle w:val="Heading2"/>
      </w:pPr>
      <w:r>
        <w:t>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j2s_addBarrageMessage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弹幕显示文案，支持内嵌图片，具体调用参考下方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方法详解</w:t>
      </w:r>
    </w:p>
    <w:p>
      <w:r>
        <w:rPr>
          <w:rFonts w:ascii="Menlo" w:hAnsi="Menlo"/>
          <w:color w:val="444444"/>
          <w:sz w:val="20"/>
        </w:rPr>
        <w:t>j2s_addBarrageMessage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取值范围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是否必须项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弹幕内容，图片需要用\[\[...\]\]包含起来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16进制颜色值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roll \| top \| bottom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roll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显示方式：roll 屏幕上自右向左滚动 top 固定顶部 bottom 固定底部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方法调用示例</w:t>
      </w:r>
    </w:p>
    <w:p>
      <w:r>
        <w:rPr>
          <w:rFonts w:ascii="Menlo" w:hAnsi="Menlo"/>
          <w:color w:val="444444"/>
          <w:sz w:val="20"/>
        </w:rPr>
        <w:t>j2s_addBarrageMessage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文本弹幕</w:t>
        <w:br/>
        <w:t>const danmuData = {</w:t>
        <w:br/>
        <w:t xml:space="preserve">  msg: '这是文本弹幕数据',</w:t>
        <w:br/>
        <w:t xml:space="preserve">  fontSize: 30,</w:t>
        <w:br/>
        <w:t xml:space="preserve">  fontMode: 'roll',</w:t>
        <w:br/>
        <w:t xml:space="preserve">  fontColor: '0x000000',</w:t>
        <w:br/>
        <w:t>};</w:t>
        <w:br/>
        <w:t>player.j2s_addBarrageMessage(danmuData);</w:t>
        <w:br/>
        <w:br/>
        <w:t>// 文本内嵌图片弹幕，需要将图片地址用双中括号包裹使用</w:t>
        <w:br/>
        <w:t>const danmuData = {</w:t>
        <w:br/>
        <w:t xml:space="preserve">  msg: '这是图片[[http://www.mywebsite.com/1.jpg]]弹幕数据',</w:t>
        <w:br/>
        <w:t xml:space="preserve">  fontSize: 30,</w:t>
        <w:br/>
        <w:t xml:space="preserve">  fontMode: 'roll',</w:t>
        <w:br/>
        <w:t xml:space="preserve">  fontColor: '0x000000',</w:t>
        <w:br/>
        <w:t>};</w:t>
        <w:br/>
        <w:t>player.j2s_addBarrageMessage(danmuData);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弹幕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