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播放器API</w:t>
      </w:r>
    </w:p>
    <w:p>
      <w:pPr>
        <w:pStyle w:val="Heading1"/>
      </w:pPr>
      <w:r>
        <w:t>播放器属性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/ HTMLElement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页面上存在需要载入播放器的DOM元素或css选择器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100%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播放器的宽度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播放器的高度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用户id，即账号信息中的userId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自定义暖场图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是否自动播放，默认跟随直播后台设置。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注：自动播放失败PC、移动端均有可能不成功，原因查看常见问题-自动播放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isAutoChange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自动切换直播/回放(最新直播暂存)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vodsrc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回放视频的播放链接url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hasControl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是否显示控制栏预设皮肤。为false则使用各浏览器默认皮肤。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注：仅支持移动端。由于系统浏览器劫持，强制使用该浏览器默认皮肤，部分浏览器设置皮肤不生效。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使用此参数的同时，建议搭配skin_type: 'black' 一起使用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skin_type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皮肤样式：设置'black'使用深色皮肤。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注：仅支持移动端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播放器语言，0为中文，1为英文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多码率默认视频清晰度,0 标清,1 高清,2 超清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banMultirate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禁用多码率功能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banMuteTips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隐藏静音提示, 详细查看常见问题-自动播放-静音播放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注：仅支持PC端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banRightMenu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是否禁用右键菜单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禁用倍速功能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danmuEnable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为true开启弹幕，需要配合后台开关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banDanmuBtn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禁用弹幕按钮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皮肤设置streamStop: 直播流停止时显示的图片地址streamStopTxt: 直播流停止时显示的文本 streamPause: '直播流暂停时显示的图片地址 bgColor: '背景颜色 playBtnImg: 播放按钮图片地址 showPlayBtn: 是否显示播放按钮 showFullScreen: 是否显示全屏按钮 showProgress: 是否显示进度条 showVolumeBtn: 是否显示音量按钮（默认值: false, 仅移动端生效）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webPageFullScreen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是否使用网页全屏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注意：仅支持移动端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fullScreenOrientation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none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网页全屏方向，portrait 竖屏， landscape 横屏, none 无效果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注：仅支持移动端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banLivePause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直播过程中不显示暂停按钮。该功能对回放的场景无效，移动端需要搭配hasControl和skin_type一起使用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useHls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强制使用 HLS 播放直播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useHlsPlay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仅直播场景使用HLS播放直播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usePanorama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启用直播VR模式</w:t>
            </w:r>
          </w:p>
        </w:tc>
      </w:tr>
    </w:tbl>
    <w:p>
      <w:pPr>
        <w:spacing w:after="40"/>
      </w:pPr>
    </w:p>
    <w:p>
      <w:pPr>
        <w:pStyle w:val="Heading1"/>
      </w:pPr>
      <w:r>
        <w:t>播放器接口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j2s_resumeVideo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j2s_pauseVideo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j2s_stopVideo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停止播放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j2s_seekVideo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视频(回放)指定位置播放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j2s_setVolume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设置播放器声音，取值0-1, 注： iOS不支持修改视频音量值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j2s_getCurrentTime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获取视频当前时间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j2s_showBarrage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j2s_hideBarrage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j2s_addBarrageMessage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data:Object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发送弹幕，详情查看功能使用说明 - 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j2s_changeLevel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0/1/2 流畅/高清/超清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j2s_changeRate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1.0/1.25/1.5/2.0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changeLine(line)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line:number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0/1 线路1/线路2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getDuration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获取video的duration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getCurrentLevel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获取当前清晰度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获取当前倍速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getCurrentLine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获取当前线路索引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j2s_resetStream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刷新直播流（接近缓冲末尾）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toggleFullscreen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切换全屏/退出全屏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showVolumePanel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显示/隐藏音量条（UI）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setVideoMuted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isMuted:boolean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仅移动端支持，设置视频静音，isMuted为true时静音，为false时取消静音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destroy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销毁播放器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player.j2s_resumeVideo();</w:t>
      </w:r>
    </w:p>
    <w:p>
      <w:pPr>
        <w:pStyle w:val="Heading1"/>
      </w:pPr>
      <w:r>
        <w:t>播放器事件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s2j_onInitOver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播放器初始化完毕事件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s2j_onLoadedMetadata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loadedmetadata 后触发（含 cid 等）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s2j_onApiStatus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直播流状态，每10s触发一次。取值live/end/stop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s2j_volume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播放器声音改变时触发，取值0-1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s2j_onStartPlay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开始播放时触发，只触发一次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开始播放时触发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s2j_onPause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暂停时触发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s2j_onSeek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拖拽播放时触发。*注意：PC、移动端回调参数不一致，移动端只获取到拖拽完成后的时间点*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s2j_onOver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结束播放时触发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s2j_onPlayerKeyUp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键盘按键侦听  *注意：仅支持PC端*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s2j_onLevelsChanged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cid,hd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string,number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清晰度切换时触发，hd为0/1/2 流畅/高清/超清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onLineChanged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cid,line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string,number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线路切换时触发，line为 0/1 线路1/线路2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s2j_onPlayerError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播放错误时触发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s2j_barrageStatus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弹幕开关变化：on/off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s2j_broadcastBarrageMsg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发送弹幕时触发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onLinesDataUpdate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linesData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线路数据更新（[{type,index}]）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onLevelsDataUpdate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levelsData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清晰度数据更新（[{type,index}]）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onTimeupdate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回放进度/时移进度回调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timeupdate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回放进度/时移进度回调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onAutoPlay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cid,autoplay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string,boolean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自动播放探测结果回调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HEAD_AD_CLICKED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片头广告点击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STOP_AD_CLICKED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暂停广告点击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playerLoading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PC/移动端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首屏/缓冲 loading 展示状态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{err,retryTime}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flv.js 错误信息与重试次数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volumechange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音量变化回调事件，仅对于调用j2s_setVolume、setVideoMuted的方式修改视频音量时才变化， 调整设备的物理音量不会触发此事件。 注： iOS不支持修改视频音量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player.on(eventName, (e) =&gt; {</w:t>
        <w:br/>
        <w:t xml:space="preserve"> console.info(`播放器触发${eventNmae}事件, 回调参数为:`, e);</w:t>
        <w:br/>
        <w:t>});</w:t>
      </w:r>
    </w:p>
    <w:p>
      <w:pPr>
        <w:pStyle w:val="Heading1"/>
      </w:pPr>
      <w:r>
        <w:t>播放器错误码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传入的参数非法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用户状态异常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服务已过期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直播频道不存在或已关闭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直播可用分钟数不足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频道已达到最大同时在线观看人数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网站白名单限制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网站黑名单限制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LIVE-#009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地区白名单限制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地区黑名单限制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直播播放配置文件加载失败/解析错误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授权或跑马灯加载失败/解析错误/不通过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超过账号最高并发总人数限制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播放器识别到抓流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LIVE-#016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播放器禁止小窗播放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LIVE-#022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跑马灯被删除/修改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播放器API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