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连麦接入</w:t>
      </w:r>
    </w:p>
    <w:p>
      <w:pPr>
        <w:pStyle w:val="Heading1"/>
      </w:pPr>
      <w:r>
        <w:t>简要说明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在使用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直播JS-SDK</w:t>
      </w:r>
      <w:r>
        <w:rPr>
          <w:rFonts w:ascii="Source Han Sans SC" w:hAnsi="Source Han Sans SC" w:eastAsia="Source Han Sans SC" w:cs="Source Han Sans SC" w:hint="eastAsia"/>
          <w:sz w:val="21"/>
        </w:rPr>
        <w:t>后如果需要接入像POYLV直播观看页的连麦服务可在直播JS-SDK中开启连麦功能即可快速实现web端接入Polyv多人视频通话和音频通话，在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**无延迟**</w:t>
      </w:r>
      <w:r>
        <w:rPr>
          <w:rFonts w:ascii="Source Han Sans SC" w:hAnsi="Source Han Sans SC" w:eastAsia="Source Han Sans SC" w:cs="Source Han Sans SC" w:hint="eastAsia"/>
          <w:sz w:val="21"/>
        </w:rPr>
        <w:t>以及常规直播下通用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如果已经使用polyv连麦sdk：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https://player.polyv.net/resp/rtc-sdk/latest/polyv-rtc.min.js</w:t>
      </w:r>
      <w:r>
        <w:rPr>
          <w:rFonts w:ascii="Source Han Sans SC" w:hAnsi="Source Han Sans SC" w:eastAsia="Source Han Sans SC" w:cs="Source Han Sans SC" w:hint="eastAsia"/>
          <w:sz w:val="21"/>
        </w:rPr>
        <w:t>的用户也可参考当前文档，更新到当前用法使用，使用上与连麦sdk基本一直，可快速替换</w:t>
      </w:r>
    </w:p>
    <w:p>
      <w:pPr>
        <w:pStyle w:val="Heading2"/>
      </w:pPr>
      <w:r>
        <w:t>使用前准备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确认已经开通连麦功能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浏览器需为chrome 58及以上或firefox、safari等主流浏览器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页面必须在 HTTPS 协议或者 localhost 中访问</w:t>
      </w:r>
    </w:p>
    <w:p>
      <w:pPr>
        <w:pStyle w:val="Heading2"/>
      </w:pPr>
      <w:r>
        <w:t>连麦流程简介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1、讲师在客户端点击开启学员视频连线/开启学员语音连线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Menlo" w:hAnsi="Menlo"/>
          <w:color w:val="444444"/>
          <w:sz w:val="20"/>
        </w:rPr>
        <w:t>OPEN_MICROPHONE</w:t>
      </w:r>
      <w:r>
        <w:rPr>
          <w:rFonts w:ascii="Source Han Sans SC" w:hAnsi="Source Han Sans SC" w:eastAsia="Source Han Sans SC" w:cs="Source Han Sans SC" w:hint="eastAsia"/>
          <w:sz w:val="21"/>
        </w:rPr>
        <w:t>事件被触发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3、学员可以通过sdk实例的</w:t>
      </w:r>
      <w:r>
        <w:rPr>
          <w:rFonts w:ascii="Menlo" w:hAnsi="Menlo"/>
          <w:color w:val="444444"/>
          <w:sz w:val="20"/>
        </w:rPr>
        <w:t>joinChannel</w:t>
      </w:r>
      <w:r>
        <w:rPr>
          <w:rFonts w:ascii="Source Han Sans SC" w:hAnsi="Source Han Sans SC" w:eastAsia="Source Han Sans SC" w:cs="Source Han Sans SC" w:hint="eastAsia"/>
          <w:sz w:val="21"/>
        </w:rPr>
        <w:t>方法向讲师发出连麦请求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4、讲师看到申请点击允许连麦，这时候页面sdk监听的</w:t>
      </w:r>
      <w:r>
        <w:rPr>
          <w:rFonts w:ascii="Menlo" w:hAnsi="Menlo"/>
          <w:color w:val="444444"/>
          <w:sz w:val="20"/>
        </w:rPr>
        <w:t>ALLOW_MICROPHONE</w:t>
      </w:r>
      <w:r>
        <w:rPr>
          <w:rFonts w:ascii="Source Han Sans SC" w:hAnsi="Source Han Sans SC" w:eastAsia="Source Han Sans SC" w:cs="Source Han Sans SC" w:hint="eastAsia"/>
          <w:sz w:val="21"/>
        </w:rPr>
        <w:t>事件被触发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5、学员自动加入连麦，开始发起推流，事件</w:t>
      </w:r>
      <w:r>
        <w:rPr>
          <w:rFonts w:ascii="Menlo" w:hAnsi="Menlo"/>
          <w:color w:val="444444"/>
          <w:sz w:val="20"/>
        </w:rPr>
        <w:t>INIT_LOCAL_STREAM_READY</w:t>
      </w:r>
      <w:r>
        <w:rPr>
          <w:rFonts w:ascii="Source Han Sans SC" w:hAnsi="Source Han Sans SC" w:eastAsia="Source Han Sans SC" w:cs="Source Han Sans SC" w:hint="eastAsia"/>
          <w:sz w:val="21"/>
        </w:rPr>
        <w:t>被触发，设置相应参数，进行推流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6、推流成功后如果收到讲师挂断或者学员主动点击挂断则退出连麦</w:t>
      </w:r>
    </w:p>
    <w:p>
      <w:pPr>
        <w:pStyle w:val="Heading2"/>
      </w:pPr>
      <w:r>
        <w:t>参考代码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示例代码</w:t>
      </w:r>
    </w:p>
    <w:p>
      <w:pPr>
        <w:pStyle w:val="Heading2"/>
      </w:pPr>
      <w:r>
        <w:t>订阅频道中其他流简介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1、学员成功加入连麦后会通过</w:t>
      </w:r>
      <w:r>
        <w:rPr>
          <w:rFonts w:ascii="Menlo" w:hAnsi="Menlo"/>
          <w:color w:val="444444"/>
          <w:sz w:val="20"/>
        </w:rPr>
        <w:t>USER_STREAM_ADDED</w:t>
      </w:r>
      <w:r>
        <w:rPr>
          <w:rFonts w:ascii="Source Han Sans SC" w:hAnsi="Source Han Sans SC" w:eastAsia="Source Han Sans SC" w:cs="Source Han Sans SC" w:hint="eastAsia"/>
          <w:sz w:val="21"/>
        </w:rPr>
        <w:t>事件接收到频道中已存在的用户(包括讲师)、在该学员后加入学员的流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Menlo" w:hAnsi="Menlo"/>
          <w:color w:val="444444"/>
          <w:sz w:val="20"/>
        </w:rPr>
        <w:t>USER_STREAM_ADDED</w:t>
      </w:r>
      <w:r>
        <w:rPr>
          <w:rFonts w:ascii="Source Han Sans SC" w:hAnsi="Source Han Sans SC" w:eastAsia="Source Han Sans SC" w:cs="Source Han Sans SC" w:hint="eastAsia"/>
          <w:sz w:val="21"/>
        </w:rPr>
        <w:t>事件触发调用回调中的</w:t>
      </w:r>
      <w:r>
        <w:rPr>
          <w:rFonts w:ascii="Menlo" w:hAnsi="Menlo"/>
          <w:color w:val="444444"/>
          <w:sz w:val="20"/>
        </w:rPr>
        <w:t>evt.subscribe</w:t>
      </w:r>
      <w:r>
        <w:rPr>
          <w:rFonts w:ascii="Source Han Sans SC" w:hAnsi="Source Han Sans SC" w:eastAsia="Source Han Sans SC" w:cs="Source Han Sans SC" w:hint="eastAsia"/>
          <w:sz w:val="21"/>
        </w:rPr>
        <w:t>方法对流进行订阅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3、若有用户期间退出频道则 </w:t>
      </w:r>
      <w:r>
        <w:rPr>
          <w:rFonts w:ascii="Menlo" w:hAnsi="Menlo"/>
          <w:color w:val="444444"/>
          <w:sz w:val="20"/>
        </w:rPr>
        <w:t>USER_PEER_LEAVE</w:t>
      </w:r>
      <w:r>
        <w:rPr>
          <w:rFonts w:ascii="Source Han Sans SC" w:hAnsi="Source Han Sans SC" w:eastAsia="Source Han Sans SC" w:cs="Source Han Sans SC" w:hint="eastAsia"/>
          <w:sz w:val="21"/>
        </w:rPr>
        <w:t>事件被触发</w:t>
      </w:r>
    </w:p>
    <w:p>
      <w:pPr>
        <w:pStyle w:val="Heading1"/>
      </w:pPr>
      <w:r>
        <w:t>快速开始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初始化SDK</w:t>
        <w:br/>
        <w:t>var liveSdk = new PolyvLiveSdk({</w:t>
        <w:br/>
        <w:t xml:space="preserve">  channelId: channelId,</w:t>
        <w:br/>
        <w:t xml:space="preserve">  sign: sign, // 频道验证签名</w:t>
        <w:br/>
        <w:t xml:space="preserve">  timestamp: timestamp, // 毫秒级时间戳</w:t>
        <w:br/>
        <w:t xml:space="preserve">  appId: appId, // polyv 后台的appId</w:t>
        <w:br/>
        <w:t xml:space="preserve">  user: {</w:t>
        <w:br/>
        <w:t xml:space="preserve">    userId: userId,</w:t>
        <w:br/>
        <w:t xml:space="preserve">    userName: 'polyv-test',</w:t>
        <w:br/>
        <w:t xml:space="preserve">    pic: 'https://livestatic.videocc.net/assets/wimages/missing_face.png'</w:t>
        <w:br/>
        <w:t xml:space="preserve">  }</w:t>
        <w:br/>
        <w:t>});</w:t>
        <w:br/>
        <w:br/>
        <w:t>// 监听频道信息并初始化播放器，并加入rtc参数开启连麦，如果开启了无延迟播放则默认开启连麦</w:t>
        <w:br/>
        <w:t>liveSdk.on(PolyvLiveSdk.EVENTS.CHANNEL_DATA_INIT, (event, data) =&gt; {</w:t>
        <w:br/>
        <w:t xml:space="preserve">  liveSdk.setupPlayer({</w:t>
        <w:br/>
        <w:t xml:space="preserve">    pptEl: '#ppt',</w:t>
        <w:br/>
        <w:t xml:space="preserve">    el: '#player',</w:t>
        <w:br/>
        <w:t xml:space="preserve">    type: 'live',</w:t>
        <w:br/>
        <w:t xml:space="preserve">    rtc: true</w:t>
        <w:br/>
        <w:t xml:space="preserve">  });</w:t>
        <w:br/>
        <w:t>});</w:t>
        <w:br/>
        <w:br/>
        <w:t>// 连麦实例初始化完成，可以进行连麦相关代码调用，无延迟，普通直播并支持连麦的情况下会回调</w:t>
        <w:br/>
        <w:t>liveSdk.player.on('rtcInitialized', function(rtc){</w:t>
        <w:br/>
        <w:t xml:space="preserve">  // 也可以这样获取实例 liveSdk.player.rtcInstance</w:t>
        <w:br/>
        <w:t xml:space="preserve">  console.log('连麦sdk实例', rtc);</w:t>
        <w:br/>
        <w:t xml:space="preserve">  // 连麦sdk加载后调用相关代码</w:t>
        <w:br/>
        <w:t xml:space="preserve">  initRTC(rtc);</w:t>
        <w:br/>
        <w:t>});</w:t>
        <w:br/>
        <w:br/>
        <w:t>// 监听相关事件，进行申请连麦、推流、订阅频道其他用户等操作</w:t>
        <w:br/>
        <w:t>function initRTC() {</w:t>
        <w:br/>
        <w:t xml:space="preserve">  rtc.on('OPEN_MICROPHONE', (evt) =&gt; {</w:t>
        <w:br/>
        <w:t xml:space="preserve">    console.log('讲师开启连麦, 可发起申请加入连麦');</w:t>
        <w:br/>
        <w:t xml:space="preserve">  });</w:t>
        <w:br/>
        <w:br/>
        <w:t xml:space="preserve">  rtc.on('CLOSE_MICROPHONE', (evt) =&gt; {</w:t>
        <w:br/>
        <w:t xml:space="preserve">    console.log('讲师关闭连麦，可禁止发起连麦申请');</w:t>
        <w:br/>
        <w:t xml:space="preserve">  });</w:t>
        <w:br/>
        <w:br/>
        <w:t xml:space="preserve">  rtc.on('ALLOW_MICROPHONE', (evt) =&gt; {</w:t>
        <w:br/>
        <w:t xml:space="preserve">    console.log('连麦申请通过， 开始连麦');</w:t>
        <w:br/>
        <w:t xml:space="preserve">  });</w:t>
        <w:br/>
        <w:br/>
        <w:t xml:space="preserve">  rtc.on('INIT_LOCAL_STREAM_READY', (evt) =&gt; {</w:t>
        <w:br/>
        <w:t xml:space="preserve">    console.log('准备开始推流，设置推流参数');</w:t>
        <w:br/>
        <w:t xml:space="preserve">    evt.init({</w:t>
        <w:br/>
        <w:t xml:space="preserve">      element: document.getElementById('local') // 选择需要显示本地流的节点</w:t>
        <w:br/>
        <w:t xml:space="preserve">    });</w:t>
        <w:br/>
        <w:t xml:space="preserve">  });</w:t>
        <w:br/>
        <w:t>}</w:t>
      </w:r>
    </w:p>
    <w:p>
      <w:pPr>
        <w:pStyle w:val="Heading1"/>
      </w:pPr>
      <w:r>
        <w:t>连麦实例</w:t>
      </w:r>
    </w:p>
    <w:p>
      <w:pPr>
        <w:pStyle w:val="Heading2"/>
      </w:pPr>
      <w:r>
        <w:t>实例方法</w:t>
      </w:r>
    </w:p>
    <w:p>
      <w:pPr>
        <w:pStyle w:val="Heading3"/>
      </w:pPr>
      <w:r>
        <w:t>`rtc.on(event: string, eventHandler: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用于监听开启关闭连麦、订阅、推流状态等事件</w:t>
      </w:r>
    </w:p>
    <w:p>
      <w:pPr>
        <w:pStyle w:val="Heading3"/>
      </w:pPr>
      <w:r>
        <w:t>`joinChannel(callback?: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客户端开启连麦后可调用该方法申请加入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rtc.on('OPEN_MICROPHONE', (evt) =&gt; {</w:t>
        <w:br/>
        <w:t xml:space="preserve">  // 也可以通过页面点击申请</w:t>
        <w:br/>
        <w:t xml:space="preserve">  rtc.joinChannel(() =&gt; {</w:t>
        <w:br/>
        <w:t xml:space="preserve">    console.log('申请成功');</w:t>
        <w:br/>
        <w:t xml:space="preserve">  });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callback?: Function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申请失败的回调函数</w:t>
      </w:r>
    </w:p>
    <w:p>
      <w:pPr>
        <w:pStyle w:val="Heading3"/>
      </w:pPr>
      <w:r>
        <w:t>`cancelJoinChannel(callback?: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申请加入连麦后，在还没有收到允许连麦消息时可调用，用于取消申请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callback?: Function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取消申请失败的回调函数</w:t>
      </w:r>
    </w:p>
    <w:p>
      <w:pPr>
        <w:pStyle w:val="Heading3"/>
      </w:pPr>
      <w:r>
        <w:t>`disableVideo():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推流后用于禁用本地视频轨道</w:t>
      </w:r>
    </w:p>
    <w:p>
      <w:pPr>
        <w:pStyle w:val="Heading3"/>
      </w:pPr>
      <w:r>
        <w:t>`enableVideo():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禁用本地视频轨道后用于恢复视频轨道</w:t>
      </w:r>
    </w:p>
    <w:p>
      <w:pPr>
        <w:pStyle w:val="Heading3"/>
      </w:pPr>
      <w:r>
        <w:t>`disableAudio():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推流后用于禁用本地音频轨道</w:t>
      </w:r>
    </w:p>
    <w:p>
      <w:pPr>
        <w:pStyle w:val="Heading3"/>
      </w:pPr>
      <w:r>
        <w:t>`enableAudio():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禁用本地视频轨道后用于恢复音频轨道</w:t>
      </w:r>
    </w:p>
    <w:p>
      <w:pPr>
        <w:pStyle w:val="Heading3"/>
      </w:pPr>
      <w:r>
        <w:t>`leaveChannel():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用于挂断连麦，退出连麦频道，停止推流</w:t>
      </w:r>
    </w:p>
    <w:p>
      <w:pPr>
        <w:pStyle w:val="Heading3"/>
      </w:pPr>
      <w:r>
        <w:t>`openDeviceSetting():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打开设备设置面板，可用于设备调试以及更换设备</w:t>
      </w:r>
    </w:p>
    <w:p>
      <w:pPr>
        <w:pStyle w:val="Heading3"/>
      </w:pPr>
      <w:r>
        <w:t>`closeDeviceSetting():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关闭设备设置面板</w:t>
      </w:r>
    </w:p>
    <w:p>
      <w:pPr>
        <w:pStyle w:val="Heading3"/>
      </w:pPr>
      <w:r>
        <w:t>`openInviting():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打开邀请上麦面板</w:t>
      </w:r>
    </w:p>
    <w:p>
      <w:pPr>
        <w:pStyle w:val="Heading3"/>
      </w:pPr>
      <w:r>
        <w:t>`closeInviting():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关闭邀请上麦面板</w:t>
      </w:r>
    </w:p>
    <w:p>
      <w:pPr>
        <w:pStyle w:val="Heading3"/>
      </w:pPr>
      <w:r>
        <w:t>`destroy():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销毁实例，如果正在连麦会退出连麦</w:t>
      </w:r>
    </w:p>
    <w:p>
      <w:pPr>
        <w:pStyle w:val="Heading2"/>
      </w:pPr>
      <w:r>
        <w:t>事件</w:t>
      </w:r>
    </w:p>
    <w:p>
      <w:pPr>
        <w:pStyle w:val="Heading3"/>
      </w:pPr>
      <w:r>
        <w:t>`rtc.on('OPEN_MICROPHONE',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客户端开启连麦, 此时可以申请加入连麦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rtc.on('OPEN_MICROPHONE', (evt) =&gt; {</w:t>
        <w:br/>
        <w:t xml:space="preserve">  console.log(evt.type); // video/audio (视频/音频通话)</w:t>
        <w:br/>
        <w:t>});</w:t>
      </w:r>
    </w:p>
    <w:p>
      <w:pPr>
        <w:pStyle w:val="Heading3"/>
      </w:pPr>
      <w:r>
        <w:t>`rtc.on('CLOSE_MICROPHONE',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客户端关闭连麦，此时不可以申请加入连麦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rtc.on('CLOSE_MICROPHONE', (evt) =&gt; {</w:t>
        <w:br/>
        <w:t xml:space="preserve">  // 若页面有申请连麦的按钮可以 disable</w:t>
        <w:br/>
        <w:t>});</w:t>
      </w:r>
    </w:p>
    <w:p>
      <w:pPr>
        <w:pStyle w:val="Heading3"/>
      </w:pPr>
      <w:r>
        <w:t>`rtc.on('JOIN_CHANNEL_TIMEOUT',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申请连麦超时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rtc.on('JOIN_CHANNEL_TIMEOUT', (evt) =&gt; {</w:t>
        <w:br/>
        <w:t xml:space="preserve">  alert('申请连麦超时，请重新申请');</w:t>
        <w:br/>
        <w:t>});</w:t>
      </w:r>
    </w:p>
    <w:p>
      <w:pPr>
        <w:pStyle w:val="Heading3"/>
      </w:pPr>
      <w:r>
        <w:t>`rtc.on('ALLOW_MICROPHONE',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客户端通过连麦申请，这时会自动初始化本地流并加入连麦频道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rtc.on('ALLOW_MICROPHONE', (evt) =&gt; {</w:t>
        <w:br/>
        <w:t xml:space="preserve">  console.log(`开始加入连麦，频道为 ${evt.roomId}`);</w:t>
        <w:br/>
        <w:t>});</w:t>
      </w:r>
    </w:p>
    <w:p>
      <w:pPr>
        <w:pStyle w:val="Heading3"/>
      </w:pPr>
      <w:r>
        <w:t>`rtc.on('INIT_LOCAL_STREAM_READY',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已经加入RTC频道，准备初始化本地流，此时可对本地流进行部分配置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rtc.on('INIT_LOCAL_STREAM_READY', (evt) =&gt; {</w:t>
        <w:br/>
        <w:t xml:space="preserve">  console.log(`准备推流，通话类型为${evt.type}`);</w:t>
        <w:br/>
        <w:t xml:space="preserve">  evt.init({</w:t>
        <w:br/>
        <w:t xml:space="preserve">    element: document.getElementById('local'),</w:t>
        <w:br/>
        <w:t xml:space="preserve">    control: true,</w:t>
        <w:br/>
        <w:t xml:space="preserve">    profile: '480p'</w:t>
        <w:br/>
        <w:t xml:space="preserve">  });</w:t>
        <w:br/>
        <w:t>});</w:t>
      </w:r>
    </w:p>
    <w:p>
      <w:pPr>
        <w:pStyle w:val="Heading3"/>
      </w:pPr>
      <w:r>
        <w:t>`evt.init(config: Object)`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开始初始化本地流并推流，必须调用此方法，否则无法加入连麦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</w:t>
      </w:r>
    </w:p>
    <w:p>
      <w:r>
        <w:rPr>
          <w:rFonts w:ascii="Menlo" w:hAnsi="Menlo"/>
          <w:color w:val="444444"/>
          <w:sz w:val="20"/>
        </w:rPr>
        <w:t>element: HTMLElement</w:t>
      </w:r>
      <w:r>
        <w:rPr>
          <w:rFonts w:ascii="Source Han Sans SC" w:hAnsi="Source Han Sans SC" w:eastAsia="Source Han Sans SC" w:cs="Source Han Sans SC" w:hint="eastAsia"/>
          <w:sz w:val="21"/>
        </w:rPr>
        <w:t>：Node节点，用于显示本地流</w:t>
      </w:r>
    </w:p>
    <w:p>
      <w:r>
        <w:rPr>
          <w:rFonts w:ascii="Menlo" w:hAnsi="Menlo"/>
          <w:color w:val="444444"/>
          <w:sz w:val="20"/>
        </w:rPr>
        <w:t>control?: boolean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：是否显示控制栏，默认值为 </w:t>
      </w:r>
      <w:r>
        <w:rPr>
          <w:rFonts w:ascii="Menlo" w:hAnsi="Menlo"/>
          <w:color w:val="444444"/>
          <w:sz w:val="20"/>
        </w:rPr>
        <w:t>true</w:t>
      </w:r>
    </w:p>
    <w:p>
      <w:r>
        <w:rPr>
          <w:rFonts w:ascii="Menlo" w:hAnsi="Menlo"/>
          <w:color w:val="444444"/>
          <w:sz w:val="20"/>
        </w:rPr>
        <w:t>profile?: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：设置视频属性, 默认值为 </w:t>
      </w:r>
      <w:r>
        <w:rPr>
          <w:rFonts w:ascii="Menlo" w:hAnsi="Menlo"/>
          <w:color w:val="444444"/>
          <w:sz w:val="20"/>
        </w:rPr>
        <w:t>'240P'</w:t>
      </w:r>
    </w:p>
    <w:p>
      <w:pPr>
        <w:pStyle w:val="Heading3"/>
      </w:pPr>
      <w:r>
        <w:t>profile 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视频属性 | 分辨率 | 码率（Kbps）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 | --- | --------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240p | 320 × 240 | 200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240p_1 | 320 × 240 | 200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240p_4 | 424 × 240 | 220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480p | 640 × 480 | 500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480p_1 | 640 × 480 | 500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480p_8 | 848 × 480 | 610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720p | 1280 × 720 | 1130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720p_1 | 1280 × 720 | 1130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720p_2 | 1280 × 720 | 2080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720p_5 | 960 × 720 | 910</w:t>
      </w:r>
    </w:p>
    <w:p>
      <w:pPr>
        <w:pStyle w:val="Heading3"/>
      </w:pPr>
      <w:r>
        <w:t>`rtc.on('INIT_LOCALSTREAM_SUCCESS',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初始化本地流成功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rtc.on('INIT_LOCALSTREAM_SUCCESS', (evt) =&gt; {</w:t>
        <w:br/>
        <w:t xml:space="preserve">  console.log('初始化本地流成功');</w:t>
        <w:br/>
        <w:t>});</w:t>
      </w:r>
    </w:p>
    <w:p>
      <w:pPr>
        <w:pStyle w:val="Heading3"/>
      </w:pPr>
      <w:r>
        <w:t>`rtc.on('INIT_LOCALSTREAM_ERROR',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初始化本地流失败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rtc.on('INIT_LOCALSTREAM_ERROR', (evt, error) =&gt; {</w:t>
        <w:br/>
        <w:t xml:space="preserve">  console.log(evt.message);</w:t>
        <w:br/>
        <w:t xml:space="preserve">  console.log(error);</w:t>
        <w:br/>
        <w:t>});</w:t>
      </w:r>
    </w:p>
    <w:p>
      <w:pPr>
        <w:pStyle w:val="Heading3"/>
      </w:pPr>
      <w:r>
        <w:t>`rtc.on('PUBLIC_STREAM_SUCCESS',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推流成功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rtc.on('PUBLIC_STREAM_SUCCESS', (evt) =&gt; {</w:t>
        <w:br/>
        <w:t xml:space="preserve"> console.log('推流成功');</w:t>
        <w:br/>
        <w:t>});</w:t>
      </w:r>
    </w:p>
    <w:p>
      <w:pPr>
        <w:pStyle w:val="Heading3"/>
      </w:pPr>
      <w:r>
        <w:t>`rtc.on('PUBLIC_STREAM_ERROR',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rtc.on('PUBLIC_STREAM_ERROR', (evt， error) =&gt; {</w:t>
        <w:br/>
        <w:t xml:space="preserve">  console.log(error);</w:t>
        <w:br/>
        <w:t>});</w:t>
      </w:r>
    </w:p>
    <w:p>
      <w:pPr>
        <w:pStyle w:val="Heading3"/>
      </w:pPr>
      <w:r>
        <w:t>`rtc.on('CLIENT_BANNED',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被讲师挂断连麦，连麦会退出，无需做其他操作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rtc.on('CLIENT_BANNED', (evt) =&gt; {</w:t>
        <w:br/>
        <w:t xml:space="preserve">  console.log('被讲师挂断连麦');</w:t>
        <w:br/>
        <w:t>});</w:t>
      </w:r>
    </w:p>
    <w:p>
      <w:pPr>
        <w:pStyle w:val="Heading3"/>
      </w:pPr>
      <w:r>
        <w:t>`rtc.on('USER_STREAM_ADDED',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加入连麦频道后后收到老师以及其他连麦者的流，此时需要进行订阅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无延迟模式下不广播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rtc.on('USER_STREAM_ADDED', (evt) =&gt; {</w:t>
        <w:br/>
        <w:t xml:space="preserve">  console.log(`是否为讲师：${evt.teacher}`);</w:t>
        <w:br/>
        <w:t xml:space="preserve">  console.log(`流Id：${evt.streamId}`);</w:t>
        <w:br/>
        <w:t xml:space="preserve">  console.log(`用户昵称：${evt.nick}`);</w:t>
        <w:br/>
        <w:t xml:space="preserve">  console.log(`用户头像：${evt.pic}`);</w:t>
        <w:br/>
        <w:t xml:space="preserve">  if (evt.teacher) {</w:t>
        <w:br/>
        <w:t xml:space="preserve">    evt.subscribe({</w:t>
        <w:br/>
        <w:t xml:space="preserve">      element: document.getElementById('teacher')</w:t>
        <w:br/>
        <w:t xml:space="preserve">    }, (err) =&gt; {</w:t>
        <w:br/>
        <w:t xml:space="preserve">      console.log('订阅失败');</w:t>
        <w:br/>
        <w:t xml:space="preserve">    });</w:t>
        <w:br/>
        <w:t xml:space="preserve">  } else {</w:t>
        <w:br/>
        <w:t xml:space="preserve">    evt.subscribe({</w:t>
        <w:br/>
        <w:t xml:space="preserve">      element: document.getElementById('student'),</w:t>
        <w:br/>
        <w:t xml:space="preserve">      control: true</w:t>
        <w:br/>
        <w:t xml:space="preserve">    });</w:t>
        <w:br/>
        <w:t xml:space="preserve">  }</w:t>
        <w:br/>
        <w:t>});</w:t>
      </w:r>
    </w:p>
    <w:p>
      <w:pPr>
        <w:pStyle w:val="Heading3"/>
      </w:pPr>
      <w:r>
        <w:t>`evt.subscribe(config: Object, failCallback: Function)`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subscribe 方法若不调用则不会显示频道内其他连麦者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</w:t>
      </w:r>
    </w:p>
    <w:p>
      <w:r>
        <w:rPr>
          <w:rFonts w:ascii="Menlo" w:hAnsi="Menlo"/>
          <w:color w:val="444444"/>
          <w:sz w:val="20"/>
        </w:rPr>
        <w:t>element: HTMLElement</w:t>
      </w:r>
      <w:r>
        <w:rPr>
          <w:rFonts w:ascii="Source Han Sans SC" w:hAnsi="Source Han Sans SC" w:eastAsia="Source Han Sans SC" w:cs="Source Han Sans SC" w:hint="eastAsia"/>
          <w:sz w:val="21"/>
        </w:rPr>
        <w:t>: 显示流的Node节点</w:t>
      </w:r>
    </w:p>
    <w:p>
      <w:r>
        <w:rPr>
          <w:rFonts w:ascii="Menlo" w:hAnsi="Menlo"/>
          <w:color w:val="444444"/>
          <w:sz w:val="20"/>
        </w:rPr>
        <w:t>control?: boolean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: 是否显示控制栏，默认值为 </w:t>
      </w:r>
      <w:r>
        <w:rPr>
          <w:rFonts w:ascii="Menlo" w:hAnsi="Menlo"/>
          <w:color w:val="444444"/>
          <w:sz w:val="20"/>
        </w:rPr>
        <w:t>true</w:t>
      </w:r>
    </w:p>
    <w:p>
      <w:pPr>
        <w:pStyle w:val="Heading3"/>
      </w:pPr>
      <w:r>
        <w:t>`rtc.on('USER_STREAM_SUBSCRIBED',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订阅成功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rtc.on('USER_STREAM_SUBSCRIBED', (evt) =&gt; {</w:t>
        <w:br/>
        <w:t xml:space="preserve">  cons.log('订阅成功');</w:t>
        <w:br/>
        <w:t xml:space="preserve">  console.log(`是否为讲师：${evt.teacher}`);</w:t>
        <w:br/>
        <w:t xml:space="preserve">  console.log(`流Id：${evt.streamId}`);</w:t>
        <w:br/>
        <w:t xml:space="preserve">  console.log(`用户昵称：${evt.nick}`);</w:t>
        <w:br/>
        <w:t xml:space="preserve">  console.log(`用户头像：${evt.pic}`);</w:t>
        <w:br/>
        <w:t>});</w:t>
      </w:r>
    </w:p>
    <w:p>
      <w:pPr>
        <w:pStyle w:val="Heading3"/>
      </w:pPr>
      <w:r>
        <w:t>`rtc.on('USER_MUTE_VIDEO',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频道内其他连麦者关闭视频推流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rtc.on('USER_MUTE_VIDEO', (evt) =&gt; {</w:t>
        <w:br/>
        <w:t xml:space="preserve">  console.log(evt.streamId);</w:t>
        <w:br/>
        <w:t>});</w:t>
      </w:r>
    </w:p>
    <w:p>
      <w:pPr>
        <w:pStyle w:val="Heading3"/>
      </w:pPr>
      <w:r>
        <w:t>`rtc.on('USER_UNMUTE_VIDEO',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频道内其他连麦者重新开启视频推流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rtc.on('USER_UNMUTE_VIDEO', (evt) =&gt; {</w:t>
        <w:br/>
        <w:t xml:space="preserve">  console.log(evt.streamId);</w:t>
        <w:br/>
        <w:t>});</w:t>
      </w:r>
    </w:p>
    <w:p>
      <w:pPr>
        <w:pStyle w:val="Heading3"/>
      </w:pPr>
      <w:r>
        <w:t>`rtc.on('USER_MUTE_AUDIO',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频道内其他连麦者关闭音频推流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rtc.on('USER_MUTE_AUDIO', (evt) =&gt; {</w:t>
        <w:br/>
        <w:t xml:space="preserve">  console.log(evt.streamId);</w:t>
        <w:br/>
        <w:t>});</w:t>
      </w:r>
    </w:p>
    <w:p>
      <w:pPr>
        <w:pStyle w:val="Heading3"/>
      </w:pPr>
      <w:r>
        <w:t>`rtc.on('USER_UNMUTE_AUDIO',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频道内其他连麦者重新开启音频推流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rtc.on('USER_UNMUTE_AUDIO', (evt) =&gt; {</w:t>
        <w:br/>
        <w:t xml:space="preserve">  console.log(evt.streamId);</w:t>
        <w:br/>
        <w:t>});</w:t>
      </w:r>
    </w:p>
    <w:p>
      <w:pPr>
        <w:pStyle w:val="Heading3"/>
      </w:pPr>
      <w:r>
        <w:t>`rtc.on('LOCAL_MUTE_VIDEO',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本地视频推流关闭，被客户端禁止或者用户主动关闭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rtc.on('LOCAL_MUTE_VIDEO', (evt) =&gt; {</w:t>
        <w:br/>
        <w:t xml:space="preserve">  console.log('关闭视频轨道');</w:t>
        <w:br/>
        <w:t>});</w:t>
      </w:r>
    </w:p>
    <w:p>
      <w:pPr>
        <w:pStyle w:val="Heading3"/>
      </w:pPr>
      <w:r>
        <w:t>`rtc.on('LOCAL_UNMUTE_VIDEO',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本地视频推流重新开启，被客户端开启或者用户主动开启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rtc.on('LOCAL_UNMUTE_VIDEO', (evt) =&gt; {</w:t>
        <w:br/>
        <w:t xml:space="preserve">  console.log('关闭视频轨道');</w:t>
        <w:br/>
        <w:t>});</w:t>
      </w:r>
    </w:p>
    <w:p>
      <w:pPr>
        <w:pStyle w:val="Heading3"/>
      </w:pPr>
      <w:r>
        <w:t>`rtc.on('LOCAL_MUTE_AUDIO',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本地音频推流关闭，被客户端禁止或者用户主动关闭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rtc.on('LOCAL_MUTE_AUDIO', (evt) =&gt; {</w:t>
        <w:br/>
        <w:t xml:space="preserve">  console.log('关闭视频轨道');</w:t>
        <w:br/>
        <w:t>});</w:t>
      </w:r>
    </w:p>
    <w:p>
      <w:pPr>
        <w:pStyle w:val="Heading3"/>
      </w:pPr>
      <w:r>
        <w:t>`rtc.on('LOCAL_UNMUTE_AUDIO',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本地音频推流重新开启，被客户端开启或者用户主动开启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rtc.on('LOCAL_UNMUTE_AUDIO', (evt) =&gt; {</w:t>
        <w:br/>
        <w:t xml:space="preserve">  console.log('开启音频轨道');</w:t>
        <w:br/>
        <w:t>});</w:t>
      </w:r>
    </w:p>
    <w:p>
      <w:pPr>
        <w:pStyle w:val="Heading3"/>
      </w:pPr>
      <w:r>
        <w:t>`rtc.on('USER_PEER_LEAVE',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订阅的流期间挂断连麦退出频道触发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无延迟模式下不广播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rtc.on('USER_PEER_LEAVE', (evt) =&gt; {</w:t>
        <w:br/>
        <w:t xml:space="preserve">  console.log(`${evt.streamId}退出连麦`);</w:t>
        <w:br/>
        <w:t>});</w:t>
      </w:r>
    </w:p>
    <w:p>
      <w:pPr>
        <w:pStyle w:val="Heading3"/>
      </w:pPr>
      <w:r>
        <w:t>`rtc.on('LEAVE_CHANNEL_SUCCESS',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离开视频通话成功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rtc.on('LEAVE_CHANNEL_SUCCESS', (evt) =&gt; {</w:t>
        <w:br/>
        <w:t xml:space="preserve">  console.log('离开视频通话成功');</w:t>
        <w:br/>
        <w:t>});</w:t>
      </w:r>
    </w:p>
    <w:p>
      <w:pPr>
        <w:pStyle w:val="Heading3"/>
      </w:pPr>
      <w:r>
        <w:t>`rtc.on('STOP',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主动挂断视频通话(点击默认控制栏的挂断按钮触发)，这是可以恢复到未申请连麦的抓台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rtc.on('STOP', (evt) =&gt; {</w:t>
        <w:br/>
        <w:t xml:space="preserve">  console.log('主动挂断通话');</w:t>
        <w:br/>
        <w:t>});</w:t>
      </w:r>
    </w:p>
    <w:p>
      <w:pPr>
        <w:pStyle w:val="Heading3"/>
      </w:pPr>
      <w:r>
        <w:t>`rtc.on('SWITCH_MASTER',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切换主讲人事件，这时可将页面对应连麦者更换位置，建议通过css切换位置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无延迟模式下不广播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rtc.on('SWITCH_MASTER', function(evt) {</w:t>
        <w:br/>
        <w:t xml:space="preserve">    var currentUser = evt.currentUser;</w:t>
        <w:br/>
        <w:t xml:space="preserve">    var previousUser = evt.previousUser;</w:t>
        <w:br/>
        <w:br/>
        <w:t xml:space="preserve">    // 上一个主讲，只在离开的情况为空</w:t>
        <w:br/>
        <w:t xml:space="preserve">    var previousElement = previousUser.element;</w:t>
        <w:br/>
        <w:t xml:space="preserve">    // 当前需要设置的主讲</w:t>
        <w:br/>
        <w:t xml:space="preserve">    var currentElement = currentUser.element;</w:t>
        <w:br/>
        <w:br/>
        <w:t xml:space="preserve">    rtc.remove(currentUser.streamId);</w:t>
        <w:br/>
        <w:br/>
        <w:t xml:space="preserve">    // 上一个是因为离开才切换的</w:t>
        <w:br/>
        <w:t xml:space="preserve">    if (previousUser.leave) {</w:t>
        <w:br/>
        <w:t xml:space="preserve">      // 设置到主讲位置</w:t>
        <w:br/>
        <w:t xml:space="preserve">      rtc.play(currentUser.streamId, {</w:t>
        <w:br/>
        <w:t xml:space="preserve">        element: document.getElementById('playerRTC')</w:t>
        <w:br/>
        <w:t xml:space="preserve">      });</w:t>
        <w:br/>
        <w:br/>
        <w:t xml:space="preserve">      // 上一个主讲已经离开，不需要原来的位置了，删掉元素</w:t>
        <w:br/>
        <w:t xml:space="preserve">      var pn = currentElement.parentNode;</w:t>
        <w:br/>
        <w:t xml:space="preserve">      pn &amp;&amp; pn.removeChild(currentElement);</w:t>
        <w:br/>
        <w:t xml:space="preserve">    } else {</w:t>
        <w:br/>
        <w:t xml:space="preserve">      // 设置到上一个主讲位置</w:t>
        <w:br/>
        <w:t xml:space="preserve">      rtc.remove(previousUser.streamId);</w:t>
        <w:br/>
        <w:t xml:space="preserve">      rtc.play(currentUser.streamId, {</w:t>
        <w:br/>
        <w:t xml:space="preserve">        element: previousElement</w:t>
        <w:br/>
        <w:t xml:space="preserve">      });</w:t>
        <w:br/>
        <w:br/>
        <w:t xml:space="preserve">      // 不是因为离开才切换的需要重新播放上一个主讲的流到新的位置</w:t>
        <w:br/>
        <w:t xml:space="preserve">      rtc.play(previousUser.streamId, {</w:t>
        <w:br/>
        <w:t xml:space="preserve">        element:  currentElement</w:t>
        <w:br/>
        <w:t xml:space="preserve">      });</w:t>
        <w:br/>
        <w:t xml:space="preserve">    }</w:t>
        <w:br/>
        <w:t>});</w:t>
      </w:r>
    </w:p>
    <w:p>
      <w:pPr>
        <w:pStyle w:val="Heading3"/>
      </w:pPr>
      <w:r>
        <w:t>`rtc.on('NETWORK_QUALITY',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当前用户的上下行网络质量，大约一到两秒触发一次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uplinkNetworkQuality 为上行质量，downlinkNetworkQuality为下行质量，取值</w:t>
      </w:r>
      <w:r>
        <w:rPr>
          <w:rFonts w:ascii="Menlo" w:hAnsi="Menlo"/>
          <w:color w:val="444444"/>
          <w:sz w:val="20"/>
        </w:rPr>
        <w:t>0|1|2|3|4|5|6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 网络质量未知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 网络质量优秀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 网络质量良好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3 网络质量一般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4 网络质量较差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5 网络质量糟糕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6 网络质量断开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rtc.on('NETWORK_QUALITY', function(evt) {</w:t>
        <w:br/>
        <w:t xml:space="preserve">      console.log('上行质量为:', evt.uplinkNetworkQuality);</w:t>
        <w:br/>
        <w:t xml:space="preserve">      console.log('下行质量为:', evt.downlinkNetworkQuality);</w:t>
        <w:br/>
        <w:t>});</w:t>
      </w:r>
    </w:p>
    <w:p>
      <w:pPr>
        <w:pStyle w:val="Heading3"/>
      </w:pPr>
      <w:r>
        <w:t>`rtc.on('INVITE_TO_MICROPHONE', callback: Function): void`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收到连麦邀请事件，此时可显示连麦邀请弹窗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rtc.on('INVITE_TO_MICROPHONE', function () {</w:t>
        <w:br/>
        <w:t xml:space="preserve">    rtc.openInviting();</w:t>
        <w:br/>
        <w:t>});</w:t>
      </w:r>
    </w:p>
    <w:p>
      <w:pPr>
        <w:pStyle w:val="Heading1"/>
      </w:pPr>
      <w:r>
        <w:t>注意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在无延迟模式下sdk会自行订阅用户流所以不会广播'USER_STREAM_ADDED', 'SWITCH_MASTER', 'USER_PEER_LEAVE'事件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在普通场景下连麦注意连麦成功后隐藏cdn播放器显示rtc，离开连麦后做恢复处理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连麦接入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