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live js api</w:t>
      </w:r>
    </w:p>
    <w:p>
      <w:pPr>
        <w:pStyle w:val="Heading1"/>
      </w:pPr>
      <w:r>
        <w:t>类</w:t>
      </w:r>
    </w:p>
    <w:p>
      <w:pPr>
        <w:pStyle w:val="Heading2"/>
      </w:pPr>
      <w:r>
        <w:t>概述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PolyvLiveSdk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是用于创建SDK实例的类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应用场景：当自己实现聊天室的功能时，可以使用到这两个属性</w:t>
      </w:r>
    </w:p>
    <w:p/>
    <w:p>
      <w:pPr>
        <w:pStyle w:val="Heading2"/>
      </w:pPr>
      <w:r>
        <w:t>类属性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返回数据类型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备注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:------------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----------------------------------------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------------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emotionLists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 表情数据列表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已废弃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emotionSearch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键值对为 [</w:t>
            </w:r>
            <w:r>
              <w:rPr>
                <w:rFonts w:ascii="Menlo" w:hAnsi="Menlo"/>
                <w:color w:val="444444"/>
                <w:sz w:val="17"/>
              </w:rPr>
              <w:t>表情title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]: </w:t>
            </w:r>
            <w:r>
              <w:rPr>
                <w:rFonts w:ascii="Menlo" w:hAnsi="Menlo"/>
                <w:color w:val="444444"/>
                <w:sz w:val="17"/>
              </w:rPr>
              <w:t>表情url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的对象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已废弃</w:t>
            </w:r>
          </w:p>
        </w:tc>
      </w:tr>
    </w:tbl>
    <w:p>
      <w:pPr>
        <w:spacing w:after="40"/>
      </w:pP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emotionLists 与 emotionSearch 已废弃不再维护，请使用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保利威表情 SDK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转换消息的表情内容。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全部表情 sprites 图片地址： https://livestatic.polyv.net/assets/images/em/default.png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获取表情数据列表</w:t>
        <w:br/>
        <w:t xml:space="preserve"> *</w:t>
        <w:br/>
        <w:t xml:space="preserve"> * @return {Array} - 表情数据列表</w:t>
        <w:br/>
        <w:t xml:space="preserve"> */</w:t>
        <w:br/>
        <w:t>// 示例代码</w:t>
        <w:br/>
        <w:t>console.log(PolyvLiveSdk.emotionLists);</w:t>
        <w:br/>
        <w:t>// 返回数据</w:t>
        <w:br/>
        <w:t>[</w:t>
        <w:br/>
        <w:t xml:space="preserve">    {</w:t>
        <w:br/>
        <w:t xml:space="preserve">        url: "https://livestatic.polyv.net/assets/images/em/1.png",</w:t>
        <w:br/>
        <w:t xml:space="preserve">        title: "微笑",</w:t>
        <w:br/>
        <w:t xml:space="preserve">        position: "0px 0px"</w:t>
        <w:br/>
        <w:t xml:space="preserve">    }</w:t>
        <w:br/>
        <w:t>]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获取表情对象</w:t>
        <w:br/>
        <w:t xml:space="preserve"> *</w:t>
        <w:br/>
        <w:t xml:space="preserve"> * @return {Object} - 对象</w:t>
        <w:br/>
        <w:t xml:space="preserve"> */</w:t>
        <w:br/>
        <w:t>// 示例代码</w:t>
        <w:br/>
        <w:t>console.log(PolyvLiveSdk.emotionSearch);</w:t>
        <w:br/>
        <w:t>// 返回数据</w:t>
        <w:br/>
        <w:t>{</w:t>
        <w:br/>
        <w:t xml:space="preserve">    NO: {</w:t>
        <w:br/>
        <w:t xml:space="preserve">        url: "https://livestatic.polyv.net/assets/images/em/89.png",</w:t>
        <w:br/>
        <w:t xml:space="preserve">        title: "NO",</w:t>
        <w:br/>
        <w:t xml:space="preserve">        position: "-4224px 0px"</w:t>
        <w:br/>
        <w:t xml:space="preserve">    }</w:t>
        <w:br/>
        <w:t>}</w:t>
      </w:r>
    </w:p>
    <w:p/>
    <w:p>
      <w:pPr>
        <w:pStyle w:val="Heading2"/>
      </w:pPr>
      <w:r>
        <w:t>类方法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方法名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getChannelInfo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获取频道信息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见下方示列代码块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previewPPT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预览指定的ppt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见下方示列代码块</w:t>
            </w:r>
          </w:p>
        </w:tc>
      </w:tr>
    </w:tbl>
    <w:p>
      <w:pPr>
        <w:spacing w:after="40"/>
      </w:pP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获取频道信息</w:t>
        <w:br/>
        <w:t xml:space="preserve"> *</w:t>
        <w:br/>
        <w:t xml:space="preserve"> * @param {string} channelId - 直播后台频道号</w:t>
        <w:br/>
        <w:t xml:space="preserve"> * @param {string} appId - polyv 后台的 appId：开发设置 =&gt; 开发者信息 =&gt; AppID（应用 ID ）</w:t>
        <w:br/>
        <w:t xml:space="preserve"> * @param {string} sign - 频道验证签名</w:t>
        <w:br/>
        <w:t xml:space="preserve"> * @param {string} timestamp - 当前 13 位毫秒级时间戳</w:t>
        <w:br/>
        <w:t xml:space="preserve"> * @return {Promise} - 标准 Promise 对象</w:t>
        <w:br/>
        <w:t xml:space="preserve"> */</w:t>
        <w:br/>
        <w:t>// 示例代码</w:t>
        <w:br/>
        <w:t>// 注：自动请求的接口：/live/v3/applet/sdk/get-channel-detail</w:t>
        <w:br/>
        <w:t>PolyvLiveSdk.getChannelInfo(channelId, appId, sign, timestamp)</w:t>
        <w:br/>
        <w:t xml:space="preserve">    .then(res =&gt; {</w:t>
        <w:br/>
        <w:t xml:space="preserve">        console.log(res);</w:t>
        <w:br/>
        <w:t xml:space="preserve">    })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ppt操作demo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预览指定的ppt</w:t>
        <w:br/>
        <w:t xml:space="preserve"> *</w:t>
        <w:br/>
        <w:t xml:space="preserve"> * @param {object} config - 配置对象</w:t>
        <w:br/>
        <w:t xml:space="preserve"> * @description config - config 列表:</w:t>
        <w:br/>
        <w:t xml:space="preserve"> *</w:t>
        <w:tab/>
        <w:t>el {DOMSeletor|string} - 需要显示预览ppt的dom选择器</w:t>
        <w:br/>
        <w:t xml:space="preserve"> *</w:t>
        <w:tab/>
        <w:t>autoId {number|string} - pptId</w:t>
        <w:br/>
        <w:t xml:space="preserve"> *</w:t>
        <w:tab/>
        <w:t>type {string} - ppt类型</w:t>
        <w:br/>
        <w:t xml:space="preserve"> *</w:t>
        <w:tab/>
        <w:t>width {number|string} - 可选，ppt宽，默认100%</w:t>
        <w:br/>
        <w:t xml:space="preserve"> *</w:t>
        <w:tab/>
        <w:t>height {number|string} - 可选，ppt高，默认100%</w:t>
        <w:br/>
        <w:t xml:space="preserve"> *</w:t>
        <w:tab/>
        <w:t>pptNav {boolean} - 可选，是否显示ppt控制控件，默认`true`</w:t>
        <w:br/>
        <w:t xml:space="preserve"> *</w:t>
        <w:tab/>
        <w:t>pptNavBottom {string} - 可选，ppt控制栏距离底部距离，例：`pptNavBottom: '50px'</w:t>
        <w:br/>
        <w:t xml:space="preserve"> * @return {function} - previewPPT 对象</w:t>
        <w:br/>
        <w:t xml:space="preserve"> */</w:t>
        <w:br/>
        <w:t>// 示例代码</w:t>
        <w:br/>
        <w:t>// 需要给 el 元素设置相对定位和宽高</w:t>
        <w:br/>
        <w:t>/*</w:t>
        <w:br/>
        <w:t>#previewPPT{</w:t>
        <w:br/>
        <w:t xml:space="preserve">    position: relative;</w:t>
        <w:br/>
        <w:t xml:space="preserve">    width: 500px;</w:t>
        <w:br/>
        <w:t xml:space="preserve">    height: 300px;</w:t>
        <w:br/>
        <w:t>}</w:t>
        <w:br/>
        <w:t>*/</w:t>
        <w:br/>
        <w:br/>
        <w:t>var previewPPT = PolyvLiveSdk.previewPPT({</w:t>
        <w:br/>
        <w:t xml:space="preserve">    el: '#previewPPT',</w:t>
        <w:br/>
        <w:t xml:space="preserve">    autoId: 1329757,</w:t>
        <w:br/>
        <w:t xml:space="preserve">    type: 'new'</w:t>
        <w:br/>
        <w:t>});</w:t>
        <w:br/>
        <w:br/>
        <w:t>// 示例事件</w:t>
        <w:br/>
        <w:t>previewPPT.on('success', function () {</w:t>
        <w:br/>
        <w:t xml:space="preserve">    console.log('预览成功');</w:t>
        <w:br/>
        <w:t>});</w:t>
        <w:br/>
        <w:br/>
        <w:t>previewPPT.on('error', function (err) {</w:t>
        <w:br/>
        <w:t xml:space="preserve">    console.log('预览失败', err);</w:t>
        <w:br/>
        <w:t>});</w:t>
        <w:br/>
        <w:br/>
        <w:t>previewPPT.on('pptStatusChange', function (err) {</w:t>
        <w:br/>
        <w:t xml:space="preserve">    console.log('当前页改变', err);</w:t>
        <w:br/>
        <w:t>});</w:t>
        <w:br/>
        <w:br/>
        <w:t>// 实例方法</w:t>
        <w:br/>
        <w:t>previewPPT.nextPPTPage(); // 使 ppt 切换到下一页，跟随模式下不能切到讲师未讲解的 ppt</w:t>
        <w:br/>
        <w:t>previewPPT.prevPPTPage(); // 使 ppt 切换到上一页</w:t>
        <w:br/>
        <w:br/>
        <w:t>// 销毁ppt预览实例</w:t>
        <w:br/>
        <w:t>//previewPPT.destroy()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</w:t>
      </w:r>
    </w:p>
    <w:p>
      <w:pPr>
        <w:pStyle w:val="Heading1"/>
      </w:pPr>
      <w:r>
        <w:t>实例</w:t>
      </w:r>
    </w:p>
    <w:p>
      <w:pPr>
        <w:pStyle w:val="Heading2"/>
      </w:pPr>
      <w:r>
        <w:t>概述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var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liveSdk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= new PolyvLiveSdk({})  // 创建sdk实列</w:t>
      </w:r>
    </w:p>
    <w:p/>
    <w:p>
      <w:pPr>
        <w:pStyle w:val="Heading2"/>
      </w:pPr>
      <w:r>
        <w:t>实例属性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可选值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频道id， 支持云课堂/直播助手/大班课发起的直播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POLYV 频道信息获取接口用到的签名 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请用channelId、timestamp、appId 三个字段拼接sign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 频道信息获取接口用到的时间戳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注：该时间戳需要与服务器端获取的签名一样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POLYV账号 appId，从 POLYV 后台获取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{user: string; userName: string; pic: string}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{    userId: '', // 用户id    userName: '', // 用户昵称    pic: '' // 用户头像，必须为是http/https/ // 开头链接}</w:t>
            </w:r>
            <w:r>
              <w:rPr>
                <w:rFonts w:ascii="Menlo" w:hAnsi="Menlo"/>
                <w:color w:val="444444"/>
                <w:sz w:val="17"/>
              </w:rPr>
              <w:t>userId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是聊天室中的用户唯一标识，两个相同的 </w:t>
            </w:r>
            <w:r>
              <w:rPr>
                <w:rFonts w:ascii="Menlo" w:hAnsi="Menlo"/>
                <w:color w:val="444444"/>
                <w:sz w:val="17"/>
              </w:rPr>
              <w:t>userId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登入聊天室后，后者会将前者踢出聊天室，因此不同的聊天室用户的 </w:t>
            </w:r>
            <w:r>
              <w:rPr>
                <w:rFonts w:ascii="Menlo" w:hAnsi="Menlo"/>
                <w:color w:val="444444"/>
                <w:sz w:val="17"/>
              </w:rPr>
              <w:t>userId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需要具有唯一性，生成建议如下：1. 如果您有用户系统，则使用用户系统中的用户 id 作为登入聊天室的 </w:t>
            </w:r>
            <w:r>
              <w:rPr>
                <w:rFonts w:ascii="Menlo" w:hAnsi="Menlo"/>
                <w:color w:val="444444"/>
                <w:sz w:val="17"/>
              </w:rPr>
              <w:t>userId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2. 如果您没有用户系统，则在后端生成高度随机的值作为登入聊天室的 </w:t>
            </w:r>
            <w:r>
              <w:rPr>
                <w:rFonts w:ascii="Menlo" w:hAnsi="Menlo"/>
                <w:color w:val="444444"/>
                <w:sz w:val="17"/>
              </w:rPr>
              <w:t>userId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，如：「时间戳 +5 位随机数」、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uuid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等，并将该 </w:t>
            </w:r>
            <w:r>
              <w:rPr>
                <w:rFonts w:ascii="Menlo" w:hAnsi="Menlo"/>
                <w:color w:val="444444"/>
                <w:sz w:val="17"/>
              </w:rPr>
              <w:t>userId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保存到 cookie 或本地存储（localStorage 或 sessionStorage）中，避免每次刷新页面后重新生成 </w:t>
            </w:r>
            <w:r>
              <w:rPr>
                <w:rFonts w:ascii="Menlo" w:hAnsi="Menlo"/>
                <w:color w:val="444444"/>
                <w:sz w:val="17"/>
              </w:rPr>
              <w:t>userId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updatePageview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设置后每当调用实例polyv的观看页上的累计观看人数会增加一个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是否连接聊天室，在直播模式下如果调用直播播放器必须连接聊天室，所以即使设置为</w:t>
            </w:r>
            <w:r>
              <w:rPr>
                <w:rFonts w:ascii="Menlo" w:hAnsi="Menlo"/>
                <w:color w:val="444444"/>
                <w:sz w:val="17"/>
              </w:rPr>
              <w:t>false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，在初始化直播播放器时会自动连接聊天室，回放模式下可以不连接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keepChatDisabled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直播模式是否保持不连接聊天室，在</w:t>
            </w:r>
            <w:r>
              <w:rPr>
                <w:rFonts w:ascii="Menlo" w:hAnsi="Menlo"/>
                <w:color w:val="444444"/>
                <w:sz w:val="17"/>
              </w:rPr>
              <w:t>chat: false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设置后回放的场景会不连接聊天室，直播时会连接聊天室，如果需要在直播时需要保持聊天室关闭可设置该参数。需要注意的是设置后需要依赖聊天室信令的功能会不可用，如PPT、无延迟、连麦、互动功能等，</w:t>
            </w:r>
            <w:r>
              <w:rPr>
                <w:rFonts w:ascii="Menlo" w:hAnsi="Menlo"/>
                <w:color w:val="444444"/>
                <w:sz w:val="17"/>
              </w:rPr>
              <w:t>chat: false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设置后该参数才会生效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'zh_CN' \| 'en'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'zh_CN'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设置播放器语言'zh_CN' : 中文 'en': 英文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播放器统计参数 param1、param2，param3被预设为userId和userName以及直播状态，所以设置无效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param5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播放器统计参数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跑马灯的授权参数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socket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此参数默认会创建socket，同时支持外部传入socket或聊天室sdk的socket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注：若使用聊天室sdk或者自行创建的聊天室，必须把实例出来的socket传入到此字段，不然会导致重复登录聊天室出现异常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使用方式：见如下示列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lotteryEnabled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'Y' \| 'N'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设置为'N'时，进行普通抽奖时会过滤当前用户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直播sdk&amp;聊天室sdk 示例代码（以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polyv聊天室SDK</w:t>
      </w:r>
      <w:r>
        <w:rPr>
          <w:rFonts w:ascii="Source Han Sans SC" w:hAnsi="Source Han Sans SC" w:eastAsia="Source Han Sans SC" w:cs="Source Han Sans SC" w:hint="eastAsia"/>
          <w:sz w:val="21"/>
        </w:rPr>
        <w:t>为例）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var chatroom = new PolyvChatRoom({  //实例聊天室SDK</w:t>
        <w:br/>
        <w:t xml:space="preserve">  roomId: channelId,</w:t>
        <w:br/>
        <w:t xml:space="preserve">  userId: userId,</w:t>
        <w:br/>
        <w:t xml:space="preserve">  nick: userName,</w:t>
        <w:br/>
        <w:t xml:space="preserve">  pic: pic,</w:t>
        <w:br/>
        <w:t xml:space="preserve">  userType: 'slice'</w:t>
        <w:br/>
        <w:t>});</w:t>
        <w:br/>
        <w:br/>
        <w:t>var liveSDK = new PolyvLiveSdk({   //实例直播SDK</w:t>
        <w:br/>
        <w:t xml:space="preserve">  channelId: channelId,</w:t>
        <w:br/>
        <w:t xml:space="preserve">  appId: appId,</w:t>
        <w:br/>
        <w:t xml:space="preserve">  sign: sign,</w:t>
        <w:br/>
        <w:t xml:space="preserve">  timestamp: timestamp,</w:t>
        <w:br/>
        <w:t xml:space="preserve">  socket: chatroom.chat.socket,    //传入聊天室的socket</w:t>
        <w:br/>
        <w:t xml:space="preserve">  user: {</w:t>
        <w:br/>
        <w:t xml:space="preserve">    userId: userId,</w:t>
        <w:br/>
        <w:t xml:space="preserve">    userName: userName,</w:t>
        <w:br/>
        <w:t xml:space="preserve">    pic: pic</w:t>
        <w:br/>
        <w:t xml:space="preserve">  }</w:t>
        <w:br/>
        <w:t>});</w:t>
        <w:br/>
      </w:r>
    </w:p>
    <w:p/>
    <w:p>
      <w:pPr>
        <w:pStyle w:val="Heading1"/>
      </w:pPr>
      <w:r>
        <w:t>实例方法</w:t>
      </w:r>
    </w:p>
    <w:p>
      <w:pPr>
        <w:pStyle w:val="Heading2"/>
      </w:pPr>
      <w:r>
        <w:t>1.初始化播放器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说明：初始化播放器，必须在频道信息事件触发后调用参数：</w:t>
      </w:r>
      <w:r>
        <w:rPr>
          <w:rFonts w:ascii="Menlo" w:hAnsi="Menlo"/>
          <w:color w:val="444444"/>
          <w:sz w:val="20"/>
        </w:rPr>
        <w:t>config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播放器配置对象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使用：liveSdk.setupPlayer(config: object)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var config = {</w:t>
        <w:br/>
        <w:t xml:space="preserve">    pptEl: '#ppt',</w:t>
        <w:br/>
        <w:t xml:space="preserve">    el: '#player',</w:t>
        <w:br/>
        <w:t xml:space="preserve">    type: 'auto',</w:t>
        <w:br/>
        <w:t xml:space="preserve">    autoplay: false,</w:t>
        <w:br/>
        <w:t xml:space="preserve">    audioMode: false,</w:t>
        <w:br/>
        <w:t xml:space="preserve">    width: '100%',</w:t>
        <w:br/>
        <w:t xml:space="preserve">    height: '100%',</w:t>
        <w:br/>
        <w:t xml:space="preserve">    pptWidth: '100%',</w:t>
        <w:br/>
        <w:t xml:space="preserve">    pptHeight: '100%',</w:t>
        <w:br/>
        <w:t xml:space="preserve">    controllerPosition: 'ppt',</w:t>
        <w:br/>
        <w:t xml:space="preserve">    controller: true,</w:t>
        <w:br/>
        <w:t xml:space="preserve">    pptNav: true,</w:t>
        <w:br/>
        <w:t xml:space="preserve">    // 回放模式需要fileId、url、sessionId</w:t>
        <w:br/>
        <w:t xml:space="preserve">    fileId: undefined,</w:t>
        <w:br/>
        <w:t xml:space="preserve">    url: undefined,</w:t>
        <w:br/>
        <w:t xml:space="preserve">    sessionId: undefined</w:t>
        <w:br/>
        <w:t>}</w:t>
        <w:br/>
        <w:t>// 监听频道信息并初始化播放器</w:t>
        <w:br/>
        <w:t>liveSdk.on(PolyvLiveSdk.EVENTS.CHANNEL_DATA_INIT, (event, data) =&gt; {</w:t>
        <w:br/>
        <w:t xml:space="preserve">  liveSdk.setupPlayer(config);</w:t>
        <w:br/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参数说明：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可选值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el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id或class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讲师区域元素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pptEl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id或class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 文档元素选择器，非云课堂（三分屏）可不填，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注：仅在三分屏生效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 \| 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'100%'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讲师区域宽度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 \| 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'100%'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讲师区域高度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pptWidth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 \| 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'100%'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ppt区域宽度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pptHeight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 \| 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'100%'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ppt区域高度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'auto' \| 'live' \| 'vod' \| 'record'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'auto'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播放器播放类型，选择</w:t>
            </w:r>
            <w:r>
              <w:rPr>
                <w:rFonts w:ascii="Menlo" w:hAnsi="Menlo"/>
                <w:color w:val="444444"/>
                <w:sz w:val="17"/>
              </w:rPr>
              <w:t>'auto'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后，播放器会以直播-&gt;回放列表视频-&gt;第一个暂存视频（优先级由大到小）的优先级播放</w:t>
            </w:r>
            <w:r>
              <w:rPr>
                <w:rFonts w:ascii="Menlo" w:hAnsi="Menlo"/>
                <w:color w:val="444444"/>
                <w:sz w:val="17"/>
              </w:rPr>
              <w:t>'auto'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 根据频道实际设置自动选择播放类型</w:t>
            </w:r>
            <w:r>
              <w:rPr>
                <w:rFonts w:ascii="Menlo" w:hAnsi="Menlo"/>
                <w:color w:val="444444"/>
                <w:sz w:val="17"/>
              </w:rPr>
              <w:t>'live'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: 直播</w:t>
            </w:r>
            <w:r>
              <w:rPr>
                <w:rFonts w:ascii="Menlo" w:hAnsi="Menlo"/>
                <w:color w:val="444444"/>
                <w:sz w:val="17"/>
              </w:rPr>
              <w:t>'vod'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 回放</w:t>
            </w:r>
            <w:r>
              <w:rPr>
                <w:rFonts w:ascii="Menlo" w:hAnsi="Menlo"/>
                <w:color w:val="444444"/>
                <w:sz w:val="17"/>
              </w:rPr>
              <w:t>'record'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 暂存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pptType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'vod' \| 'record'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'vod'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 ppt 类型。用于</w:t>
            </w:r>
            <w:r>
              <w:rPr>
                <w:rFonts w:ascii="Menlo" w:hAnsi="Menlo"/>
                <w:color w:val="444444"/>
                <w:sz w:val="17"/>
              </w:rPr>
              <w:t>type: 'vod'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模式下指定ppt类型，可选</w:t>
            </w:r>
            <w:r>
              <w:rPr>
                <w:rFonts w:ascii="Menlo" w:hAnsi="Menlo"/>
                <w:color w:val="444444"/>
                <w:sz w:val="17"/>
              </w:rPr>
              <w:t>'record'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Menlo" w:hAnsi="Menlo"/>
                <w:color w:val="444444"/>
                <w:sz w:val="17"/>
              </w:rPr>
              <w:t>'vod'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,在使用指定暂存场景回放场次时可设置为</w:t>
            </w:r>
            <w:r>
              <w:rPr>
                <w:rFonts w:ascii="Menlo" w:hAnsi="Menlo"/>
                <w:color w:val="444444"/>
                <w:sz w:val="17"/>
              </w:rPr>
              <w:t>'record'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，回放列表可不设置，若调用</w:t>
            </w:r>
            <w:r>
              <w:rPr>
                <w:rFonts w:ascii="Menlo" w:hAnsi="Menlo"/>
                <w:color w:val="444444"/>
                <w:sz w:val="17"/>
              </w:rPr>
              <w:t>player.switchVod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切换回正常回放列表的场次需传入</w:t>
            </w:r>
            <w:r>
              <w:rPr>
                <w:rFonts w:ascii="Menlo" w:hAnsi="Menlo"/>
                <w:color w:val="444444"/>
                <w:sz w:val="17"/>
              </w:rPr>
              <w:t>'vod'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修改为回放列表类型</w:t>
            </w: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178321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7538059d1882c73-docx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17832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vodType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'playback' \| 'vod'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设置播放回放类型。用于</w:t>
            </w:r>
            <w:r>
              <w:rPr>
                <w:rFonts w:ascii="Menlo" w:hAnsi="Menlo"/>
                <w:color w:val="444444"/>
                <w:sz w:val="17"/>
              </w:rPr>
              <w:t>type: 'vod'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模式下回放播放列表类型(</w:t>
            </w:r>
            <w:r>
              <w:rPr>
                <w:rFonts w:ascii="Menlo" w:hAnsi="Menlo"/>
                <w:color w:val="444444"/>
                <w:sz w:val="17"/>
              </w:rPr>
              <w:t>playback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-回放列表，</w:t>
            </w:r>
            <w:r>
              <w:rPr>
                <w:rFonts w:ascii="Menlo" w:hAnsi="Menlo"/>
                <w:color w:val="444444"/>
                <w:sz w:val="17"/>
              </w:rPr>
              <w:t>vod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-点播列表)，设置为</w:t>
            </w:r>
            <w:r>
              <w:rPr>
                <w:rFonts w:ascii="Menlo" w:hAnsi="Menlo"/>
                <w:color w:val="444444"/>
                <w:sz w:val="17"/>
              </w:rPr>
              <w:t>vod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后将使用点播播放器播放，使用点播vid播放，流量将统计到点播平台，所以vid为必填值，若设置</w:t>
            </w:r>
            <w:r>
              <w:rPr>
                <w:rFonts w:ascii="Menlo" w:hAnsi="Menlo"/>
                <w:color w:val="444444"/>
                <w:sz w:val="17"/>
              </w:rPr>
              <w:t>type: 'auto'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，如果当前播放的是回放则按点播列表播放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vodToken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((vid: string, next: (data: VodToken) =&gt; void) =&gt; void) \| VodToken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点播加密视频校验参数，若确认播放的点播视频存在加密视频则需要传入校验参数，可参考 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播放加密视频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示列：</w:t>
            </w: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26764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d936623ca614ec2c-docx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2676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responseSettings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fasle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在设置自动播放模式</w:t>
            </w:r>
            <w:r>
              <w:rPr>
                <w:rFonts w:ascii="Menlo" w:hAnsi="Menlo"/>
                <w:color w:val="444444"/>
                <w:sz w:val="17"/>
              </w:rPr>
              <w:t>type: 'auto'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时播放回放是否按照Polyv后台设置播放视频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autoplay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是否自动播放，移动端因为浏览器限制，可能不生效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audioMode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讲师画面以音频模式播放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注：仅在移动端生效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controller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是否显示控制栏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注：因为设备兼容问题，在移动端中建议显示控制栏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controllerPosition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'ppt' \| 'player'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'ppt'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控制栏显示在哪个区域</w:t>
            </w:r>
            <w:r>
              <w:rPr>
                <w:rFonts w:ascii="Menlo" w:hAnsi="Menlo"/>
                <w:color w:val="444444"/>
                <w:sz w:val="17"/>
              </w:rPr>
              <w:t>'ppt'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 ppt区域</w:t>
            </w:r>
            <w:r>
              <w:rPr>
                <w:rFonts w:ascii="Menlo" w:hAnsi="Menlo"/>
                <w:color w:val="444444"/>
                <w:sz w:val="17"/>
              </w:rPr>
              <w:t>'player'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 讲师区域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注：因为考虑到兼容的问题，该设置只在 PC 端的三分屏生效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fixedController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固定显示控制栏，设置后控制栏不跟随鼠标离开隐藏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注：仅在 PC 端生效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pptNav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是否显示ppt控制控件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注：仅在三分屏生效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pptNavBottom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ppt控制栏距离底部距离，例：</w:t>
            </w:r>
            <w:r>
              <w:rPr>
                <w:rFonts w:ascii="Menlo" w:hAnsi="Menlo"/>
                <w:color w:val="444444"/>
                <w:sz w:val="17"/>
              </w:rPr>
              <w:t>pptNavBottom: '50px'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注：仅在三分屏生效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pptPlaceholder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是否在直播模式并且当前暂无直播时在ppt区域显示占位图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注：仅在三分屏生效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ppt数据id，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回放模式必填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回放视频链接，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回放模式必填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clipSessionId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裁剪合并视频id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回放id，回放模式下传入该参数，可不传</w:t>
            </w:r>
            <w:r>
              <w:rPr>
                <w:rFonts w:ascii="Menlo" w:hAnsi="Menlo"/>
                <w:color w:val="444444"/>
                <w:sz w:val="17"/>
              </w:rPr>
              <w:t>fileId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Menlo" w:hAnsi="Menlo"/>
                <w:color w:val="444444"/>
                <w:sz w:val="17"/>
              </w:rPr>
              <w:t>url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Menlo" w:hAnsi="Menlo"/>
                <w:color w:val="444444"/>
                <w:sz w:val="17"/>
              </w:rPr>
              <w:t>sessionId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barrage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是否开启弹幕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defaultBarrageStatus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播放器加载时弹幕转台是否显示开启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switchPlayer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是否在控制栏显示ppt与player切换按钮，用于实现主副屏切换，需要监听player实例的</w:t>
            </w:r>
            <w:r>
              <w:rPr>
                <w:rFonts w:ascii="Menlo" w:hAnsi="Menlo"/>
                <w:color w:val="444444"/>
                <w:sz w:val="17"/>
              </w:rPr>
              <w:t>'switchPlayer'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事件做处理，移动端不响应该事件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注：仅在三分屏生效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controllerEl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HTMLElement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控制栏区域，设置后控制栏不跟随ppt与播放器的位置，设置后点击全屏会将控制栏所在元素全屏，可以实现全屏后同时显示ppt与讲师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注：仅在三分屏生效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useH5Page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是否开启微信端H5page设置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fullscreenEl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HTMLELement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可设置点击控制栏全屏按钮进入全屏的元素，也可以使用</w:t>
            </w:r>
            <w:r>
              <w:rPr>
                <w:rFonts w:ascii="Menlo" w:hAnsi="Menlo"/>
                <w:color w:val="444444"/>
                <w:sz w:val="17"/>
              </w:rPr>
              <w:t>liveSdk.player.setFullscreenEl(el?: HTMLElement): void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更新设置，el为空时则使用默认值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注：仅在PC端非IE的场景下生效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设置部分播放器样式{playerBackgroundImage：'string' \| false，</w:t>
            </w:r>
            <w:r>
              <w:rPr>
                <w:rFonts w:ascii="Menlo" w:hAnsi="Menlo"/>
                <w:color w:val="444444"/>
                <w:sz w:val="17"/>
              </w:rPr>
              <w:t>// 讲师背景图，false 去掉默认背景图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playerBackgroundColor：'', </w:t>
            </w:r>
            <w:r>
              <w:rPr>
                <w:rFonts w:ascii="Menlo" w:hAnsi="Menlo"/>
                <w:color w:val="444444"/>
                <w:sz w:val="17"/>
              </w:rPr>
              <w:t>// 讲师背景颜色(css颜色，如'red'、'#ffffff'、'rgb(0,0,0)')，注意设置后可能被背景图遮挡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pptBackgroundImage： '', </w:t>
            </w:r>
            <w:r>
              <w:rPr>
                <w:rFonts w:ascii="Menlo" w:hAnsi="Menlo"/>
                <w:color w:val="444444"/>
                <w:sz w:val="17"/>
              </w:rPr>
              <w:t>// ppt背景图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pptBackgroundColor：'' </w:t>
            </w:r>
            <w:r>
              <w:rPr>
                <w:rFonts w:ascii="Menlo" w:hAnsi="Menlo"/>
                <w:color w:val="444444"/>
                <w:sz w:val="17"/>
              </w:rPr>
              <w:t>// ppt背景颜色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}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showPPTFullscreenButton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是否在ppt中显示全屏按钮该全屏效果只是实现页面全屏，可能会与页面本身样式有冲突导致全屏时样式异常，所以开发时如果用到该功能注意看看有没有样式冲突，有的话可监听</w:t>
            </w:r>
            <w:r>
              <w:rPr>
                <w:rFonts w:ascii="Menlo" w:hAnsi="Menlo"/>
                <w:color w:val="444444"/>
                <w:sz w:val="17"/>
              </w:rPr>
              <w:t>liveSdk.player.on('PPTFullscreenChange')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事件进行调整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注：仅在移动端生效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warmUpImg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设置暖场图片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warmUpImgType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'contain' \| 'cover'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'cover'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设置暖场图片的适配方式'cover' : 拉伸覆盖'contain' : 保持图片比例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warmUpImgBgColor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'#212121'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十六进制颜色值,当warmUpImgType设置为contain  时,设置图片未覆盖区域的颜色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注：仅在移动端生效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skinConfig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修改播放器非直播状态、音频模式、直播暂停时占位图{streamStop: '' , </w:t>
            </w:r>
            <w:r>
              <w:rPr>
                <w:rFonts w:ascii="Menlo" w:hAnsi="Menlo"/>
                <w:color w:val="444444"/>
                <w:sz w:val="17"/>
              </w:rPr>
              <w:t>// 图片地址，用于修改暂无直播时居中图标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streamStopTxt: '', </w:t>
            </w:r>
            <w:r>
              <w:rPr>
                <w:rFonts w:ascii="Menlo" w:hAnsi="Menlo"/>
                <w:color w:val="444444"/>
                <w:sz w:val="17"/>
              </w:rPr>
              <w:t>// 用于修改暂无直播时显示的文字，默认为'当前暂无直播'，需要streamStop有效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streamPause: '', </w:t>
            </w:r>
            <w:r>
              <w:rPr>
                <w:rFonts w:ascii="Menlo" w:hAnsi="Menlo"/>
                <w:color w:val="444444"/>
                <w:sz w:val="17"/>
              </w:rPr>
              <w:t>// 图片地址，用于修改直播暂停状态时居中图标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streamPauseTxt: '', </w:t>
            </w:r>
            <w:r>
              <w:rPr>
                <w:rFonts w:ascii="Menlo" w:hAnsi="Menlo"/>
                <w:color w:val="444444"/>
                <w:sz w:val="17"/>
              </w:rPr>
              <w:t>// 用于修改直播暂停时显示的文字，默认为'休息一会 稍后继续'，需要streamPause有效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audioMode: '', </w:t>
            </w:r>
            <w:r>
              <w:rPr>
                <w:rFonts w:ascii="Menlo" w:hAnsi="Menlo"/>
                <w:color w:val="444444"/>
                <w:sz w:val="17"/>
              </w:rPr>
              <w:t>// 图片地址，用于修改音频模式时居中图标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audioModeTxt: '', </w:t>
            </w:r>
            <w:r>
              <w:rPr>
                <w:rFonts w:ascii="Menlo" w:hAnsi="Menlo"/>
                <w:color w:val="444444"/>
                <w:sz w:val="17"/>
              </w:rPr>
              <w:t>// 用于修改音频模式时显示的文字，默认为'当前为音频模式',需要audioMode有效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audioModeVod: '', </w:t>
            </w:r>
            <w:r>
              <w:rPr>
                <w:rFonts w:ascii="Menlo" w:hAnsi="Menlo"/>
                <w:color w:val="444444"/>
                <w:sz w:val="17"/>
              </w:rPr>
              <w:t>// 用于修改音频模式回放背景占位图，优先级低于audioMode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bgColor: '', </w:t>
            </w:r>
            <w:r>
              <w:rPr>
                <w:rFonts w:ascii="Menlo" w:hAnsi="Menlo"/>
                <w:color w:val="444444"/>
                <w:sz w:val="17"/>
              </w:rPr>
              <w:t>// 设置streamStop, streamPause,  audioMode后自定义的背景颜色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}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webviewAutoplay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webview场景支持自动播放(需要webview支持自动播放) 非webview场景也可以使用，强制自动播放，安卓端可能会有黑屏问题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注：仅在直播以及直播回放生效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speed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是否显示切换倍速控件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webPageFullScreen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是否开启网页全屏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注：仅在移动端生效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fullScreenOrientation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'portrait' \ 'landscape' \ 'none'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'none'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网页全屏方向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注：仅在移动端生效</w:t>
            </w:r>
          </w:p>
        </w:tc>
      </w:tr>
    </w:tbl>
    <w:p>
      <w:pPr>
        <w:spacing w:after="40"/>
      </w:pPr>
    </w:p>
    <w:p/>
    <w:p>
      <w:pPr>
        <w:pStyle w:val="Heading2"/>
      </w:pPr>
      <w:r>
        <w:t>2.重新加载播放器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说明：目前支持播放器播放类型为</w:t>
      </w:r>
      <w:r>
        <w:rPr>
          <w:rFonts w:ascii="Menlo" w:hAnsi="Menlo"/>
          <w:color w:val="444444"/>
          <w:sz w:val="20"/>
        </w:rPr>
        <w:t>live</w:t>
      </w:r>
      <w:r>
        <w:rPr>
          <w:rFonts w:ascii="Source Han Sans SC" w:hAnsi="Source Han Sans SC" w:eastAsia="Source Han Sans SC" w:cs="Source Han Sans SC" w:hint="eastAsia"/>
          <w:sz w:val="21"/>
        </w:rPr>
        <w:t>场景的使用，比如当前客户端没有推流，用户打开了页面，过一段时间后客户端开始推流可以调用该方法刷新播放器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使用：`liveSdk.reloadPlayer():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liveSdk.setupPlayer({</w:t>
        <w:br/>
        <w:t xml:space="preserve">  // ...</w:t>
        <w:br/>
        <w:t xml:space="preserve">  type: 'live'</w:t>
        <w:br/>
        <w:t xml:space="preserve">  // ...</w:t>
        <w:br/>
        <w:t>});</w:t>
        <w:br/>
        <w:br/>
        <w:t>// 监听流状态变化刷新播放器</w:t>
        <w:br/>
        <w:t>liveSdk.on(PolyvLiveSdk.EVENTS.STREAM_UPDATE, function() {</w:t>
        <w:br/>
        <w:t xml:space="preserve">  console.log('流状态改变');</w:t>
        <w:br/>
        <w:t xml:space="preserve">  liveSdk.reloadPlayer();</w:t>
        <w:br/>
        <w:t>});</w:t>
      </w:r>
    </w:p>
    <w:p/>
    <w:p>
      <w:pPr>
        <w:pStyle w:val="Heading2"/>
      </w:pPr>
      <w:r>
        <w:t>3.设置token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说明：SDK设置接口token，用于一些互动的功能接口的请求，如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点赞</w:t>
      </w:r>
      <w:r>
        <w:rPr>
          <w:rFonts w:ascii="Source Han Sans SC" w:hAnsi="Source Han Sans SC" w:eastAsia="Source Han Sans SC" w:cs="Source Han Sans SC" w:hint="eastAsia"/>
          <w:sz w:val="21"/>
        </w:rPr>
        <w:t>（调用点赞前需要调用此方法设置token）。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参数：</w:t>
      </w:r>
      <w:r>
        <w:rPr>
          <w:rFonts w:ascii="Menlo" w:hAnsi="Menlo"/>
          <w:color w:val="444444"/>
          <w:sz w:val="20"/>
        </w:rPr>
        <w:t>token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获取方法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使用：`liveSdk.setApiToken(token: string)`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liveSdk.setApiToken('token');</w:t>
      </w:r>
    </w:p>
    <w:p/>
    <w:p>
      <w:pPr>
        <w:pStyle w:val="Heading2"/>
      </w:pPr>
      <w:r>
        <w:t>4.切换回放场次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说明：换回放场次，用于切换具体播放场次视频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参数：</w:t>
      </w:r>
      <w:r>
        <w:rPr>
          <w:rFonts w:ascii="Menlo" w:hAnsi="Menlo"/>
          <w:color w:val="444444"/>
          <w:sz w:val="20"/>
        </w:rPr>
        <w:t>sessionData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需要播放场次的场次数据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使用：`liveSdk.switchVod(sessionData: object)`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回放操作demo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切换回放场次，用于切换具体播放场次视频</w:t>
        <w:br/>
        <w:t xml:space="preserve"> *</w:t>
        <w:br/>
        <w:t xml:space="preserve"> * @param {object} sessionData - 需要播放场次的场次数据</w:t>
        <w:br/>
        <w:t xml:space="preserve"> * @return</w:t>
        <w:br/>
        <w:t xml:space="preserve"> */</w:t>
        <w:br/>
        <w:br/>
        <w:t>liveSdk.setupPlayer({</w:t>
        <w:br/>
        <w:t xml:space="preserve">  // ...</w:t>
        <w:br/>
        <w:t xml:space="preserve">  type: 'vod'</w:t>
        <w:br/>
        <w:t xml:space="preserve">  fileId,</w:t>
        <w:br/>
        <w:t xml:space="preserve">  url,</w:t>
        <w:br/>
        <w:t xml:space="preserve">  sessionId</w:t>
        <w:br/>
        <w:t>});</w:t>
        <w:br/>
        <w:t>// data 数据是该场次数据，可通过 liveSdk.getPlaybackLists(...) 获取</w:t>
        <w:br/>
        <w:t>liveSdk.switchVod({</w:t>
        <w:br/>
        <w:t xml:space="preserve">  fileId: data.videoId,</w:t>
        <w:br/>
        <w:t xml:space="preserve">  url: data.url,</w:t>
        <w:br/>
        <w:t xml:space="preserve">  sessionId: data.channelSessionId</w:t>
        <w:br/>
        <w:t>});</w:t>
        <w:br/>
        <w:br/>
        <w:t>//or</w:t>
        <w:br/>
        <w:t>liveSdk.setupPlayer({</w:t>
        <w:br/>
        <w:t xml:space="preserve">  // ...</w:t>
        <w:br/>
        <w:t xml:space="preserve">  type: 'vod'</w:t>
        <w:br/>
        <w:t xml:space="preserve">  vid</w:t>
        <w:br/>
        <w:t>});</w:t>
        <w:br/>
        <w:t>liveSdk.switchVod({</w:t>
        <w:br/>
        <w:t xml:space="preserve">  vid: data.videoPoolId</w:t>
        <w:br/>
        <w:t>});</w:t>
      </w:r>
    </w:p>
    <w:p/>
    <w:p>
      <w:pPr>
        <w:pStyle w:val="Heading2"/>
      </w:pPr>
      <w:r>
        <w:t>5.获取回放列表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说明：换回放场次，用于切换具体播放场次视频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使用：`liveSdk.getPlaybackLists(page: number, pageSize: number, type: 'playback'|'vod' = 'playback): Promise`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liveSdk.getPlaybackLists(1, 5)</w:t>
        <w:br/>
        <w:t>.then(function(data) {</w:t>
        <w:br/>
        <w:t xml:space="preserve">    console.log(data);</w:t>
        <w:br/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参数说明：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playback: 回放列表vod: 点播列表，点播列表需要用点播播放器播放</w:t>
            </w:r>
          </w:p>
        </w:tc>
      </w:tr>
    </w:tbl>
    <w:p>
      <w:pPr>
        <w:spacing w:after="40"/>
      </w:pPr>
    </w:p>
    <w:p/>
    <w:p>
      <w:pPr>
        <w:pStyle w:val="Heading2"/>
      </w:pPr>
      <w:r>
        <w:t>6.获取章节列表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说明：获取章节列表，仅在三分屏生效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使用：`liveSdk.getChapterLists(fileId: string, type: string): Promise`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获取章节列表，注：仅在三分屏生效</w:t>
        <w:br/>
        <w:t xml:space="preserve"> * @return {Promise} - 标准 Promise 对象</w:t>
        <w:br/>
        <w:t xml:space="preserve"> */</w:t>
        <w:br/>
        <w:t>// 示例代码</w:t>
        <w:br/>
        <w:t>liveSdk.getChapterLists('28acd4bd4526a6daa8368949e7c31713', 'record')</w:t>
        <w:br/>
        <w:t xml:space="preserve">    .then(res =&gt; {</w:t>
        <w:br/>
        <w:t xml:space="preserve">        console.log(res);</w:t>
        <w:br/>
        <w:t xml:space="preserve">    })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参数说明：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ppt数据id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章节类型playback：回放record: 暂存</w:t>
            </w:r>
          </w:p>
        </w:tc>
      </w:tr>
    </w:tbl>
    <w:p>
      <w:pPr>
        <w:spacing w:after="40"/>
      </w:pPr>
    </w:p>
    <w:p/>
    <w:p>
      <w:pPr>
        <w:pStyle w:val="Heading2"/>
      </w:pPr>
      <w:r>
        <w:t>7.发送聊天消息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说明：发送聊天消息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使用：`liveSdk.send(message: string, callback?: (data: string) =&gt; void):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发送聊天信息</w:t>
        <w:br/>
        <w:t xml:space="preserve"> */</w:t>
        <w:br/>
        <w:t>// 示例代码</w:t>
        <w:br/>
        <w:t>liveSdk.send('这是一条聊天信息')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参数说明：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聊天内容</w:t>
            </w:r>
          </w:p>
        </w:tc>
      </w:tr>
    </w:tbl>
    <w:p>
      <w:pPr>
        <w:spacing w:after="40"/>
      </w:pPr>
    </w:p>
    <w:p/>
    <w:p>
      <w:pPr>
        <w:pStyle w:val="Heading2"/>
      </w:pPr>
      <w:r>
        <w:t>8.向讲师发送提问私聊信息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说明：向讲师发送提问私聊信息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使用：`liveSdk.sendQuestion(message: string):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向讲师发送提问私聊信息</w:t>
        <w:br/>
        <w:t xml:space="preserve"> */</w:t>
        <w:br/>
        <w:t>// 示例代码</w:t>
        <w:br/>
        <w:t>liveSdk.sendQuestion('这是一条提问信息')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参数说明：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私聊内容</w:t>
            </w:r>
          </w:p>
        </w:tc>
      </w:tr>
    </w:tbl>
    <w:p>
      <w:pPr>
        <w:spacing w:after="40"/>
      </w:pPr>
    </w:p>
    <w:p/>
    <w:p>
      <w:pPr>
        <w:pStyle w:val="Heading2"/>
      </w:pPr>
      <w:r>
        <w:t>9.发送答题卡回答内容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说明：发送答题卡回答内容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使用：`liveSdk.sendAnswer(option: string, questionId: string, callback: Function):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发送答题卡回答内容。</w:t>
        <w:br/>
        <w:t xml:space="preserve"> * 1.结合 PolyvLiveSdk.EVENTS.GET_TEST_QUESTION_CONTENT 使用，获取到 questionId。</w:t>
        <w:br/>
        <w:t xml:space="preserve"> * 2.结合 PolyvLiveSdk.EVENTS.GET_TEST_QUESTION_RESULT 获取到答题卡结果，需要讲师点击发送结果。</w:t>
        <w:br/>
        <w:t xml:space="preserve"> * 3.结合 PolyvLiveSdk.EVENTS.STOP_TEST_QUESTION，了解到讲师停止答题。</w:t>
        <w:br/>
        <w:t xml:space="preserve"> */</w:t>
        <w:br/>
        <w:t>// 示例代码</w:t>
        <w:br/>
        <w:t>liveSdk.sendAnswer(</w:t>
        <w:br/>
        <w:t xml:space="preserve">    option,</w:t>
        <w:br/>
        <w:t xml:space="preserve">    questionId,</w:t>
        <w:br/>
        <w:t xml:space="preserve">    function (res) {</w:t>
        <w:br/>
        <w:t xml:space="preserve">        console.log(res);</w:t>
        <w:br/>
        <w:t xml:space="preserve">    }</w:t>
        <w:br/>
        <w:t>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参数说明：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答题卡答案， 'A' \| 'ABC'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答题卡题目id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callback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Function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发送成功回调</w:t>
            </w:r>
          </w:p>
        </w:tc>
      </w:tr>
    </w:tbl>
    <w:p>
      <w:pPr>
        <w:spacing w:after="40"/>
      </w:pPr>
    </w:p>
    <w:p/>
    <w:p>
      <w:pPr>
        <w:pStyle w:val="Heading2"/>
      </w:pPr>
      <w:r>
        <w:t>10.发送自定义消息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说明：发送自定义消息，聊天室会广播这些信息，由用户自行定义数据结构，除观看端外，其他端收到消息不会解析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使用：`liveSdk.sendCustomMessage(messsage: object, callback?: (data: Object) =&gt; void):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发送自定义消息，聊天室会广播这些信息，由用户自行定义数据结构</w:t>
        <w:br/>
        <w:t xml:space="preserve"> *</w:t>
        <w:br/>
        <w:t xml:space="preserve"> * @param {object} - config 配置对象</w:t>
        <w:br/>
        <w:t xml:space="preserve"> */</w:t>
        <w:br/>
        <w:t>// 示例代码</w:t>
        <w:br/>
        <w:t>liveSdk.sendCustomMessage({</w:t>
        <w:br/>
        <w:t xml:space="preserve">    EVENT: 'myMessage', // 自定义消息类型，事件字符长度不大于 20</w:t>
        <w:br/>
        <w:t xml:space="preserve">    version: '1.0', // 自定义消息版本</w:t>
        <w:br/>
        <w:t xml:space="preserve">    emitMode: 0, // 可选，是否广播给自己，0表示广播所有人包括自己，1表示广播给所有人除了自己，2表示只发送给自己</w:t>
        <w:br/>
        <w:t xml:space="preserve">    roomId: channelId, // 频道号</w:t>
        <w:br/>
        <w:t xml:space="preserve">    data: { // 自定义消息内容，由客户定义</w:t>
        <w:br/>
        <w:t xml:space="preserve">        message: value</w:t>
        <w:br/>
        <w:t xml:space="preserve">    },</w:t>
        <w:br/>
        <w:t xml:space="preserve">    tip: '我的自定义消息', // 提示语</w:t>
        <w:br/>
        <w:t>});</w:t>
        <w:br/>
        <w:br/>
        <w:t>// 收到自定义消息（仅限于sendCustomMessage发送）</w:t>
        <w:br/>
        <w:t>liveSdk.on(PolyvLiveSdk.EVENTS.CUSTOM_MESSAGE, function (event, data) {</w:t>
        <w:br/>
        <w:t xml:space="preserve">    console.log('监听自定义消息: ',data);</w:t>
        <w:br/>
        <w:t>});</w:t>
      </w:r>
    </w:p>
    <w:p/>
    <w:p>
      <w:pPr>
        <w:pStyle w:val="Heading2"/>
      </w:pPr>
      <w:r>
        <w:t>11.发送点赞消息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说明：发送点赞消息。【使用点赞方法前，需确保已经调用了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liveSdk.setApiToken()</w:t>
      </w:r>
      <w:r>
        <w:rPr>
          <w:rFonts w:ascii="Source Han Sans SC" w:hAnsi="Source Han Sans SC" w:eastAsia="Source Han Sans SC" w:cs="Source Han Sans SC" w:hint="eastAsia"/>
          <w:sz w:val="21"/>
        </w:rPr>
        <w:t>】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使用：`liveSdk.sendLike(times: number):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发送点赞数</w:t>
        <w:br/>
        <w:t xml:space="preserve"> */</w:t>
        <w:br/>
        <w:t>// 示例代码</w:t>
        <w:br/>
        <w:t>liveSdk.sendLike(1)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参数说明：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点赞数量，最大不能超过30</w:t>
            </w:r>
          </w:p>
        </w:tc>
      </w:tr>
    </w:tbl>
    <w:p>
      <w:pPr>
        <w:spacing w:after="40"/>
      </w:pPr>
    </w:p>
    <w:p/>
    <w:p>
      <w:pPr>
        <w:pStyle w:val="Heading2"/>
      </w:pPr>
      <w:r>
        <w:t>12.获取历史聊天记录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说明：获取历史聊天记录，参数非必传，默认10条，配合</w:t>
      </w:r>
      <w:r>
        <w:rPr>
          <w:rFonts w:ascii="Menlo" w:hAnsi="Menlo"/>
          <w:color w:val="444444"/>
          <w:sz w:val="20"/>
        </w:rPr>
        <w:t>PolyvLiveSdk.EVENTS.HISTORY_MESSAGE</w:t>
      </w:r>
      <w:r>
        <w:rPr>
          <w:rFonts w:ascii="Source Han Sans SC" w:hAnsi="Source Han Sans SC" w:eastAsia="Source Han Sans SC" w:cs="Source Han Sans SC" w:hint="eastAsia"/>
          <w:sz w:val="21"/>
        </w:rPr>
        <w:t>事件使用，收到事件可往聊天列表前面增加数据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使用：`liveSdk.getHistoryMessage(pageNum: number, start: number): liveSdk`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点击查看更多</w:t>
        <w:br/>
        <w:t>var more = true;</w:t>
        <w:br/>
        <w:t>$more.on('click', function() {</w:t>
        <w:br/>
        <w:t xml:space="preserve">  if (!more) return;</w:t>
        <w:br/>
        <w:t xml:space="preserve">  // 消息返回后在 `PolyvLiveSdk.EVENTS.HISTORY_MESSAGE` 中返回信息</w:t>
        <w:br/>
        <w:t xml:space="preserve">  liveSdk.getHistoryMessage();</w:t>
        <w:br/>
        <w:t>})</w:t>
        <w:br/>
        <w:br/>
        <w:t>// 监听历史内容更新</w:t>
        <w:br/>
        <w:t>liveSdk.on(PolyvLiveSdk.EVENTS.HISTORY_MESSAGE, function (event, data, begin, end) {</w:t>
        <w:br/>
        <w:t xml:space="preserve">  console.log(event, data, begin, end);</w:t>
        <w:br/>
        <w:t xml:space="preserve">  // 渲染数据</w:t>
        <w:br/>
        <w:t xml:space="preserve">  render(data);</w:t>
        <w:br/>
        <w:t xml:space="preserve">  if (data.length &lt; 10) {</w:t>
        <w:br/>
        <w:t xml:space="preserve">    console.warn('已经没有更多历史消息');</w:t>
        <w:br/>
        <w:t xml:space="preserve">    more = false;</w:t>
        <w:br/>
        <w:t xml:space="preserve">  }</w:t>
        <w:br/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参数说明：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需要获取的消息数量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代表距离最新一条聊天消息往前的第几条消息开始</w:t>
            </w:r>
          </w:p>
        </w:tc>
      </w:tr>
    </w:tbl>
    <w:p>
      <w:pPr>
        <w:spacing w:after="40"/>
      </w:pPr>
    </w:p>
    <w:p/>
    <w:p>
      <w:pPr>
        <w:pStyle w:val="Heading2"/>
      </w:pPr>
      <w:r>
        <w:t>13.销毁播放器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说明：销毁播放器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使用：`liveSdk.destroy(disconnectSocket: boolean = true):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销毁播放器</w:t>
        <w:br/>
        <w:t xml:space="preserve"> *</w:t>
        <w:br/>
        <w:t xml:space="preserve"> * @param {string} disconnectSocket - 是否断开 socket</w:t>
        <w:br/>
        <w:t xml:space="preserve"> */</w:t>
        <w:br/>
        <w:t>// 示例代码</w:t>
        <w:br/>
        <w:t>liveSdk.destroy(true);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参数说明：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disconnectSocket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是否断开 socket</w:t>
            </w:r>
          </w:p>
        </w:tc>
      </w:tr>
    </w:tbl>
    <w:p>
      <w:pPr>
        <w:spacing w:after="40"/>
      </w:pPr>
    </w:p>
    <w:p/>
    <w:p>
      <w:pPr>
        <w:pStyle w:val="Heading2"/>
      </w:pPr>
      <w:r>
        <w:t>14.发送签到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说明：发送签到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使用：`liveSdk.toSign(checkinId: string, callback: Function):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发送签到。</w:t>
        <w:br/>
        <w:t xml:space="preserve"> * 结合 PolyvLiveSdk.EVENTS.SIGN_IN 使用，收到讲师发起签到消息和获取到 checkinId。</w:t>
        <w:br/>
        <w:t xml:space="preserve"> * 结合 PolyvLiveSdk.EVENTS.STOP_SIGN_IN 使用，收到讲师停止签到消息，收到后不允许发送签到</w:t>
        <w:br/>
        <w:t xml:space="preserve"> */</w:t>
        <w:br/>
        <w:t>// 示例代码</w:t>
        <w:br/>
        <w:t>liveSdk.toSign(</w:t>
        <w:br/>
        <w:t xml:space="preserve">    checkinId,</w:t>
        <w:br/>
        <w:t xml:space="preserve">    res =&gt; console.log(res)</w:t>
        <w:br/>
        <w:t>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参数说明：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checkinId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callback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function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发送签到回调，返回的 code 的说明如下200：签到成功301：签到的用户没有登录聊天室302：房间不在签到状态中303：该用户已签到</w:t>
            </w:r>
          </w:p>
        </w:tc>
      </w:tr>
    </w:tbl>
    <w:p>
      <w:pPr>
        <w:spacing w:after="40"/>
      </w:pPr>
    </w:p>
    <w:p/>
    <w:p>
      <w:pPr>
        <w:pStyle w:val="Heading2"/>
      </w:pPr>
      <w:r>
        <w:t>15.发送问卷答案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说明：发送问卷答案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使用：`liveSdk.sendQuestionnaireAnswer(questionnaireId: string, answer: [], callback: Function):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发送问卷答案</w:t>
        <w:br/>
        <w:t xml:space="preserve"> * 结合 PolyvLiveSdk.EVENTS.START_QUESTIONNAIRE 使用，收到问卷消息和获取到 questionnaireId、questionId</w:t>
        <w:br/>
        <w:t xml:space="preserve"> * 结合 PolyvLiveSdk.EVENTS.STOP_QUESTIONNAIRE 使用，了解到讲师停止问卷</w:t>
        <w:br/>
        <w:t xml:space="preserve"> */</w:t>
        <w:br/>
        <w:t>// 示例代码</w:t>
        <w:br/>
        <w:t>liveSdk.sendQuestionnaireAnswer(</w:t>
        <w:br/>
        <w:t xml:space="preserve">    questionnaireId,</w:t>
        <w:br/>
        <w:t xml:space="preserve">    [</w:t>
        <w:br/>
        <w:t xml:space="preserve">        {</w:t>
        <w:br/>
        <w:t xml:space="preserve">            questionId: questionId,</w:t>
        <w:br/>
        <w:t xml:space="preserve">            answer: 'A'</w:t>
        <w:br/>
        <w:t xml:space="preserve">        }</w:t>
        <w:br/>
        <w:t xml:space="preserve">    ],</w:t>
        <w:br/>
        <w:t xml:space="preserve">    function(res){</w:t>
        <w:br/>
        <w:t xml:space="preserve">        console.log(res);</w:t>
        <w:br/>
        <w:t xml:space="preserve">    }</w:t>
        <w:br/>
        <w:t>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参数说明：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答案列表与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文档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ANSWER_QUESTIONNAIRE中的answer一致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callback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function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发送回调200：答题成功301：问卷已结束302：该学生已经提交过答案303：用户未登录，也就是当前用户不在聊天室</w:t>
            </w:r>
          </w:p>
        </w:tc>
      </w:tr>
    </w:tbl>
    <w:p>
      <w:pPr>
        <w:spacing w:after="40"/>
      </w:pPr>
    </w:p>
    <w:p/>
    <w:p>
      <w:pPr>
        <w:pStyle w:val="Heading2"/>
      </w:pPr>
      <w:r>
        <w:t>16.查询当前频道直播状态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说明：查询当前频道直播状态，仅在开启直播录制时有效。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使用：`liveSdk.getCloudClassRoomStatus(): Promise`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liveSdk.getCloudClassRoomStatus()</w:t>
        <w:br/>
        <w:t>.then(function(resp) {</w:t>
        <w:br/>
        <w:t xml:space="preserve">  if (resp.status === 'success') {</w:t>
        <w:br/>
        <w:t xml:space="preserve">    // liveStart（开始上课）、liveRecovery（恢复）、liveSuspend（暂停）、liveFinish（结束）</w:t>
        <w:br/>
        <w:t xml:space="preserve">    console.log('当前直播状态为:' + resp.data.status);</w:t>
        <w:br/>
        <w:t xml:space="preserve">  }</w:t>
        <w:br/>
        <w:t>});</w:t>
      </w:r>
    </w:p>
    <w:p/>
    <w:p>
      <w:pPr>
        <w:pStyle w:val="Heading2"/>
      </w:pPr>
      <w:r>
        <w:t>17.修改昵称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说明：修改昵称，可监听</w:t>
      </w:r>
      <w:r>
        <w:rPr>
          <w:rFonts w:ascii="Menlo" w:hAnsi="Menlo"/>
          <w:color w:val="444444"/>
          <w:sz w:val="20"/>
        </w:rPr>
        <w:t>PolyvLiveSdk.EVENTS.SET_NICK_STATUS</w:t>
      </w:r>
      <w:r>
        <w:rPr>
          <w:rFonts w:ascii="Source Han Sans SC" w:hAnsi="Source Han Sans SC" w:eastAsia="Source Han Sans SC" w:cs="Source Han Sans SC" w:hint="eastAsia"/>
          <w:sz w:val="21"/>
        </w:rPr>
        <w:t>事件获取修改状态。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使用：`liveSdk.setNick(newName: string):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调用该方法设置新的昵称</w:t>
        <w:br/>
        <w:t>liveSdk.setNick('新的昵称');</w:t>
        <w:br/>
        <w:br/>
        <w:t>// 监听修改状态</w:t>
        <w:br/>
        <w:t>liveSdk.on(PolyvLiveSdk.EVENTS.SET_NICK_STATUS, function(event, resp) {</w:t>
        <w:br/>
        <w:tab/>
        <w:t>if (resp.status === 'success') {</w:t>
        <w:br/>
        <w:t xml:space="preserve">      // 修改成功，需要页面记录设置的昵称以便下次进来用同样的昵称</w:t>
        <w:br/>
        <w:t xml:space="preserve">      </w:t>
        <w:tab/>
        <w:t>console.log(`修改昵称成功，新的昵称为：${resp.nick}`)</w:t>
        <w:br/>
        <w:t xml:space="preserve">    } else {</w:t>
        <w:br/>
        <w:t xml:space="preserve">    </w:t>
        <w:tab/>
        <w:t>console.log(`修改昵称失败 ${resp.message}`)</w:t>
        <w:br/>
        <w:t xml:space="preserve">    }</w:t>
        <w:br/>
        <w:t>});</w:t>
      </w:r>
    </w:p>
    <w:p/>
    <w:p>
      <w:pPr>
        <w:pStyle w:val="Heading1"/>
      </w:pPr>
      <w:r>
        <w:t>实例 player 对象</w:t>
      </w:r>
    </w:p>
    <w:p>
      <w:r>
        <w:rPr>
          <w:rFonts w:ascii="Menlo" w:hAnsi="Menlo"/>
          <w:color w:val="444444"/>
          <w:sz w:val="20"/>
        </w:rPr>
        <w:t>liveSdk.player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: 调用 </w:t>
      </w:r>
      <w:r>
        <w:rPr>
          <w:rFonts w:ascii="Menlo" w:hAnsi="Menlo"/>
          <w:color w:val="444444"/>
          <w:sz w:val="20"/>
        </w:rPr>
        <w:t>setupPlayer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后创建的播放器实例，可用于控制播放器播放相关交互</w:t>
      </w:r>
    </w:p>
    <w:p>
      <w:pPr>
        <w:pStyle w:val="Heading2"/>
      </w:pPr>
      <w:r>
        <w:t>对象属性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demo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对象属性，什么时候可以获取到？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​    当调用 setupPlayer 后创建的播放器示例，才可以获取到的对象属性：currentTime、playbackRate、cameraStatus、supportFullScreen、fullScreen、barrageStatus、levels、level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需要等 loadedmetadata 事件后，才可以获取到的对象属性：duration、volume、paused、lines、line、currentPPTPage、totalPPTPages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示例代码</w:t>
        <w:br/>
        <w:t>liveSdk.player.on('loadedmetadata', function () {</w:t>
        <w:br/>
        <w:t xml:space="preserve">    console.log('获得当前视频时长');</w:t>
        <w:br/>
        <w:t xml:space="preserve">    console.log(liveSdk.player.duration);</w:t>
        <w:br/>
        <w:t>});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返回说明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当前播放的进度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当前倍速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volume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当前音量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cameraStatus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当前讲师摄像头是否被关闭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paused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当前是否是暂停播放状态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supportFullScreen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是否支持全屏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fullScreen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播放器全屏实例，里面封装了进入全屏以及退出全屏的方法，可对于页面任意DOM操作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当前频道有多少条线路，需要在</w:t>
            </w:r>
            <w:r>
              <w:rPr>
                <w:rFonts w:ascii="Menlo" w:hAnsi="Menlo"/>
                <w:color w:val="444444"/>
                <w:sz w:val="17"/>
              </w:rPr>
              <w:t>loadedmetadata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时间后访问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当前播放的线路 </w:t>
            </w:r>
            <w:r>
              <w:rPr>
                <w:rFonts w:ascii="Menlo" w:hAnsi="Menlo"/>
                <w:color w:val="444444"/>
                <w:sz w:val="17"/>
              </w:rPr>
              <w:t>0/1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currentPPTPage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当前展示的ppt页码，若当前显示PDF或者白板则返回1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totalPPTPages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当前使用的ppt总页数，若当前使用PDF或者白板则返回1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barrageStatus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当前弹幕状态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levels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当前的码率数，移动端暂不支持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level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当前的清晰度，</w:t>
            </w:r>
            <w:r>
              <w:rPr>
                <w:rFonts w:ascii="Menlo" w:hAnsi="Menlo"/>
                <w:color w:val="444444"/>
                <w:sz w:val="17"/>
              </w:rPr>
              <w:t>0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  <w:r>
              <w:rPr>
                <w:rFonts w:ascii="Menlo" w:hAnsi="Menlo"/>
                <w:color w:val="444444"/>
                <w:sz w:val="17"/>
              </w:rPr>
              <w:t>1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  <w:r>
              <w:rPr>
                <w:rFonts w:ascii="Menlo" w:hAnsi="Menlo"/>
                <w:color w:val="444444"/>
                <w:sz w:val="17"/>
              </w:rPr>
              <w:t>2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递增，如果频道只有一个码率则返回</w:t>
            </w:r>
            <w:r>
              <w:rPr>
                <w:rFonts w:ascii="Menlo" w:hAnsi="Menlo"/>
                <w:color w:val="444444"/>
                <w:sz w:val="17"/>
              </w:rPr>
              <w:t>0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，移动端暂不支持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#####全屏示例说明</w:t>
      </w:r>
    </w:p>
    <w:p>
      <w:r>
        <w:rPr>
          <w:rFonts w:ascii="Menlo" w:hAnsi="Menlo"/>
          <w:color w:val="444444"/>
          <w:sz w:val="20"/>
        </w:rPr>
        <w:t>liveSdk.player.fullScreen.request($dom: HTMLElement): void</w:t>
      </w:r>
      <w:r>
        <w:rPr>
          <w:rFonts w:ascii="Source Han Sans SC" w:hAnsi="Source Han Sans SC" w:eastAsia="Source Han Sans SC" w:cs="Source Han Sans SC" w:hint="eastAsia"/>
          <w:sz w:val="21"/>
        </w:rPr>
        <w:t>：将指定元素进入全屏状态移动端中只在video中生效，具体需要看浏览器支持度</w:t>
      </w:r>
    </w:p>
    <w:p>
      <w:r>
        <w:rPr>
          <w:rFonts w:ascii="Menlo" w:hAnsi="Menlo"/>
          <w:color w:val="444444"/>
          <w:sz w:val="20"/>
        </w:rPr>
        <w:t>liveSdk.player.fullScreen.exit(): void</w:t>
      </w:r>
      <w:r>
        <w:rPr>
          <w:rFonts w:ascii="Source Han Sans SC" w:hAnsi="Source Han Sans SC" w:eastAsia="Source Han Sans SC" w:cs="Source Han Sans SC" w:hint="eastAsia"/>
          <w:sz w:val="21"/>
        </w:rPr>
        <w:t>：退出全屏状态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console.log('获取播放器全屏实例', liveSdk.player.fullScreen);</w:t>
        <w:br/>
        <w:t>// 将指定元素进入全屏状态移动端中只在video中生效，具体需要看浏览器支持度，注意，参数是 DOM 元素</w:t>
        <w:br/>
        <w:t>liveSdk.player.fullScreen.request(document.querySelector("#ppt &gt; div"))</w:t>
        <w:br/>
        <w:t>// 退出全屏状态</w:t>
        <w:br/>
        <w:t>liveSdk.player.fullScreen.exit()</w:t>
      </w:r>
    </w:p>
    <w:p/>
    <w:p>
      <w:pPr>
        <w:pStyle w:val="Heading2"/>
      </w:pPr>
      <w:r>
        <w:t>对象方法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demo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liveSdk.player.setVolume(1); // 设置播放器音量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方法名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setVolume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（volume: number）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设置播放器音量，范围[0, 1]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移动端无效，采用手机自带音量控制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恢复播放视频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pause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暂停播放视频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togglePlay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交替恢复暂停播放视频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刷新ppt尺寸，播放期间如果对ppt容器尺寸有改变ppt尺寸可能异常，在改变尺寸后调用该方法恢复正常尺寸直播中设置无效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seek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(time：number)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请求到指定播放进度，单位：秒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setRate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(rate: number)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切换倍速，可选0.5、1、1.25、1.5、2  （移动端受设备限制，不支持切换倍速）直播中暂不支持切换倍数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switchCamera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(hide: boolean)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是否隐藏讲师摄像头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switchLine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(line: number)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切换当前线路，line由number </w:t>
            </w:r>
            <w:r>
              <w:rPr>
                <w:rFonts w:ascii="Menlo" w:hAnsi="Menlo"/>
                <w:color w:val="444444"/>
                <w:sz w:val="17"/>
              </w:rPr>
              <w:t>0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递增，代表线路1、线路2...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switchPPTDocMode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(control: boolean)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直播时切换ppt模式，设置</w:t>
            </w:r>
            <w:r>
              <w:rPr>
                <w:rFonts w:ascii="Menlo" w:hAnsi="Menlo"/>
                <w:color w:val="444444"/>
                <w:sz w:val="17"/>
              </w:rPr>
              <w:t>true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ppt可由用户自己控制ppt内容，不跟随客户端控制（自由模式），反之。调用返回是否切换成功（跟随模式）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nextPPTPage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使ppt切换到下一页，跟随模式下不能切到讲师未讲解的ppt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prevPPTPage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使ppt切换到上一页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sendBarrage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(text: string, color: string)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发送弹幕</w:t>
            </w:r>
            <w:r>
              <w:rPr>
                <w:rFonts w:ascii="Menlo" w:hAnsi="Menlo"/>
                <w:color w:val="444444"/>
                <w:sz w:val="17"/>
              </w:rPr>
              <w:t>text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为弹幕内容，</w:t>
            </w:r>
            <w:r>
              <w:rPr>
                <w:rFonts w:ascii="Menlo" w:hAnsi="Menlo"/>
                <w:color w:val="444444"/>
                <w:sz w:val="17"/>
              </w:rPr>
              <w:t>color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为弹幕颜色，如</w:t>
            </w:r>
            <w:r>
              <w:rPr>
                <w:rFonts w:ascii="Menlo" w:hAnsi="Menlo"/>
                <w:color w:val="444444"/>
                <w:sz w:val="17"/>
              </w:rPr>
              <w:t>'#ffffff'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;必须设置barrage: true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hideBarrage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隐藏弹幕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showBarrage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恢复弹幕显示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toggleBarrage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交替隐藏弹幕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resizeBarrage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刷新弹幕尺寸，播放器尺寸更新时调用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switchLevel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(level: number)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切换清晰度，由</w:t>
            </w:r>
            <w:r>
              <w:rPr>
                <w:rFonts w:ascii="Menlo" w:hAnsi="Menlo"/>
                <w:color w:val="444444"/>
                <w:sz w:val="17"/>
              </w:rPr>
              <w:t>0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递增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changePPTNavVisible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(hide: boolean)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隐藏显示PPT翻页控件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setFullscreenEl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(el: HTMLElement)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更新全屏元素设置，el为空时则使用默认值</w:t>
            </w:r>
          </w:p>
        </w:tc>
      </w:tr>
    </w:tbl>
    <w:p>
      <w:pPr>
        <w:spacing w:after="40"/>
      </w:pPr>
    </w:p>
    <w:p/>
    <w:p>
      <w:pPr>
        <w:pStyle w:val="Heading2"/>
      </w:pPr>
      <w:r>
        <w:t>对象事件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demo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liveSdk.player.on('playing', function () {</w:t>
        <w:br/>
        <w:t xml:space="preserve">    console.log('恢复播放');</w:t>
        <w:br/>
        <w:t>});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恢复播放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pause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暂停播放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timeupdate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播放进度更新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loadedmetadata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视频加载成功可以准备播放，可对播放器进行play()、pause()等操作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播放结束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ratechange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倍速改变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volumechange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音量改变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lineChanged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线路改变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barrageStatusChange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弹幕状态改变，返回</w:t>
            </w:r>
            <w:r>
              <w:rPr>
                <w:rFonts w:ascii="Menlo" w:hAnsi="Menlo"/>
                <w:color w:val="444444"/>
                <w:sz w:val="17"/>
              </w:rPr>
              <w:t>true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(开启弹幕)、</w:t>
            </w:r>
            <w:r>
              <w:rPr>
                <w:rFonts w:ascii="Menlo" w:hAnsi="Menlo"/>
                <w:color w:val="444444"/>
                <w:sz w:val="17"/>
              </w:rPr>
              <w:t>false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(关闭弹幕)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switchPlayer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点击控制栏切换按钮触发，可用于切换ppt与讲师位置，切换样式需自身去实现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levelChanged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清晰度改变，返回切换后清晰度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视频播放错误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switchMainScreen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切换主副屏播放器回调，初始化播放器时会收到一次回调是当前初始值'player' \| 'ppt'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mutedAutoplay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静音自动播放回调，因为受限于浏览器自动播放策略，在不支持自动播放的时候会采取静音自动播放策略，这时会触发该事件，可用于对用户进行相应提示，让用户恢复音量</w:t>
            </w:r>
            <w:r>
              <w:rPr>
                <w:rFonts w:ascii="Menlo" w:hAnsi="Menlo"/>
                <w:color w:val="444444"/>
                <w:sz w:val="17"/>
              </w:rPr>
              <w:t>在非无延迟的pc端才支持</w:t>
            </w:r>
          </w:p>
        </w:tc>
      </w:tr>
    </w:tbl>
    <w:p>
      <w:pPr>
        <w:spacing w:after="40"/>
      </w:pPr>
    </w:p>
    <w:p>
      <w:pPr>
        <w:pStyle w:val="Heading2"/>
      </w:pPr>
      <w:r>
        <w:t>PPT操作相关事件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liveSdk.player.on('pptStatusChange', function(data) {</w:t>
        <w:br/>
        <w:t xml:space="preserve">  /*</w:t>
        <w:br/>
        <w:t xml:space="preserve">  {</w:t>
        <w:br/>
        <w:t xml:space="preserve">    page: 3,  // 当前是第几页</w:t>
        <w:br/>
        <w:t xml:space="preserve">    total: 30, // 当前ppt总页数</w:t>
        <w:br/>
        <w:t xml:space="preserve">    type: 'ppt' // ('ppt'|'whiteboard') 当前显示类型，ppt或白板</w:t>
        <w:br/>
        <w:t xml:space="preserve">  }</w:t>
        <w:br/>
        <w:t xml:space="preserve">  */</w:t>
        <w:br/>
        <w:t xml:space="preserve">  console.log(data);</w:t>
        <w:br/>
        <w:t>});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pptStatusChange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ppt状态改变，包括当前页数改变（ppt更换、ppt与白板切换 ），翻页，注意白板状态时不能翻页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whiteboardOpened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讲师打开白板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whiteboardClosed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讲师关闭白板，恢复为PPT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PPTFullscreenChange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ppt全屏状态变化，设置</w:t>
            </w:r>
            <w:r>
              <w:rPr>
                <w:rFonts w:ascii="Menlo" w:hAnsi="Menlo"/>
                <w:color w:val="444444"/>
                <w:sz w:val="17"/>
              </w:rPr>
              <w:t>showPPTFullscreenButton: true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后才会触发</w:t>
            </w:r>
          </w:p>
        </w:tc>
      </w:tr>
    </w:tbl>
    <w:p>
      <w:pPr>
        <w:spacing w:after="40"/>
      </w:pPr>
    </w:p>
    <w:p/>
    <w:p>
      <w:pPr>
        <w:pStyle w:val="Heading2"/>
      </w:pPr>
      <w:r>
        <w:t>弹幕使用说明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需要自行监听聊天室的聊天消息事件，并调用</w:t>
      </w:r>
      <w:r>
        <w:rPr>
          <w:rFonts w:ascii="Menlo" w:hAnsi="Menlo"/>
          <w:color w:val="444444"/>
          <w:sz w:val="20"/>
        </w:rPr>
        <w:t>liveSdk.player.sendBarrage</w:t>
      </w:r>
      <w:r>
        <w:rPr>
          <w:rFonts w:ascii="Source Han Sans SC" w:hAnsi="Source Han Sans SC" w:eastAsia="Source Han Sans SC" w:cs="Source Han Sans SC" w:hint="eastAsia"/>
          <w:sz w:val="21"/>
        </w:rPr>
        <w:t>方法发送弹幕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弹幕显示在控制栏所在播放器，移动端固定显示在讲师画面那里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若播放器尺寸发生变化需要调用</w:t>
      </w:r>
      <w:r>
        <w:rPr>
          <w:rFonts w:ascii="Menlo" w:hAnsi="Menlo"/>
          <w:color w:val="444444"/>
          <w:sz w:val="20"/>
        </w:rPr>
        <w:t>liveSdk.player.resizeBarrage()</w:t>
      </w:r>
      <w:r>
        <w:rPr>
          <w:rFonts w:ascii="Source Han Sans SC" w:hAnsi="Source Han Sans SC" w:eastAsia="Source Han Sans SC" w:cs="Source Han Sans SC" w:hint="eastAsia"/>
          <w:sz w:val="21"/>
        </w:rPr>
        <w:t>刷新弹幕</w:t>
      </w:r>
    </w:p>
    <w:p>
      <w:pPr>
        <w:pStyle w:val="Heading1"/>
      </w:pPr>
      <w:r>
        <w:t>实例事件</w:t>
      </w:r>
    </w:p>
    <w:p>
      <w:pPr>
        <w:pStyle w:val="Heading2"/>
      </w:pPr>
      <w:r>
        <w:t>事件方法</w:t>
      </w:r>
    </w:p>
    <w:p>
      <w:pPr>
        <w:pStyle w:val="Heading3"/>
      </w:pPr>
      <w:r>
        <w:t>`liveSdk.on(event: string, func: Function)` 事件监听方法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事件监听方法</w:t>
        <w:br/>
        <w:t xml:space="preserve"> *</w:t>
        <w:br/>
        <w:t xml:space="preserve"> * @param {string} event - 绑定事件名称</w:t>
        <w:br/>
        <w:t xml:space="preserve"> * @param {Function} func(event: string, data: object) - 事件回调函数</w:t>
        <w:br/>
        <w:t xml:space="preserve"> */</w:t>
        <w:br/>
        <w:t>// 示例代码</w:t>
        <w:br/>
        <w:t>liveSdk.on(PolyvLiveSdk.EVENTS.CHANNEL_DATA_INIT, function (event, data) {</w:t>
        <w:br/>
        <w:t xml:space="preserve">    console.log('事件：',event);</w:t>
        <w:br/>
        <w:t xml:space="preserve">    console.log('数据：',data);</w:t>
        <w:br/>
        <w:t>});</w:t>
      </w:r>
    </w:p>
    <w:p>
      <w:pPr>
        <w:pStyle w:val="Heading2"/>
      </w:pPr>
      <w:r>
        <w:t>绑定事件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绑定事件，只触发一次</w:t>
        <w:br/>
        <w:t xml:space="preserve"> *</w:t>
        <w:br/>
        <w:t xml:space="preserve"> * @param {string} event - 绑定事件名称</w:t>
        <w:br/>
        <w:t xml:space="preserve"> * @param {Function} func(event: string, data: object) - 事件回调函数</w:t>
        <w:br/>
        <w:t xml:space="preserve"> */</w:t>
        <w:br/>
        <w:t>// 示例代码</w:t>
        <w:br/>
        <w:t>liveSdk.once(PolyvLiveSdk.EVENTS.CHANNEL_DATA_INIT, function (event, data) {</w:t>
        <w:br/>
        <w:t xml:space="preserve">    console.log('事件：',event);</w:t>
        <w:br/>
        <w:t xml:space="preserve">    console.log('数据：',data);</w:t>
        <w:br/>
        <w:t>});</w:t>
      </w:r>
    </w:p>
    <w:p>
      <w:pPr>
        <w:pStyle w:val="Heading2"/>
      </w:pPr>
      <w:r>
        <w:t>解除事件绑定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解除事件绑定</w:t>
        <w:br/>
        <w:t xml:space="preserve"> *</w:t>
        <w:br/>
        <w:t xml:space="preserve"> * @param {string} event - 绑定事件名称</w:t>
        <w:br/>
        <w:t xml:space="preserve"> * @param {Function} func - 事件回调函数</w:t>
        <w:br/>
        <w:t xml:space="preserve"> */</w:t>
        <w:br/>
        <w:t>// 示例代码</w:t>
        <w:br/>
        <w:t>liveSdk.off(PolyvLiveSdk.EVENTS.CHANNEL_DATA_INIT, function () {</w:t>
        <w:br/>
        <w:t xml:space="preserve">    console.log('解除事件绑定');</w:t>
        <w:br/>
        <w:t>});</w:t>
      </w:r>
    </w:p>
    <w:p/>
    <w:p>
      <w:pPr>
        <w:pStyle w:val="Heading1"/>
      </w:pPr>
      <w:r>
        <w:t>事件列表</w:t>
      </w:r>
    </w:p>
    <w:p>
      <w:pPr>
        <w:pStyle w:val="Heading2"/>
      </w:pPr>
      <w:r>
        <w:t>1.频道信息获取完成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事件名称：PolyvLiveSdk.EVENTS.CHANNEL_DATA_INIT(event: string, data: object)</w:t>
        <w:br/>
        <w:t xml:space="preserve"> */</w:t>
        <w:br/>
        <w:t>// 示例代码</w:t>
        <w:br/>
        <w:t>liveSdk.on(PolyvLiveSdk.EVENTS.CHANNEL_DATA_INIT, function (event,data) {</w:t>
        <w:br/>
        <w:t xml:space="preserve">    console.log('频道信息获取完成', data);</w:t>
        <w:br/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data返回参数详情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主持人姓名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likes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当前点赞数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累计观看人数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直播图标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直播状态 Y(当前正在直播)、N(当前暂无直播)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频道流名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聊天室的房间号，如果频道未分房间，则为频道号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直播场景，alone(活动拍摄)、ppt(三分屏)、topclass(大班课)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引导图开关，Y(开)、N(关)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warmUpImg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暖场图片地址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warmUpFlv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暖场视频地址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后台回放开关，Y(开)、N(关)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hasPlayback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是否有回放视频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频道当前场次信息，若当前未直播，则返回上一场直播的场次id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观看页状态，live(直播中)、playback(回放中)、end(已结束)、waiting(未开始)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playbackOrigin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回放视频来源,后台设置的回放类型，record(暂存列表)、playback(回放列表)、vod(点播列表)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resolutionWidth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分辨率宽度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resolutionHeight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分辨率高度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城市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watchThemeModel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观看页主题信息{pageSkin: string;defaultTeacherImage: string;watchLayout: 'ppt' \| 'player'}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recordFileSimpleModel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频道录制文件， 没有录制视频时，该字段值为null{m3u8: string \| nullmp4: string \| nullfileId:  string;channelSessionId: string;duration: number;[propName: string]: string \| number \| null}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channelMenus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自定义菜单列表[{  menuId: string, // 菜单id  menuType: string, // 菜单类型 desc(直播介绍)、tuwen(图文直播)、quiz(咨询提问)、text(图文菜单)、chat(互动聊天)、iframe(推广外链)  name: string, // 菜单名称  ordered: number, // 菜单排序，从1开始  content: string // 菜单内容}]</w:t>
            </w:r>
          </w:p>
        </w:tc>
      </w:tr>
    </w:tbl>
    <w:p>
      <w:pPr>
        <w:spacing w:after="40"/>
      </w:pPr>
    </w:p>
    <w:p/>
    <w:p>
      <w:pPr>
        <w:pStyle w:val="Heading2"/>
      </w:pPr>
      <w:r>
        <w:t>2.回放章节初始化完成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事件名称：PolyvLiveSdk.EVENTS.PLAYBACK_INIT(event: string, data: object)</w:t>
        <w:br/>
        <w:t xml:space="preserve"> */</w:t>
        <w:br/>
        <w:t>// 示例代码</w:t>
        <w:br/>
        <w:t>liveSdk.on(PolyvLiveSdk.EVENTS.PLAYBACK_INIT, function (event,data) {</w:t>
        <w:br/>
        <w:t xml:space="preserve">    console.log('回放章节初始化完成', data);</w:t>
        <w:br/>
        <w:br/>
        <w:t xml:space="preserve">    // data返回数据</w:t>
        <w:br/>
        <w:t xml:space="preserve">    {</w:t>
        <w:br/>
        <w:t xml:space="preserve">     </w:t>
        <w:tab/>
        <w:t>sessionId: '123',</w:t>
        <w:br/>
        <w:t xml:space="preserve">     </w:t>
        <w:tab/>
        <w:t>fileId: '123'</w:t>
        <w:br/>
        <w:t xml:space="preserve">    }</w:t>
        <w:br/>
        <w:t>});</w:t>
      </w:r>
    </w:p>
    <w:p/>
    <w:p>
      <w:pPr>
        <w:pStyle w:val="Heading2"/>
      </w:pPr>
      <w:r>
        <w:t>3.流状态更新，可用来判断当前有无直播在推流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事件名称：PolyvLiveSdk.EVENTS.STREAM_UPDATE(event: string, status: 'live'|'end')</w:t>
        <w:br/>
        <w:t xml:space="preserve"> */</w:t>
        <w:br/>
        <w:t>// 示例代码</w:t>
        <w:br/>
        <w:t>liveSdk.on(PolyvLiveSdk.EVENTS.STREAM_UPDATE, function (event,status) {</w:t>
        <w:br/>
        <w:t xml:space="preserve">    console.log('流状态更新', status);</w:t>
        <w:br/>
        <w:t xml:space="preserve">    liveSdk.reloadPlayer();// 刷新播放器</w:t>
        <w:br/>
        <w:t>});</w:t>
      </w:r>
    </w:p>
    <w:p/>
    <w:p>
      <w:pPr>
        <w:pStyle w:val="Heading2"/>
      </w:pPr>
      <w:r>
        <w:t>4.非本人的用户发言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事件名称：PolyvLiveSdk.EVENTS.SPEAK(event: string, data: object)</w:t>
        <w:br/>
        <w:t xml:space="preserve"> */</w:t>
        <w:br/>
        <w:t>// 示例代码</w:t>
        <w:br/>
        <w:t>liveSdk.on(PolyvLiveSdk.EVENTS.SPEAK, function (event,data) {</w:t>
        <w:br/>
        <w:t xml:space="preserve">    console.log('收到非本人的用户发言', data);</w:t>
        <w:br/>
        <w:br/>
        <w:t xml:space="preserve">    // data返回聊天信息数据</w:t>
        <w:br/>
        <w:t xml:space="preserve">    {</w:t>
        <w:br/>
        <w:t xml:space="preserve">        EVENT: 'speak',</w:t>
        <w:br/>
        <w:t xml:space="preserve">        content: 'test',  // 聊天具体内容</w:t>
        <w:br/>
        <w:t xml:space="preserve">        currentUser: false, // 是否为当前用户</w:t>
        <w:br/>
        <w:t xml:space="preserve">        custom: false, // 是否是自定义消息</w:t>
        <w:br/>
        <w:t xml:space="preserve">        formatTime: '2019-07-02 14:12',</w:t>
        <w:br/>
        <w:t xml:space="preserve">        id: '65975130-9c90-11e9-94b0-fd61e3983999',  // 消息id</w:t>
        <w:br/>
        <w:t xml:space="preserve">        reward: false,</w:t>
        <w:br/>
        <w:t xml:space="preserve">        time: 1562047960506,</w:t>
        <w:br/>
        <w:t xml:space="preserve">        user: { // 用户信息</w:t>
        <w:br/>
        <w:t xml:space="preserve">          banned: false,</w:t>
        <w:br/>
        <w:t xml:space="preserve">          channelId: '275682',</w:t>
        <w:br/>
        <w:t xml:space="preserve">          clientIp: '61.144.146.199',</w:t>
        <w:br/>
        <w:t xml:space="preserve">          nick: 'polyv',</w:t>
        <w:br/>
        <w:t xml:space="preserve">          pic: '//livestatic.videocc.net/v_314/assets/wimages/missing_face.png',</w:t>
        <w:br/>
        <w:t xml:space="preserve">          roomId: '275682',</w:t>
        <w:br/>
        <w:t xml:space="preserve">          sessionId: 'f8qnsda4zq',</w:t>
        <w:br/>
        <w:t xml:space="preserve">          uid: 'Ph4UtYfnxQo7pZK6AkbP',</w:t>
        <w:br/>
        <w:t xml:space="preserve">          userId: '1562047951865',</w:t>
        <w:br/>
        <w:t xml:space="preserve">          userType: 'slice',</w:t>
        <w:br/>
        <w:t xml:space="preserve">        }</w:t>
        <w:br/>
        <w:t xml:space="preserve">    }</w:t>
        <w:br/>
        <w:t>});</w:t>
      </w:r>
    </w:p>
    <w:p/>
    <w:p>
      <w:pPr>
        <w:pStyle w:val="Heading2"/>
      </w:pPr>
      <w:r>
        <w:t>5.本人的发言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事件名称：PolyvLiveSdk.EVENTS.SEND_MESSAGE(event: string, data: object)</w:t>
        <w:br/>
        <w:t xml:space="preserve"> */</w:t>
        <w:br/>
        <w:t>// 示例代码</w:t>
        <w:br/>
        <w:t>liveSdk.on(PolyvLiveSdk.EVENTS.SEND_MESSAGE, function (event,data) {</w:t>
        <w:br/>
        <w:tab/>
        <w:t>console.log('本人的发言', data);</w:t>
        <w:br/>
        <w:br/>
        <w:t xml:space="preserve">    // data返回聊天信息数据, 和 非本人的用户发言  返回的数据一致</w:t>
        <w:br/>
        <w:t>})</w:t>
      </w:r>
    </w:p>
    <w:p/>
    <w:p>
      <w:pPr>
        <w:pStyle w:val="Heading2"/>
      </w:pPr>
      <w:r>
        <w:t>6.发送提问消息回调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事件名称：PolyvLiveSdk.EVENTS.S_QUESTION(event: string, data: object)</w:t>
        <w:br/>
        <w:t xml:space="preserve"> */</w:t>
        <w:br/>
        <w:t>// 示例代码</w:t>
        <w:br/>
        <w:t>liveSdk.on(PolyvLiveSdk.EVENTS.S_QUESTION, function (event,data) {</w:t>
        <w:br/>
        <w:tab/>
        <w:t>console.log('发送提问消息回调', data);</w:t>
        <w:br/>
        <w:br/>
        <w:t xml:space="preserve">    // data返回数据</w:t>
        <w:br/>
        <w:t xml:space="preserve">    {</w:t>
        <w:br/>
        <w:t xml:space="preserve">        EVENT: 'S_QUESTION',</w:t>
        <w:br/>
        <w:t xml:space="preserve">        content: '1+1=多少',</w:t>
        <w:br/>
        <w:t xml:space="preserve">        currentUser: true,</w:t>
        <w:br/>
        <w:t xml:space="preserve">        custom: false,</w:t>
        <w:br/>
        <w:t xml:space="preserve">        reward: false,</w:t>
        <w:br/>
        <w:t xml:space="preserve">        roomId: '275682',</w:t>
        <w:br/>
        <w:t xml:space="preserve">        user: {</w:t>
        <w:br/>
        <w:t xml:space="preserve">          // ... 用户信息</w:t>
        <w:br/>
        <w:t xml:space="preserve">        }</w:t>
        <w:br/>
        <w:t xml:space="preserve">    }</w:t>
        <w:br/>
        <w:t>})</w:t>
        <w:br/>
      </w:r>
    </w:p>
    <w:p/>
    <w:p>
      <w:pPr>
        <w:pStyle w:val="Heading2"/>
      </w:pPr>
      <w:r>
        <w:t>7.管理员或讲师回答提问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事件名称：PolyvLiveSdk.EVENTS.T_ANSWER(event: string, data: object)</w:t>
        <w:br/>
        <w:t xml:space="preserve"> */</w:t>
        <w:br/>
        <w:t>// 示例代码</w:t>
        <w:br/>
        <w:t>liveSdk.on(PolyvLiveSdk.EVENTS.T_ANSWER, function (event,data) {</w:t>
        <w:br/>
        <w:tab/>
        <w:t>console.log('管理员或讲师回答提问', data);</w:t>
        <w:br/>
        <w:br/>
        <w:t xml:space="preserve">    // data返回数据</w:t>
        <w:br/>
        <w:t xml:space="preserve">    {</w:t>
        <w:br/>
        <w:t xml:space="preserve">        EVENT: 'T_ANSWER'</w:t>
        <w:br/>
        <w:t xml:space="preserve">        content: '等于2'</w:t>
        <w:br/>
        <w:t xml:space="preserve">        roomId: '275682'</w:t>
        <w:br/>
        <w:t xml:space="preserve">        s_userId: '1559030433536', // 被回答用户id</w:t>
        <w:br/>
        <w:t xml:space="preserve">        user: {</w:t>
        <w:br/>
        <w:t xml:space="preserve">          // ... 用户信息</w:t>
        <w:br/>
        <w:t xml:space="preserve">        }</w:t>
        <w:br/>
        <w:t xml:space="preserve">    }</w:t>
        <w:br/>
        <w:t>})</w:t>
      </w:r>
    </w:p>
    <w:p/>
    <w:p>
      <w:pPr>
        <w:pStyle w:val="Heading2"/>
      </w:pPr>
      <w:r>
        <w:t>8.收到自定义消息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代码示列：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事件名称：PolyvLiveSdk.EVENTS.CUSTOMER_MESSAGE(event: string, data: object)</w:t>
        <w:br/>
        <w:t xml:space="preserve"> * 一般由 https://help.polyv.net/#/live/api/v4/chat/send_custom_message 发起才会触发此回调</w:t>
        <w:br/>
        <w:t xml:space="preserve"> */</w:t>
        <w:br/>
        <w:t>// 示例代码</w:t>
        <w:br/>
        <w:t>liveSdk.on(PolyvLiveSdk.EVENTS.CUSTOMER_MESSAGE, function (event,data) {</w:t>
        <w:br/>
        <w:tab/>
        <w:t>console.log('收到自定义消息', data);</w:t>
        <w:br/>
        <w:br/>
        <w:t xml:space="preserve">    // data返回数据,具体数据结构由用户自行定义</w:t>
        <w:br/>
        <w:t>})</w:t>
      </w:r>
    </w:p>
    <w:p/>
    <w:p>
      <w:pPr>
        <w:pStyle w:val="Heading2"/>
      </w:pPr>
      <w:r>
        <w:t>9.清除聊天记录回调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事件名称：PolyvLiveSdk.EVENTS.REMOVE_HISTORY</w:t>
        <w:br/>
        <w:t xml:space="preserve"> * 清除聊天记录，页面可收到该消息后清除页面聊天内容</w:t>
        <w:br/>
        <w:t xml:space="preserve"> */</w:t>
        <w:br/>
        <w:t>// 示例代码</w:t>
        <w:br/>
        <w:t>liveSdk.on(PolyvLiveSdk.EVENTS.REMOVE_HISTORY, function () {</w:t>
        <w:br/>
        <w:tab/>
        <w:t>console.log('清除聊天记录回调');</w:t>
        <w:br/>
        <w:t>})</w:t>
      </w:r>
    </w:p>
    <w:p/>
    <w:p>
      <w:pPr>
        <w:pStyle w:val="Heading2"/>
      </w:pPr>
      <w:r>
        <w:t>10.清除某一条聊天信息回调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事件名称：PolyvLiveSdk.EVENTS.REMOVE_CONTENT(event: string, data: object)</w:t>
        <w:br/>
        <w:t xml:space="preserve"> * 清除某一条聊天信息，页面可收到该消息后清除相应聊天内容</w:t>
        <w:br/>
        <w:t xml:space="preserve"> */</w:t>
        <w:br/>
        <w:t>// 示例代码</w:t>
        <w:br/>
        <w:t>liveSdk.on(PolyvLiveSdk.EVENTS.REMOVE_CONTENT, function (event,data) {</w:t>
        <w:br/>
        <w:tab/>
        <w:t>console.log('清除某一条聊天信息', data);</w:t>
        <w:br/>
        <w:br/>
        <w:t xml:space="preserve">    // data返回数据,被删除消息内容</w:t>
        <w:br/>
        <w:t xml:space="preserve">    {</w:t>
        <w:br/>
        <w:t xml:space="preserve">        EVENT: 'removeContent',</w:t>
        <w:br/>
        <w:t xml:space="preserve">        id: '65975130-9c90-11e9-94b0-fd61e3983999', // 被删除消息的id</w:t>
        <w:br/>
        <w:t xml:space="preserve">        roomId: '275682'</w:t>
        <w:br/>
        <w:t xml:space="preserve">    }</w:t>
        <w:br/>
        <w:t>})</w:t>
      </w:r>
    </w:p>
    <w:p/>
    <w:p>
      <w:pPr>
        <w:pStyle w:val="Heading2"/>
      </w:pPr>
      <w:r>
        <w:t>11.获取历史聊天信息完成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事件名称：PolyvLiveSdk.EVENTS.HISTORY_MESSAGE(event: string, data: object)</w:t>
        <w:br/>
        <w:t xml:space="preserve"> * 获取历史聊天信息完成</w:t>
        <w:br/>
        <w:t xml:space="preserve"> */</w:t>
        <w:br/>
        <w:t>// 示例代码</w:t>
        <w:br/>
        <w:t>liveSdk.on(PolyvLiveSdk.EVENTS.HISTORY_MESSAGE, function (event,data) {</w:t>
        <w:br/>
        <w:tab/>
        <w:t>console.log('获取历史聊天信息完成', data);</w:t>
        <w:br/>
        <w:br/>
        <w:t xml:space="preserve">    // data返回数据,历史聊天信息，内容为speak事件内容组成的数组</w:t>
        <w:br/>
        <w:t>})</w:t>
      </w:r>
    </w:p>
    <w:p/>
    <w:p>
      <w:pPr>
        <w:pStyle w:val="Heading2"/>
      </w:pPr>
      <w:r>
        <w:t>12.发言失败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事件名称：PolyvLiveSdk.EVENTS.PROHIBIT_TO_SPEAK</w:t>
        <w:br/>
        <w:t xml:space="preserve"> * 发言失败，可能由于聊天室为连接但发送聊天消息等发送错误触发</w:t>
        <w:br/>
        <w:t xml:space="preserve"> */</w:t>
        <w:br/>
        <w:t>// 示例代码</w:t>
        <w:br/>
        <w:t>liveSdk.on(PolyvLiveSdk.EVENTS.PROHIBIT_TO_SPEAK, function () {</w:t>
        <w:br/>
        <w:tab/>
        <w:t>console.log('发言失败', data);</w:t>
        <w:br/>
        <w:t>})</w:t>
      </w:r>
    </w:p>
    <w:p/>
    <w:p>
      <w:pPr>
        <w:pStyle w:val="Heading2"/>
      </w:pPr>
      <w:r>
        <w:t>13.用户被禁止发言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事件名称：PolyvLiveSdk.EVENTS.ADD_SHIELD</w:t>
        <w:br/>
        <w:t xml:space="preserve"> * 用户被禁止发言</w:t>
        <w:br/>
        <w:t xml:space="preserve"> */</w:t>
        <w:br/>
        <w:t>// 示例代码</w:t>
        <w:br/>
        <w:t>liveSdk.on(PolyvLiveSdk.EVENTS.ADD_SHIELD, function (event, data) {</w:t>
        <w:br/>
        <w:tab/>
        <w:t>console.log('用户被禁止发言', data);</w:t>
        <w:br/>
        <w:br/>
        <w:t xml:space="preserve">     // data返回数据, 可以根据data里面返回的userId来判断是哪个用户</w:t>
        <w:br/>
        <w:t>})</w:t>
      </w:r>
    </w:p>
    <w:p/>
    <w:p>
      <w:pPr>
        <w:pStyle w:val="Heading2"/>
      </w:pPr>
      <w:r>
        <w:t>14.用户被恢复发言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事件名称：PolyvLiveSdk.EVENTS.REMOVE_SHIELD</w:t>
        <w:br/>
        <w:t xml:space="preserve"> * 用户被恢复发言</w:t>
        <w:br/>
        <w:t xml:space="preserve"> */</w:t>
        <w:br/>
        <w:t>// 示例代码</w:t>
        <w:br/>
        <w:t>liveSdk.on(PolyvLiveSdk.EVENTS.REMOVE_SHIELD, function (event, data) {</w:t>
        <w:br/>
        <w:tab/>
        <w:t>console.log('用户被恢复发言', data);</w:t>
        <w:br/>
        <w:br/>
        <w:t xml:space="preserve">    // data返回数据, 可以根据data里面返回的userId来判断是哪个用户</w:t>
        <w:br/>
        <w:t>})</w:t>
      </w:r>
    </w:p>
    <w:p/>
    <w:p>
      <w:pPr>
        <w:pStyle w:val="Heading2"/>
      </w:pPr>
      <w:r>
        <w:t>15.频道内用户登录事件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事件名称：PolyvLiveSdk.EVENTS.LOGIN(event: string, data: object)</w:t>
        <w:br/>
        <w:t xml:space="preserve"> * 频道内用户登录事件</w:t>
        <w:br/>
        <w:t xml:space="preserve"> */</w:t>
        <w:br/>
        <w:t>// 示例代码</w:t>
        <w:br/>
        <w:t>liveSdk.on(PolyvLiveSdk.EVENTS.LOGIN, function (event,data) {</w:t>
        <w:br/>
        <w:tab/>
        <w:t>console.log('频道内用户登录事件', data);</w:t>
        <w:br/>
        <w:br/>
        <w:t xml:space="preserve">    // data返回数据,用户信息</w:t>
        <w:br/>
        <w:t xml:space="preserve">    {</w:t>
        <w:br/>
        <w:t xml:space="preserve">        EVENT: 'login',</w:t>
        <w:br/>
        <w:t xml:space="preserve">        onlineUserNumber: 3, // 当前在线人数</w:t>
        <w:br/>
        <w:t xml:space="preserve">        timeStamp: 1562051459569,</w:t>
        <w:br/>
        <w:t xml:space="preserve">        user: {</w:t>
        <w:br/>
        <w:t xml:space="preserve">          // 用户信息</w:t>
        <w:br/>
        <w:t xml:space="preserve">        }</w:t>
        <w:br/>
        <w:t xml:space="preserve">    }</w:t>
        <w:br/>
        <w:t>})</w:t>
      </w:r>
    </w:p>
    <w:p/>
    <w:p>
      <w:pPr>
        <w:pStyle w:val="Heading2"/>
      </w:pPr>
      <w:r>
        <w:t>16.频道内用户退出事件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事件名称：PolyvLiveSdk.EVENTS.LOGOUT(event: string, data: object)</w:t>
        <w:br/>
        <w:t xml:space="preserve"> * 频道内用户退出事件</w:t>
        <w:br/>
        <w:t xml:space="preserve"> */</w:t>
        <w:br/>
        <w:t>// 示例代码</w:t>
        <w:br/>
        <w:t>liveSdk.on(PolyvLiveSdk.EVENTS.LOGOUT, function (event,data) {</w:t>
        <w:br/>
        <w:tab/>
        <w:t>console.log('频道内用户退出事件', data);</w:t>
        <w:br/>
        <w:br/>
        <w:t xml:space="preserve">    // data返回数据,用户信息</w:t>
        <w:br/>
        <w:t xml:space="preserve">    {</w:t>
        <w:br/>
        <w:t xml:space="preserve">        EVENT: 'loginOut',</w:t>
        <w:br/>
        <w:t xml:space="preserve">        channelId: '275682',</w:t>
        <w:br/>
        <w:t xml:space="preserve">        onlineUserNumber: 2,  //当前在线人数</w:t>
        <w:br/>
        <w:t xml:space="preserve">        roomId: '275682',</w:t>
        <w:br/>
        <w:t xml:space="preserve">        timeStamp: 1562051345281,</w:t>
        <w:br/>
        <w:t xml:space="preserve">        uid: 'LVexVHpKvK0KOU_0Ak4L',</w:t>
        <w:br/>
        <w:t xml:space="preserve">    }</w:t>
        <w:br/>
        <w:t>})</w:t>
      </w:r>
    </w:p>
    <w:p/>
    <w:p>
      <w:pPr>
        <w:pStyle w:val="Heading2"/>
      </w:pPr>
      <w:r>
        <w:t>17.频道内用户踢出房间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事件名称：PolyvLiveSdk.EVENTS.LOGIN_REFUSE(event: string, data: object)</w:t>
        <w:br/>
        <w:t xml:space="preserve"> * 频道内有用户被踢出房间，包含用户以及本身</w:t>
        <w:br/>
        <w:t xml:space="preserve"> * 一般应用于再次登录后需要获取是否被踢出房间</w:t>
        <w:br/>
        <w:t xml:space="preserve"> */</w:t>
        <w:br/>
        <w:t>// 示例代码</w:t>
        <w:br/>
        <w:t>liveSdk.on(PolyvLiveSdk.EVENTS.LOGIN_REFUSE, function (event,data) {</w:t>
        <w:br/>
        <w:tab/>
        <w:t>console.log('频道内有用户被踢出房间，包含用户以及本身', data);</w:t>
        <w:br/>
        <w:br/>
        <w:t xml:space="preserve">    // data返回数据, 被踢用户数据</w:t>
        <w:br/>
        <w:t xml:space="preserve">    {</w:t>
        <w:br/>
        <w:t xml:space="preserve">        EVENT: 'LOGIN_REFUSE',</w:t>
        <w:br/>
        <w:t xml:space="preserve">        data: {referField: '1559030433537', type: 'userId'}</w:t>
        <w:br/>
        <w:t xml:space="preserve">    }</w:t>
        <w:br/>
        <w:t>})</w:t>
      </w:r>
    </w:p>
    <w:p/>
    <w:p>
      <w:pPr>
        <w:pStyle w:val="Heading2"/>
      </w:pPr>
      <w:r>
        <w:t>18.当前用户被踢出房间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事件名称：PolyvLiveSdk.EVENTS.BAN_USER_ROOM</w:t>
        <w:br/>
        <w:t xml:space="preserve"> * 当前用户被踢出房间，这时候会自动断开聊天室连接</w:t>
        <w:br/>
        <w:t xml:space="preserve"> */</w:t>
        <w:br/>
        <w:t>// 示例代码</w:t>
        <w:br/>
        <w:t>liveSdk.on(PolyvLiveSdk.EVENTS.BAN_USER_ROOM, function () {</w:t>
        <w:br/>
        <w:tab/>
        <w:t>console.log('当前用户被踢出房间');</w:t>
        <w:br/>
        <w:t>})</w:t>
      </w:r>
    </w:p>
    <w:p/>
    <w:p>
      <w:pPr>
        <w:pStyle w:val="Heading2"/>
      </w:pPr>
      <w:r>
        <w:t>19.收到讲师发起签到消息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事件名称：PolyvLiveSdk.EVENTS.SIGN_IN(event: string, data: object)</w:t>
        <w:br/>
        <w:t xml:space="preserve"> * 收到讲师发起签到消息,可调用 `liveSdk.toSign` 方法发送签到</w:t>
        <w:br/>
        <w:t xml:space="preserve"> */</w:t>
        <w:br/>
        <w:t>// 示例代码</w:t>
        <w:br/>
        <w:t>liveSdk.on(PolyvLiveSdk.EVENTS.SIGN_IN, function (event,data) {</w:t>
        <w:br/>
        <w:tab/>
        <w:t>console.log('收到讲师发起签到消息', data);</w:t>
        <w:br/>
        <w:br/>
        <w:t xml:space="preserve">    // data返回数据, 签到数据</w:t>
        <w:br/>
        <w:t xml:space="preserve">    {</w:t>
        <w:br/>
        <w:t xml:space="preserve">        EVENT: 'SIGN_IN',</w:t>
        <w:br/>
        <w:t xml:space="preserve">        data: {</w:t>
        <w:br/>
        <w:t xml:space="preserve">          checkinId: '07ff9330-9c99-11e9-8aa1-37da87', // 签到id</w:t>
        <w:br/>
        <w:t xml:space="preserve">          createTime: 1562051668963,</w:t>
        <w:br/>
        <w:t xml:space="preserve">          limitTime: '30', // 签到时间，页面需要根据这个时间显示倒计时，结束后不允许再签到</w:t>
        <w:br/>
        <w:t xml:space="preserve">          message: '各位同学开始签到了' // 签到提示文案</w:t>
        <w:br/>
        <w:t xml:space="preserve">        }</w:t>
        <w:br/>
        <w:t xml:space="preserve">        roomId: '275682'</w:t>
        <w:br/>
        <w:t xml:space="preserve">    }</w:t>
        <w:br/>
        <w:t>})</w:t>
      </w:r>
    </w:p>
    <w:p/>
    <w:p>
      <w:pPr>
        <w:pStyle w:val="Heading2"/>
      </w:pPr>
      <w:r>
        <w:t>20.收到讲师停止签到消息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事件名称：PolyvLiveSdk.EVENTS.STOP_SIGN_IN</w:t>
        <w:br/>
        <w:t xml:space="preserve"> * 收到讲师停止签到消息，收到后不允许发送签到</w:t>
        <w:br/>
        <w:t xml:space="preserve"> */</w:t>
        <w:br/>
        <w:t>// 示例代码</w:t>
        <w:br/>
        <w:t>liveSdk.on(PolyvLiveSdk.EVENTS.STOP_SIGN_IN, function () {</w:t>
        <w:br/>
        <w:tab/>
        <w:t>console.log('收到讲师停止签到消息');</w:t>
        <w:br/>
        <w:t>})</w:t>
      </w:r>
    </w:p>
    <w:p/>
    <w:p>
      <w:pPr>
        <w:pStyle w:val="Heading2"/>
      </w:pPr>
      <w:r>
        <w:t>21.收到公告消息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事件名称：PolyvLiveSdk.EVENTS.BULLETIN(event: string, data: object)</w:t>
        <w:br/>
        <w:t xml:space="preserve"> */</w:t>
        <w:br/>
        <w:t>liveSdk.on(PolyvLiveSdk.EVENTS.BULLETIN, function (event,data) {</w:t>
        <w:br/>
        <w:tab/>
        <w:t>console.log('收到公告消息', data);</w:t>
        <w:br/>
        <w:br/>
        <w:t xml:space="preserve">    // data返回数据, 公告消息</w:t>
        <w:br/>
        <w:t xml:space="preserve">    {</w:t>
        <w:br/>
        <w:t xml:space="preserve">        EVENT: 'bulletin',</w:t>
        <w:br/>
        <w:t xml:space="preserve">        content: '公告内容'</w:t>
        <w:br/>
        <w:t xml:space="preserve">    }</w:t>
        <w:br/>
        <w:t>})</w:t>
      </w:r>
    </w:p>
    <w:p/>
    <w:p>
      <w:pPr>
        <w:pStyle w:val="Heading2"/>
      </w:pPr>
      <w:r>
        <w:t>22.删除公告消息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事件名称：PolyvLiveSdk.EVENTS.REMOVE_BULLETIN</w:t>
        <w:br/>
        <w:t xml:space="preserve"> * 删除公告消息</w:t>
        <w:br/>
        <w:t xml:space="preserve"> */</w:t>
        <w:br/>
        <w:t>liveSdk.on(PolyvLiveSdk.EVENTS.REMOVE_BULLETIN, function () {</w:t>
        <w:br/>
        <w:tab/>
        <w:t>console.log('删除公告消息');</w:t>
        <w:br/>
        <w:t>})</w:t>
      </w:r>
    </w:p>
    <w:p/>
    <w:p>
      <w:pPr>
        <w:pStyle w:val="Heading2"/>
      </w:pPr>
      <w:r>
        <w:t>23.收到问卷消息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事件名称：PolyvLiveSdk.EVENTS.START_QUESTIONNAIRE(event: string, data: object)</w:t>
        <w:br/>
        <w:t xml:space="preserve"> * 收到问卷消息, 回答后可使用`liveSdk.sendQuestionnaireAnswer` 方法发送答案</w:t>
        <w:br/>
        <w:t xml:space="preserve"> */</w:t>
        <w:br/>
        <w:t>liveSdk.on(PolyvLiveSdk.EVENTS.START_QUESTIONNAIRE, function (event,data) {</w:t>
        <w:br/>
        <w:tab/>
        <w:t>console.log('收到问卷消息', data);</w:t>
        <w:br/>
        <w:br/>
        <w:t xml:space="preserve">    // data返回数据, 问卷内容,与polyv 聊天室 START_QUESTIONNAIRE 事件数据一致</w:t>
        <w:br/>
        <w:t>})</w:t>
      </w:r>
    </w:p>
    <w:p/>
    <w:p>
      <w:pPr>
        <w:pStyle w:val="Heading2"/>
      </w:pPr>
      <w:r>
        <w:t>24.讲师停止问卷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事件名称：PolyvLiveSdk.EVENTS.STOP_QUESTIONNAIRE(event: string, data: object)</w:t>
        <w:br/>
        <w:t xml:space="preserve"> */</w:t>
        <w:br/>
        <w:t>liveSdk.on(PolyvLiveSdk.EVENTS.STOP_QUESTIONNAIRE, function (event,data) {</w:t>
        <w:br/>
        <w:tab/>
        <w:t>console.log('讲师停止问卷', data);</w:t>
        <w:br/>
        <w:br/>
        <w:t xml:space="preserve">    // data返回数据, 问卷ID</w:t>
        <w:br/>
        <w:t>})</w:t>
      </w:r>
    </w:p>
    <w:p/>
    <w:p>
      <w:pPr>
        <w:pStyle w:val="Heading2"/>
      </w:pPr>
      <w:r>
        <w:t>25.获取问题内容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事件名称：PolyvLiveSdk.EVENTS.GET_TEST_QUESTION_CONTENT(event: string, data: object)</w:t>
        <w:br/>
        <w:t xml:space="preserve"> */</w:t>
        <w:br/>
        <w:t>liveSdk.on(PolyvLiveSdk.EVENTS.GET_TEST_QUESTION_CONTENT, function (event,data) {</w:t>
        <w:br/>
        <w:tab/>
        <w:t>console.log('获取问题内容', data);</w:t>
        <w:br/>
        <w:br/>
        <w:t xml:space="preserve">    // data返回数据, 答题卡消息</w:t>
        <w:br/>
        <w:t>})</w:t>
      </w:r>
    </w:p>
    <w:p/>
    <w:p>
      <w:pPr>
        <w:pStyle w:val="Heading2"/>
      </w:pPr>
      <w:r>
        <w:t>26.获取答题结果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事件名称：PolyvLiveSdk.EVENTS.GET_TEST_QUESTION_RESULT(event: string, data: object)</w:t>
        <w:br/>
        <w:t xml:space="preserve"> */</w:t>
        <w:br/>
        <w:t>liveSdk.on(PolyvLiveSdk.EVENTS.GET_TEST_QUESTION_RESULT, function (event,data) {</w:t>
        <w:br/>
        <w:tab/>
        <w:t>console.log('获取答题结果', data);</w:t>
        <w:br/>
        <w:t>})</w:t>
      </w:r>
    </w:p>
    <w:p/>
    <w:p>
      <w:pPr>
        <w:pStyle w:val="Heading2"/>
      </w:pPr>
      <w:r>
        <w:t>27.停止答题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事件名称：PolyvLiveSdk.EVENTS.STOP_TEST_QUESTION(event: string, data: object)</w:t>
        <w:br/>
        <w:t xml:space="preserve"> */</w:t>
        <w:br/>
        <w:t>liveSdk.on(PolyvLiveSdk.EVENTS.STOP_TEST_QUESTION, function (event,data) {</w:t>
        <w:br/>
        <w:tab/>
        <w:t>console.log('停止答题', data);</w:t>
        <w:br/>
        <w:t>})</w:t>
      </w:r>
    </w:p>
    <w:p/>
    <w:p>
      <w:pPr>
        <w:pStyle w:val="Heading2"/>
      </w:pPr>
      <w:r>
        <w:t>28.直播录制暂停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事件名称：PolyvLiveSdk.EVENTS.ON_PAUSE_RECORD(event: string, data: object)</w:t>
        <w:br/>
        <w:t xml:space="preserve"> */</w:t>
        <w:br/>
        <w:t>liveSdk.on(PolyvLiveSdk.EVENTS.ON_PAUSE_RECORD, function (event,data) {</w:t>
        <w:br/>
        <w:tab/>
        <w:t>console.log('直播录制暂停（课间休息）', data);</w:t>
        <w:br/>
        <w:t>})</w:t>
      </w:r>
    </w:p>
    <w:p/>
    <w:p>
      <w:pPr>
        <w:pStyle w:val="Heading2"/>
      </w:pPr>
      <w:r>
        <w:t>29.恢复录制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事件名称：PolyvLiveSdk.EVENTS.ON_START_RECORD(event: string, data: object)</w:t>
        <w:br/>
        <w:t xml:space="preserve"> */</w:t>
        <w:br/>
        <w:t>liveSdk.on(PolyvLiveSdk.EVENTS.ON_START_RECORD, function (event,data) {</w:t>
        <w:br/>
        <w:tab/>
        <w:t>console.log('恢复录制（休息结束，恢复直播）', data);</w:t>
        <w:br/>
        <w:t>})</w:t>
      </w:r>
    </w:p>
    <w:p/>
    <w:p>
      <w:pPr>
        <w:pStyle w:val="Heading2"/>
      </w:pPr>
      <w:r>
        <w:t>30.退出录制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事件名称：PolyvLiveSdk.EVENTS.ON_EXIT_RECORD(event: string, data: object)</w:t>
        <w:br/>
        <w:t xml:space="preserve"> */</w:t>
        <w:br/>
        <w:t>liveSdk.on(PolyvLiveSdk.EVENTS.ON_EXIT_RECORD, function (event,data) {</w:t>
        <w:br/>
        <w:tab/>
        <w:t>console.log('退出录制（下课）', data);</w:t>
        <w:br/>
        <w:t>})</w:t>
      </w:r>
    </w:p>
    <w:p/>
    <w:p>
      <w:pPr>
        <w:pStyle w:val="Heading2"/>
      </w:pPr>
      <w:r>
        <w:t>31.下课/结束直播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事件名称：PolyvLiveSdk.EVENTS.FINISH_CLASS(event: string, data: object)</w:t>
        <w:br/>
        <w:t xml:space="preserve"> */</w:t>
        <w:br/>
        <w:t>liveSdk.on(PolyvLiveSdk.EVENTS.FINISH_CLASS, function (event,data) {</w:t>
        <w:br/>
        <w:tab/>
        <w:t>console.log('讲师点击下课按钮下课/结束直播', data);</w:t>
        <w:br/>
        <w:t>})</w:t>
      </w:r>
    </w:p>
    <w:p/>
    <w:p>
      <w:pPr>
        <w:pStyle w:val="Heading2"/>
      </w:pPr>
      <w:r>
        <w:t>32.修改昵称状态回调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事件名称：PolyvLiveSdk.EVENTS.SET_NICK_STATUS(event: string, data: object)</w:t>
        <w:br/>
        <w:t xml:space="preserve"> */</w:t>
        <w:br/>
        <w:t>liveSdk.on(PolyvLiveSdk.EVENTS.SET_NICK_STATUS, function (event,data) {</w:t>
        <w:br/>
        <w:tab/>
        <w:t>console.log('修改昵称状态回调', data);</w:t>
        <w:br/>
        <w:t>})</w:t>
      </w:r>
    </w:p>
    <w:p/>
    <w:p>
      <w:pPr>
        <w:pStyle w:val="Heading2"/>
      </w:pPr>
      <w:r>
        <w:t>33.点赞事件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事件名称：PolyvLiveSdk.EVENTS.LIKES(event: string, data: object)</w:t>
        <w:br/>
        <w:t xml:space="preserve"> */</w:t>
        <w:br/>
        <w:t>liveSdk.on(PolyvLiveSdk.EVENTS.LIKES, function (event,data) {</w:t>
        <w:br/>
        <w:tab/>
        <w:t>console.log('收到点赞事件', data);</w:t>
        <w:br/>
        <w:t>})</w:t>
      </w:r>
    </w:p>
    <w:p/>
    <w:p>
      <w:pPr>
        <w:pStyle w:val="Heading2"/>
      </w:pPr>
      <w:r>
        <w:t>34.最大并发登录事件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事件名称：PolyvLiveSdk.EVENTS.MAX_VIEWER_LOGIN(event: string)</w:t>
        <w:br/>
        <w:t xml:space="preserve"> */</w:t>
        <w:br/>
        <w:t>liveSdk.on(PolyvLiveSdk.EVENTS.MAX_VIEWER_LOGIN, function (event) {</w:t>
        <w:br/>
        <w:tab/>
        <w:t>console.log('收到最大并发登录事件', data);</w:t>
        <w:br/>
        <w:t xml:space="preserve">    // TODO：跳出页面/页面提示</w:t>
        <w:br/>
        <w:t>})</w:t>
      </w:r>
    </w:p>
    <w:p/>
    <w:p>
      <w:pPr>
        <w:pStyle w:val="Heading2"/>
      </w:pPr>
      <w:r>
        <w:t>35.频道内同一用户重复登录事件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事件名称：PolyvLiveSdk.EVENTS.RELOGIN(event: string, data: object)</w:t>
        <w:br/>
        <w:t xml:space="preserve"> * 频道内同一用户重复登录事件</w:t>
        <w:br/>
        <w:t xml:space="preserve"> */</w:t>
        <w:br/>
        <w:t>// 示例代码</w:t>
        <w:br/>
        <w:t>liveSdk.on(PolyvLiveSdk.EVENTS.RELOGIN, function (event,data) {</w:t>
        <w:br/>
        <w:tab/>
        <w:t>console.log('频道内同一用户重复登录事件', data);</w:t>
        <w:br/>
        <w:br/>
        <w:t xml:space="preserve">    // data返回数据,用户信息</w:t>
        <w:br/>
        <w:t xml:space="preserve">    {</w:t>
        <w:br/>
        <w:t xml:space="preserve">        EVENT: 'RELOGIN',</w:t>
        <w:br/>
        <w:t xml:space="preserve">        channelId: 'channelId',</w:t>
        <w:br/>
        <w:t xml:space="preserve">        user: {</w:t>
        <w:br/>
        <w:t xml:space="preserve">          // 用户信息</w:t>
        <w:br/>
        <w:t xml:space="preserve">        }</w:t>
        <w:br/>
        <w:t xml:space="preserve">    }</w:t>
        <w:br/>
        <w:t>})</w:t>
      </w:r>
    </w:p>
    <w:p/>
    <w:p>
      <w:pPr>
        <w:pStyle w:val="Heading2"/>
      </w:pPr>
      <w:r>
        <w:t>36.频道信息初始化失败回调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示列代码：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事件名称：PolyvLiveSdk.EVENTS.CHANNEL_DATA_INIT_ERROR(error: string, msgDetails: string)</w:t>
        <w:br/>
        <w:t xml:space="preserve"> * 频道初始化失败的回调</w:t>
        <w:br/>
        <w:t xml:space="preserve"> */</w:t>
        <w:br/>
        <w:t>// 示例代码</w:t>
        <w:br/>
        <w:t>liveSdk.on(PolyvLiveSdk.EVENTS.CHANNEL_DATA_INIT_ERROR, function (error, msgDetails) {</w:t>
        <w:br/>
        <w:tab/>
        <w:t>console.log('频道初始化失败', error, msgDetails);</w:t>
        <w:br/>
        <w:t>})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live js api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