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chat js sdk api</w:t>
      </w:r>
    </w:p>
    <w:p>
      <w:pPr>
        <w:pStyle w:val="Heading1"/>
      </w:pPr>
      <w:r>
        <w:t>创建实列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chatroom = new PolyvChatRoom({</w:t>
        <w:br/>
        <w:t xml:space="preserve">    roomId: '268682',</w:t>
        <w:br/>
        <w:t xml:space="preserve">    ...</w:t>
        <w:br/>
        <w:t>});</w:t>
      </w:r>
    </w:p>
    <w:p>
      <w:pPr>
        <w:pStyle w:val="Heading1"/>
      </w:pPr>
      <w:r>
        <w:t>相关参数说明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用户唯一id，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生成建议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用户头像，须以 'http' 或者 'https' 开头的绝对地址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用户昵称，默认为‘游客’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用户头衔，默认‘学生’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用户类型，默认为student，三分屏场景下学员需设置为slice普通学员：student云课堂学员：slice 讲师：teacher 管理员：manager助教：assistant嘉宾：guest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直播账号userId，用于开启全局严禁词和图片表情消息功能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mediaChannelKey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连麦相关参数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version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版本号，默认为2.0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聊天室消息回调函数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enableReplay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开启内容回复，默认为false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enableRedpack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是否展示红包消息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handlerEvent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点击红包消息的回调，（type, data)type: '', 红包事件类型，可选：clickRedpacketdata: '' 当前点击的红包数据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customRedpackLabel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红包文案配置{   passwordTitle: '输入口令，领取红包(custom)',   noReceive: '领取红包(custom)',   normalType: '普通红包(custom)',   passwordType: '口令红包(custom)',   rainType: '红包雨(custom)',}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customRedpackImg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红包图片配置{normalEntranceImg: '', 普通红包封面图片passwordEntranceImg: '', 口令红包封面图片rainEntranceImg: '', 红包雨封面图片}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DOM选择器，HTML元素，用于嵌入默认聊天室样式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isMobile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是否使用移动端样式， 默认值根据当前UA判断是否为移动端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注：以下参数只有在传了container参数时才生效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container宽度，默认300px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container高度，默认600px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showUserList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是否显示在线列表。PC端默认开启，移动端默认关闭。当关闭时，tabData若含有在线列表对象也不显示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enableSetNickname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是否开启设置昵称功能，默认为false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enableWelcome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是否开启欢迎语，默认为true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enableFlower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是否开启送花功能，默认为true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enableLike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是否开启点赞，默认为true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enableOnlyTeacher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是否开启只看讲师功能，默认为true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enableBulletin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是否开启公告，默认为true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enableAsk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是否开启提问，默认为true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tabData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自定义菜单栏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customChatColor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apiPrefix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自定义域名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enableRewardAnimation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是否开启打赏动画效果，默认为true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enableUpdatePageviews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是否开启热度更新，默认为true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getChatRecordBySessionIdOptions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根据传入的sessionId获取聊天记录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getChatRecordByTimeOptions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根据传入的时间获取聊天记录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showOwnInfo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是否显示自己的聊天消息的头像、头衔、昵称，默认为false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enableViewBigPicture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是否支持查看大图，默认为false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customViewPicture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function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自定义查看大图方法，需要开启enableViewBigPicture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customMessageRender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自定义消息渲染函数对象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enableBadWordsTip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是否开启严禁词提示，默认false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enableCustomMessage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是否显示http接口发送的自定义消息，默认false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enableFontSize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是否开启字体设置功能，默认false，可设置三种字体大小，sm:12px, md:14px,lg:16px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enableReplay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是否开启引用回复，默认false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newMsgTipText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新消息提示自定义中文文案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newMsgTipTextEn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新消息提示自定义英文文案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中英文，可选</w:t>
            </w:r>
            <w:r>
              <w:rPr>
                <w:rFonts w:ascii="Menlo" w:hAnsi="Menlo"/>
                <w:color w:val="444444"/>
                <w:sz w:val="17"/>
              </w:rPr>
              <w:t>'zh_CN'\|'en'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,默认</w:t>
            </w: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POLYV系统参数</w:t>
            </w:r>
          </w:p>
        </w:tc>
      </w:tr>
    </w:tbl>
    <w:p>
      <w:pPr>
        <w:spacing w:after="40"/>
      </w:pPr>
    </w:p>
    <w:p>
      <w:pPr>
        <w:pStyle w:val="Heading2"/>
      </w:pPr>
      <w:r>
        <w:t>userId 生成建议</w:t>
      </w:r>
    </w:p>
    <w:p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是聊天室中的用户唯一标识，两个相同的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登入聊天室后，后者会将前者踢出聊天室，因此不同的聊天室用户的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需要具有唯一性，生成建议如下：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如果您有用户系统，则使用用户系统中的用户 id 作为登入聊天室的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如果您没有用户系统，则在后端生成高度随机的值作为登入聊天室的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，如：「时间戳 +5 位随机数」、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uuid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等，并将该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保存到 cookie 或本地存储（localStorage 或 sessionStorage）中，避免每次刷新页面后重新生成 </w:t>
      </w:r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自定义菜单栏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tabData</w:t>
      </w:r>
      <w:r>
        <w:rPr>
          <w:rFonts w:ascii="Source Han Sans SC" w:hAnsi="Source Han Sans SC" w:eastAsia="Source Han Sans SC" w:cs="Source Han Sans SC" w:hint="eastAsia"/>
          <w:sz w:val="21"/>
        </w:rPr>
        <w:t>: 对象数组，每个对象包含两个属性name,type，默认包含聊天tab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name</w:t>
      </w:r>
      <w:r>
        <w:rPr>
          <w:rFonts w:ascii="Source Han Sans SC" w:hAnsi="Source Han Sans SC" w:eastAsia="Source Han Sans SC" w:cs="Source Han Sans SC" w:hint="eastAsia"/>
          <w:sz w:val="21"/>
        </w:rPr>
        <w:t>: 菜单栏名称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type</w:t>
      </w:r>
      <w:r>
        <w:rPr>
          <w:rFonts w:ascii="Source Han Sans SC" w:hAnsi="Source Han Sans SC" w:eastAsia="Source Han Sans SC" w:cs="Source Han Sans SC" w:hint="eastAsia"/>
          <w:sz w:val="21"/>
        </w:rPr>
        <w:t>: 菜单栏类型，若不是已有内置类型，会嵌入一个不包含任何内容的div元素到页面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已有内置类型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互动聊天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user-list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</w:t>
            </w:r>
          </w:p>
        </w:tc>
      </w:tr>
    </w:tbl>
    <w:p>
      <w:pPr>
        <w:spacing w:after="40"/>
      </w:pPr>
    </w:p>
    <w:p>
      <w:pPr>
        <w:pStyle w:val="Heading1"/>
      </w:pPr>
      <w:r>
        <w:t>自定义消息颜色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说明：修改消息字体/背景颜色，可针对自己/普通用户/管理员/讲师/助教/嘉宾修改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selfBgColor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自己消息背景颜色，默认为 #8bc34a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selfColor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自己消息颜色，默认为 #fff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普通用户消息背景颜色，默认为 #fff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普通用户消息颜色，默认为 #546e7a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specialBgColor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特殊用户消息背景颜色，可以统一设置管理员/讲师/助教/嘉宾的背景颜色，默认为 #fff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specialColor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特殊用户消息颜色，可以统一设置管理员/讲师/助教/嘉宾的消息颜色，默认为 #2196f3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managerBgColor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管理员消息背景颜色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managerColor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管理员消息颜色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讲师消息背景颜色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teacherColor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讲师消息颜色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助教消息背景颜色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助教消息颜色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guestBgColor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嘉宾消息背景颜色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guestColor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嘉宾消息颜色</w:t>
            </w:r>
          </w:p>
        </w:tc>
      </w:tr>
    </w:tbl>
    <w:p>
      <w:pPr>
        <w:spacing w:after="40"/>
      </w:pPr>
    </w:p>
    <w:p>
      <w:pPr>
        <w:pStyle w:val="Heading1"/>
      </w:pPr>
      <w:r>
        <w:t>自定义域名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socketHost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聊天室域名，默认为chat.polyv.net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chatApi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聊天室接口域名，默认为apichat.polyv.net</w:t>
            </w:r>
          </w:p>
        </w:tc>
      </w:tr>
    </w:tbl>
    <w:p>
      <w:pPr>
        <w:spacing w:after="40"/>
      </w:pPr>
    </w:p>
    <w:p>
      <w:pPr>
        <w:pStyle w:val="Heading1"/>
      </w:pPr>
      <w:r>
        <w:t>getChatRecordBySessionIdOptions对象说明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是否开启根据sessionId获取聊天记录并显示，默认为false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场次ID，当enable为true时，必传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connect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是否连接聊天室，默认为false，此时提问等需要聊天室的功能也无法使用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</w:t>
            </w:r>
          </w:p>
        </w:tc>
      </w:tr>
    </w:tbl>
    <w:p>
      <w:pPr>
        <w:spacing w:after="40"/>
      </w:pPr>
    </w:p>
    <w:p>
      <w:pPr>
        <w:pStyle w:val="Heading1"/>
      </w:pPr>
      <w:r>
        <w:t>getChatRecordByTimeOptions对象说明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是否开启根据传入的起始时间获取聊天记录并显示，默认为false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13位时间戳。开始时间，当enable为true时，必传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13位时间戳。结束时间，当enable为true时，必传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connect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是否连接聊天室，默认为false，此时提问等需要聊天室的功能也无法使用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每页显示的数据条数，默认每页显示10条数据</w:t>
            </w:r>
          </w:p>
        </w:tc>
      </w:tr>
    </w:tbl>
    <w:p>
      <w:pPr>
        <w:spacing w:after="40"/>
      </w:pPr>
    </w:p>
    <w:p>
      <w:pPr>
        <w:pStyle w:val="Heading1"/>
      </w:pPr>
      <w:r>
        <w:t>customMessageRender对象说明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格式：</w:t>
      </w:r>
      <w:r>
        <w:rPr>
          <w:rFonts w:ascii="Menlo" w:hAnsi="Menlo"/>
          <w:color w:val="444444"/>
          <w:sz w:val="20"/>
        </w:rPr>
        <w:t>{[type]: function(data){/** 将要渲染的内容返回给sdk内部进行渲染 */}}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type</w:t>
      </w:r>
      <w:r>
        <w:rPr>
          <w:rFonts w:ascii="Source Han Sans SC" w:hAnsi="Source Han Sans SC" w:eastAsia="Source Han Sans SC" w:cs="Source Han Sans SC" w:hint="eastAsia"/>
          <w:sz w:val="21"/>
        </w:rPr>
        <w:t>为渲染的消息类型，取值有：</w:t>
      </w:r>
      <w:r>
        <w:rPr>
          <w:rFonts w:ascii="Menlo" w:hAnsi="Menlo"/>
          <w:color w:val="444444"/>
          <w:sz w:val="20"/>
        </w:rPr>
        <w:t>'custom'|'flowers'|'other'|'own'|'redpack'|'redpackResult'|'reward'|'system'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data</w:t>
      </w:r>
      <w:r>
        <w:rPr>
          <w:rFonts w:ascii="Source Han Sans SC" w:hAnsi="Source Han Sans SC" w:eastAsia="Source Han Sans SC" w:cs="Source Han Sans SC" w:hint="eastAsia"/>
          <w:sz w:val="21"/>
        </w:rPr>
        <w:t>为消息数据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flowers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送花消息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other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他人的消息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own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自己的消息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redpackResult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红包领取消息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system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系统消息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例子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...</w:t>
        <w:br/>
        <w:t>customMessageRender: {</w:t>
        <w:br/>
        <w:t xml:space="preserve">    custom: function(data) {</w:t>
        <w:br/>
        <w:t xml:space="preserve">        return '&lt;div&gt;' + data + '&lt;/div&gt;';</w:t>
        <w:br/>
        <w:t xml:space="preserve">    }</w:t>
        <w:br/>
        <w:t>}</w:t>
        <w:br/>
        <w:t>...</w:t>
      </w:r>
    </w:p>
    <w:p>
      <w:pPr>
        <w:pStyle w:val="Heading1"/>
      </w:pPr>
      <w:r>
        <w:t>实例方法</w:t>
      </w:r>
    </w:p>
    <w:p>
      <w:pPr>
        <w:pStyle w:val="Heading2"/>
      </w:pPr>
      <w:r>
        <w:t>发送引用回复消息：reply(id, content)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说明：回复某一条消息</w:t>
      </w:r>
    </w:p>
    <w:p>
      <w:pPr>
        <w:pStyle w:val="Heading3"/>
      </w:pPr>
      <w:r>
        <w:t>例子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chatroom为此sdk实例对象</w:t>
        <w:br/>
        <w:t>chatroom.reply('msg_id', '回复内容');</w:t>
      </w:r>
    </w:p>
    <w:p>
      <w:pPr>
        <w:pStyle w:val="Heading3"/>
      </w:pPr>
      <w:r>
        <w:t>参数</w:t>
      </w:r>
    </w:p>
    <w:p>
      <w:r>
        <w:rPr>
          <w:rFonts w:ascii="Menlo" w:hAnsi="Menlo"/>
          <w:color w:val="444444"/>
          <w:sz w:val="20"/>
        </w:rPr>
        <w:t>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: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类型，要回复的消息id</w:t>
      </w:r>
    </w:p>
    <w:p>
      <w:r>
        <w:rPr>
          <w:rFonts w:ascii="Menlo" w:hAnsi="Menlo"/>
          <w:color w:val="444444"/>
          <w:sz w:val="20"/>
        </w:rPr>
        <w:t>content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类型, 回复的内容</w:t>
      </w:r>
    </w:p>
    <w:p>
      <w:pPr>
        <w:pStyle w:val="Heading3"/>
      </w:pPr>
      <w:r>
        <w:t>返回值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返回一个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>对象</w:t>
      </w:r>
    </w:p>
    <w:p>
      <w:pPr>
        <w:pStyle w:val="Heading2"/>
      </w:pPr>
      <w:r>
        <w:t>踢出某人：kickUser(userId, sign)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说明：将某个人踢出聊天室</w:t>
      </w:r>
    </w:p>
    <w:p>
      <w:pPr>
        <w:pStyle w:val="Heading3"/>
      </w:pPr>
      <w:r>
        <w:t>例子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chatroom.kickUser('userId', sign);</w:t>
      </w:r>
    </w:p>
    <w:p>
      <w:pPr>
        <w:pStyle w:val="Heading3"/>
      </w:pPr>
      <w:r>
        <w:t>参数</w:t>
      </w:r>
    </w:p>
    <w:p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: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类型，要踢出的用户的userId</w:t>
      </w:r>
    </w:p>
    <w:p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类型, 签名（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规则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pStyle w:val="Heading3"/>
      </w:pPr>
      <w:r>
        <w:t>返回值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返回一个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>对象</w:t>
      </w:r>
    </w:p>
    <w:p>
      <w:pPr>
        <w:pStyle w:val="Heading2"/>
      </w:pPr>
      <w:r>
        <w:t>取消踢出某人：unKickUser(userId, sign)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说明：取消踢出某人</w:t>
      </w:r>
    </w:p>
    <w:p>
      <w:pPr>
        <w:pStyle w:val="Heading3"/>
      </w:pPr>
      <w:r>
        <w:t>例子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chatroom.unKickUser('userId', sign);</w:t>
      </w:r>
    </w:p>
    <w:p>
      <w:pPr>
        <w:pStyle w:val="Heading3"/>
      </w:pPr>
      <w:r>
        <w:t>参数</w:t>
      </w:r>
    </w:p>
    <w:p>
      <w:r>
        <w:rPr>
          <w:rFonts w:ascii="Menlo" w:hAnsi="Menlo"/>
          <w:color w:val="444444"/>
          <w:sz w:val="20"/>
        </w:rPr>
        <w:t>userId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: 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类型，要取消踢出的用户的userId</w:t>
      </w:r>
    </w:p>
    <w:p>
      <w:r>
        <w:rPr>
          <w:rFonts w:ascii="Menlo" w:hAnsi="Menlo"/>
          <w:color w:val="444444"/>
          <w:sz w:val="20"/>
        </w:rPr>
        <w:t>sign</w:t>
      </w:r>
      <w:r>
        <w:rPr>
          <w:rFonts w:ascii="Source Han Sans SC" w:hAnsi="Source Han Sans SC" w:eastAsia="Source Han Sans SC" w:cs="Source Han Sans SC" w:hint="eastAsia"/>
          <w:sz w:val="21"/>
        </w:rPr>
        <w:t>：</w:t>
      </w:r>
      <w:r>
        <w:rPr>
          <w:rFonts w:ascii="Menlo" w:hAnsi="Menlo"/>
          <w:color w:val="444444"/>
          <w:sz w:val="20"/>
        </w:rPr>
        <w:t>String</w:t>
      </w:r>
      <w:r>
        <w:rPr>
          <w:rFonts w:ascii="Source Han Sans SC" w:hAnsi="Source Han Sans SC" w:eastAsia="Source Han Sans SC" w:cs="Source Han Sans SC" w:hint="eastAsia"/>
          <w:sz w:val="21"/>
        </w:rPr>
        <w:t>类型, 签名（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规则</w:t>
      </w:r>
      <w:r>
        <w:rPr>
          <w:rFonts w:ascii="Source Han Sans SC" w:hAnsi="Source Han Sans SC" w:eastAsia="Source Han Sans SC" w:cs="Source Han Sans SC" w:hint="eastAsia"/>
          <w:sz w:val="21"/>
        </w:rPr>
        <w:t>）</w:t>
      </w:r>
    </w:p>
    <w:p>
      <w:pPr>
        <w:pStyle w:val="Heading3"/>
      </w:pPr>
      <w:r>
        <w:t>返回值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返回一个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>对象</w:t>
      </w:r>
    </w:p>
    <w:p>
      <w:pPr>
        <w:pStyle w:val="Heading1"/>
      </w:pPr>
      <w:r>
        <w:t>其他</w:t>
      </w:r>
    </w:p>
    <w:p>
      <w:pPr>
        <w:pStyle w:val="Heading2"/>
      </w:pPr>
      <w:r>
        <w:t>获取chat对象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chat = chatroom.chat;</w:t>
      </w:r>
    </w:p>
    <w:p>
      <w:pPr>
        <w:pStyle w:val="Heading2"/>
      </w:pPr>
      <w:r>
        <w:t>获取socket对象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var socket = chat.socket;</w:t>
      </w:r>
    </w:p>
    <w:p>
      <w:pPr>
        <w:pStyle w:val="Heading2"/>
      </w:pPr>
      <w:r>
        <w:t>发送聊天消息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发送文本消息</w:t>
        <w:br/>
        <w:t>chat.send('hello');</w:t>
        <w:br/>
        <w:br/>
        <w:t>// 回复消息</w:t>
        <w:br/>
        <w:t>chat.send(</w:t>
        <w:br/>
        <w:t xml:space="preserve">  '回复的消息内容',</w:t>
        <w:br/>
        <w:t xml:space="preserve">  {</w:t>
        <w:br/>
        <w:t xml:space="preserve">    id: '被回复的消息 id',</w:t>
        <w:br/>
        <w:t xml:space="preserve">    content: '被回复的消息内容',</w:t>
        <w:br/>
        <w:t xml:space="preserve">    nick: '被回复的发言者昵称'</w:t>
        <w:br/>
        <w:t xml:space="preserve">  },</w:t>
        <w:br/>
        <w:t>);</w:t>
        <w:br/>
        <w:br/>
        <w:t>// 发言成功后回调</w:t>
        <w:br/>
        <w:t>chat.send('hellow', null, (id) =&gt; {</w:t>
        <w:br/>
        <w:t xml:space="preserve">  console.log('发送成功，消息 id：', id);</w:t>
        <w:br/>
        <w:t>});</w:t>
      </w:r>
    </w:p>
    <w:p>
      <w:pPr>
        <w:pStyle w:val="Heading2"/>
      </w:pPr>
      <w:r>
        <w:t>获取聊天历史记录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根据消息索引位置等选项获取聊天历史记录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chat.getChatHistory({</w:t>
        <w:br/>
        <w:t xml:space="preserve">  start: 0,</w:t>
        <w:br/>
        <w:t xml:space="preserve">  end: 10,</w:t>
        <w:br/>
        <w:t>})</w:t>
        <w:br/>
        <w:t>.then(function (data) {</w:t>
        <w:br/>
        <w:t xml:space="preserve">    // TODO:</w:t>
        <w:br/>
        <w:t xml:space="preserve">    console.log(data);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可选值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开始下标，默认为 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结束下标，默认为 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getSpecialMessage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0/1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是否只获取特殊身份的消息，传入 1 表示只获取特殊身份的消息，默认为 0</w:t>
            </w:r>
          </w:p>
        </w:tc>
      </w:tr>
    </w:tbl>
    <w:p>
      <w:pPr>
        <w:spacing w:after="40"/>
      </w:pP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原有获取历史消息记录接口已废弃</w:t>
        <w:br/>
        <w:t>chat.getHistoryMessage(start, end)</w:t>
        <w:br/>
        <w:t>.then(function (data) {</w:t>
        <w:br/>
        <w:t xml:space="preserve">    // TODO:</w:t>
        <w:br/>
        <w:t xml:space="preserve">    console.log(data);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根据场次ID（sessionId）获取聊天历史记录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chat.getHistoryMessageBySessionId({ sessionId, page , size })</w:t>
        <w:br/>
        <w:t>.then(function(data) {</w:t>
        <w:br/>
        <w:t xml:space="preserve">    // TODO:</w:t>
        <w:br/>
        <w:t xml:space="preserve">    console.log(data);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根据起始时间获取聊天历史记录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chat.getHistoryMessageByTime({ startTime, endTime, page , size })</w:t>
        <w:br/>
        <w:t>.then(function(data) {</w:t>
        <w:br/>
        <w:t xml:space="preserve">    // TODO:</w:t>
        <w:br/>
        <w:t xml:space="preserve">    console.log(data);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开始下标，默认为0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结束下标，默认为10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结果说明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data为一个对象数组，具体内容如下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发言消息文本内容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该条记录ID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发言时间戳，13位毫秒时间戳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唯一标识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banned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是否被禁言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userSource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来源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socket连接唯一id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1、clientIp默认为空，暂不支持返回内容值；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2、userType包含值可能有：空/student/slice/teacher/manager/assistant/guest/viewer等；</w:t>
      </w:r>
    </w:p>
    <w:p>
      <w:pPr>
        <w:pStyle w:val="Heading2"/>
      </w:pPr>
      <w:r>
        <w:t>获取在线列表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chat.getUserList(page, len)</w:t>
        <w:br/>
        <w:t>.then(function (data) {</w:t>
        <w:br/>
        <w:t xml:space="preserve">    // TODO</w:t>
        <w:br/>
        <w:t xml:space="preserve">    console.log(data);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页码，默认为1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条数，默认为100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结果说明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data为一个对象，具体内容如下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在线学员对象数组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userlist说明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userlist对象数组元素具体说明请参考“获取聊天历史记录”方法user说明</w:t>
      </w:r>
    </w:p>
    <w:p>
      <w:pPr>
        <w:pStyle w:val="Heading2"/>
      </w:pPr>
      <w:r>
        <w:t>获取观众的提问历史记录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chatroom.chatApi.getAskHistoryByUserId()</w:t>
        <w:br/>
        <w:t>.then(function (data) {</w:t>
        <w:br/>
        <w:t xml:space="preserve">  // TODO</w:t>
        <w:br/>
        <w:t xml:space="preserve">  console.log(data);</w:t>
        <w:br/>
        <w:t>});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入参可以是一个对象，也可以不传，默认会获取初始化 sdk 时的入参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作为对象入参时可以包含以下字段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 token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页码，大于等于 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每页长度， 大于等于1，小于等于100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结果说明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data为一个对象，具体内容如下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提问列表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list说明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 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请参考“获取聊天历史记录”方法 user 说明</w:t>
            </w:r>
          </w:p>
        </w:tc>
      </w:tr>
    </w:tbl>
    <w:p>
      <w:pPr>
        <w:spacing w:after="40"/>
      </w:pPr>
    </w:p>
    <w:p>
      <w:pPr>
        <w:pStyle w:val="Heading1"/>
      </w:pPr>
      <w:r>
        <w:t>sendMessage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说明：自己发言之后会触发此消息，会在roomMessage返回，也可以通过chat对象监听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例如：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chat.on(chat.events.SEND_MESSAGE, (event, data) =&gt; {</w:t>
        <w:br/>
        <w:t xml:space="preserve">        // TODO</w:t>
        <w:br/>
        <w:t xml:space="preserve">    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返回数据：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EVENT: "sendMessage"</w:t>
        <w:br/>
        <w:t xml:space="preserve">    content: "自己发言"</w:t>
        <w:br/>
        <w:t xml:space="preserve">    currentUser: true</w:t>
        <w:br/>
        <w:t xml:space="preserve">    custom: false</w:t>
        <w:br/>
        <w:t xml:space="preserve">    formatTime: "2019-04-25 18:06"</w:t>
        <w:br/>
        <w:t xml:space="preserve">    imgchat: false</w:t>
        <w:br/>
        <w:t xml:space="preserve">    mySelfSend: true</w:t>
        <w:br/>
        <w:t xml:space="preserve">    reward: false</w:t>
        <w:br/>
        <w:t xml:space="preserve">    time: 1556186781080</w:t>
        <w:br/>
        <w:t xml:space="preserve">    user: {</w:t>
        <w:br/>
        <w:t xml:space="preserve">        nick: "polyv",</w:t>
        <w:br/>
        <w:t xml:space="preserve">        pic: "http://livestatic.videocc.net/assets/wimages/missing_face.png",</w:t>
        <w:br/>
        <w:t xml:space="preserve">        userId: "1530756023116",</w:t>
        <w:br/>
        <w:t xml:space="preserve">        roomId: "",</w:t>
        <w:br/>
        <w:t xml:space="preserve">        channelId: ""</w:t>
        <w:br/>
        <w:t xml:space="preserve">    }</w:t>
      </w:r>
    </w:p>
    <w:p>
      <w:pPr>
        <w:pStyle w:val="Heading1"/>
      </w:pPr>
      <w:r>
        <w:t>互动功能socket消息说明</w:t>
      </w:r>
    </w:p>
    <w:p>
      <w:pPr>
        <w:pStyle w:val="Heading2"/>
      </w:pPr>
      <w:r>
        <w:t>登入消息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LOGIN: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登录消息，登录房间的时候服务器会广播这一消息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"EVENT":"LOGIN",</w:t>
        <w:br/>
        <w:t xml:space="preserve">    "onlineUserNumber":3,</w:t>
        <w:br/>
        <w:t xml:space="preserve">    "user": {</w:t>
        <w:br/>
        <w:t xml:space="preserve">        "clientIp":"59.42.43.28",</w:t>
        <w:br/>
        <w:t xml:space="preserve">        "nick":"广州观众/32199",</w:t>
        <w:br/>
        <w:t xml:space="preserve">        "pic":"//livestatic.videocc.net/v_60/assets/wimages/missing_face.png",</w:t>
        <w:br/>
        <w:t xml:space="preserve">        "roomId":"100781",</w:t>
        <w:br/>
        <w:t xml:space="preserve">        "uid":"CxJj8Ap3C9jN1UHKAJ_V",</w:t>
        <w:br/>
        <w:t xml:space="preserve">        "userId":"1499917692338"</w:t>
        <w:br/>
        <w:t xml:space="preserve">        "userType": ""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onlineUserNumber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当前房间在线总人数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用户IP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socket分配的id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用户唯一标识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用户类型。目前有：'teacher' 老师'assistant' 助教'manager' 管理员'slice' 云课堂学员</w:t>
            </w:r>
          </w:p>
        </w:tc>
      </w:tr>
    </w:tbl>
    <w:p>
      <w:pPr>
        <w:spacing w:after="40"/>
      </w:pPr>
    </w:p>
    <w:p>
      <w:pPr>
        <w:pStyle w:val="Heading2"/>
      </w:pPr>
      <w:r>
        <w:t>登出消息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LOGOUT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说明:登出消息，有人离开房间（包括刷新页面）时服务器会广播这一消息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监听回调返回数据：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EVENT: "LOGOUT",</w:t>
        <w:br/>
        <w:t>onlineUserNumber: 3,</w:t>
        <w:br/>
        <w:t>uid: "I_o3f4sHDzAHM4LVAJTX"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onlineUserNumber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当前房间在线总人数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离开人的socket.id</w:t>
            </w:r>
          </w:p>
        </w:tc>
      </w:tr>
    </w:tbl>
    <w:p>
      <w:pPr>
        <w:spacing w:after="40"/>
      </w:pPr>
    </w:p>
    <w:p>
      <w:pPr>
        <w:pStyle w:val="Heading2"/>
      </w:pPr>
      <w:r>
        <w:t>接收别人发言消息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SPEAK：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说明:发言,接收别人的发言消息(不包括自己)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socket.emit('message', JSON.stringify({</w:t>
        <w:br/>
        <w:t xml:space="preserve">    EVENT: 'SPEAK',</w:t>
        <w:br/>
        <w:t xml:space="preserve">    values: [value],                //发言内容</w:t>
        <w:br/>
        <w:t xml:space="preserve">    roomId: roomId                //当前房间号</w:t>
        <w:br/>
        <w:t>}));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必须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发言内容，提交的发言是数组的第一个元素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对应的频道号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 "SPEAK",</w:t>
        <w:br/>
        <w:t xml:space="preserve">    "id": "f1e4a960-6abc-11e7-ac0a-379e251bb30e",</w:t>
        <w:br/>
        <w:t xml:space="preserve">    "time": 1500274540278,</w:t>
        <w:br/>
        <w:t xml:space="preserve">    "user": {</w:t>
        <w:br/>
        <w:t xml:space="preserve">        "clientIp": "59.42.40.89",</w:t>
        <w:br/>
        <w:t xml:space="preserve">        "nick": "rururu",</w:t>
        <w:br/>
        <w:t xml:space="preserve">        "pic":"//livestatic.videocc.net/v_60/assets/wimages/missing_face.png",</w:t>
        <w:br/>
        <w:t xml:space="preserve">        "roomId": "100781",</w:t>
        <w:br/>
        <w:t xml:space="preserve">        "uid": "yP-HnXTEZyToxP0TAGCS",</w:t>
        <w:br/>
        <w:t xml:space="preserve">        "userId": "1500274526077",</w:t>
        <w:br/>
        <w:t xml:space="preserve">        "userType": ""</w:t>
        <w:br/>
        <w:t xml:space="preserve">    },</w:t>
        <w:br/>
        <w:t xml:space="preserve">    "values": ["sadasd"]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消息唯一标志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发言人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消息内容</w:t>
            </w:r>
          </w:p>
        </w:tc>
      </w:tr>
    </w:tbl>
    <w:p>
      <w:pPr>
        <w:spacing w:after="40"/>
      </w:pPr>
    </w:p>
    <w:p>
      <w:pPr>
        <w:pStyle w:val="Heading2"/>
      </w:pPr>
      <w:r>
        <w:t>系统公告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GONGGAO：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说明:当管理员发言时，服务器会将管理员的消息做为公告处理，当重新进入页面时，如有公告，服务器会广播这一消息。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 "GONGGAO",</w:t>
        <w:br/>
        <w:t xml:space="preserve">    "content": "POLYV保利威视"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</w:tbl>
    <w:p>
      <w:pPr>
        <w:spacing w:after="40"/>
      </w:pPr>
    </w:p>
    <w:p>
      <w:pPr>
        <w:pStyle w:val="Heading2"/>
      </w:pPr>
      <w:r>
        <w:t>普通公告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BULLETIN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说明：后台设置的公告消息，当重新进入页面时，如有公告，服务器会广播这一消息。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EVENT: "BULLETIN",</w:t>
        <w:br/>
        <w:t>content: "???/",</w:t>
        <w:br/>
        <w:t>roomId: "105240"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number/string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当前房间号(重新进入房间收到这一消息不会带roomId)</w:t>
            </w:r>
          </w:p>
        </w:tc>
      </w:tr>
    </w:tbl>
    <w:p>
      <w:pPr>
        <w:spacing w:after="40"/>
      </w:pPr>
    </w:p>
    <w:p>
      <w:pPr>
        <w:pStyle w:val="Heading2"/>
      </w:pPr>
      <w:r>
        <w:t>送花消息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FLOWERS: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说明:送花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"EVENT":"FLOWERS",</w:t>
        <w:br/>
        <w:t xml:space="preserve">    "nick":"广州观众/81366",</w:t>
        <w:br/>
        <w:t xml:space="preserve">    "uimg":"//livestatic.videocc.net/v_60/assets/wimages/missing_face.png"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送花人昵称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uimg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送花人头像(新增)</w:t>
            </w:r>
          </w:p>
        </w:tc>
      </w:tr>
    </w:tbl>
    <w:p>
      <w:pPr>
        <w:spacing w:after="40"/>
      </w:pPr>
    </w:p>
    <w:p>
      <w:pPr>
        <w:pStyle w:val="Heading2"/>
      </w:pPr>
      <w:r>
        <w:t>点赞消息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LIKES: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 点赞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"EVENT":"LIKES",</w:t>
        <w:br/>
        <w:t xml:space="preserve">    "count":160,</w:t>
        <w:br/>
        <w:t xml:space="preserve">    "nick":"广州观众/81366"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当前点赞总数，若发生消息的时候没传此属性，则不返回这个属性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点赞人昵称</w:t>
            </w:r>
          </w:p>
        </w:tc>
      </w:tr>
    </w:tbl>
    <w:p>
      <w:pPr>
        <w:spacing w:after="40"/>
      </w:pPr>
    </w:p>
    <w:p>
      <w:pPr>
        <w:pStyle w:val="Heading2"/>
      </w:pPr>
      <w:r>
        <w:t>禁言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SHIELD: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 禁言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注：userId或ip只会返回一个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EVENT: 'ADD_SHIELD',</w:t>
        <w:br/>
        <w:t xml:space="preserve">    value:  '', // 被禁言用户userId值或ip值</w:t>
        <w:br/>
        <w:t xml:space="preserve">    data: {</w:t>
        <w:br/>
        <w:t xml:space="preserve">        banType: 'userId/ip', // 禁言类型 userId/ip</w:t>
        <w:br/>
        <w:t xml:space="preserve">        userId: '', // 被禁言用户userId值</w:t>
        <w:br/>
        <w:t xml:space="preserve">        ip:'', // 被禁言用户ip值</w:t>
        <w:br/>
        <w:t xml:space="preserve">    }</w:t>
        <w:br/>
        <w:t>}</w:t>
      </w:r>
    </w:p>
    <w:p>
      <w:pPr>
        <w:pStyle w:val="Heading2"/>
      </w:pPr>
      <w:r>
        <w:t>解除禁言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REMOVE_SHIELD: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 解除禁言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解除userId</w:t>
        <w:br/>
        <w:t>{</w:t>
        <w:br/>
        <w:t xml:space="preserve">    EVENT: 'REMOVE_SHIELD',</w:t>
        <w:br/>
        <w:t xml:space="preserve">    value: '', // 被禁言用户userId值</w:t>
        <w:br/>
        <w:t xml:space="preserve">    data: {</w:t>
        <w:br/>
        <w:t xml:space="preserve">        banType: 'userId', // 禁言类型</w:t>
        <w:br/>
        <w:t xml:space="preserve">        userId: '' // 被禁言用户userId值</w:t>
        <w:br/>
        <w:t xml:space="preserve">    }</w:t>
        <w:br/>
        <w:t>}</w:t>
        <w:br/>
        <w:t>解除ip</w:t>
        <w:br/>
        <w:t>{</w:t>
        <w:br/>
        <w:t xml:space="preserve">    EVENT: 'REMOVE_SHIELD',</w:t>
        <w:br/>
        <w:t xml:space="preserve">    value: '',// 被禁言用户ip值</w:t>
        <w:br/>
        <w:t xml:space="preserve">    data: {</w:t>
        <w:br/>
        <w:t xml:space="preserve">        banType 'ip', // 禁言类型</w:t>
        <w:br/>
        <w:t xml:space="preserve">        ip: '' // 被禁言用户ip值</w:t>
        <w:br/>
        <w:t xml:space="preserve">    }</w:t>
        <w:br/>
        <w:t>}</w:t>
      </w:r>
    </w:p>
    <w:p>
      <w:pPr>
        <w:pStyle w:val="Heading2"/>
      </w:pPr>
      <w:r>
        <w:t>踢人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KICK: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 踢人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"EVENT":"KICK",</w:t>
        <w:br/>
        <w:t xml:space="preserve">    "user": {</w:t>
        <w:br/>
        <w:t xml:space="preserve">        "clientIp":"59.42.40.89",</w:t>
        <w:br/>
        <w:t xml:space="preserve">        "nick":"林林林",</w:t>
        <w:br/>
        <w:t xml:space="preserve">        "pic":"//livestatic.videocc.net/v_60/assets/wimages/missing_face.png",</w:t>
        <w:br/>
        <w:t xml:space="preserve">        "roomId":"100781",</w:t>
        <w:br/>
        <w:t xml:space="preserve">        "uid":"118GWVRA24PR14coA3bz",</w:t>
        <w:br/>
        <w:t xml:space="preserve">        "userId":"1500275476199",</w:t>
        <w:br/>
        <w:t xml:space="preserve">        "userType":""</w:t>
        <w:br/>
        <w:t xml:space="preserve">    }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被踢用户对象</w:t>
            </w:r>
          </w:p>
        </w:tc>
      </w:tr>
    </w:tbl>
    <w:p>
      <w:pPr>
        <w:spacing w:after="40"/>
      </w:pPr>
    </w:p>
    <w:p>
      <w:pPr>
        <w:pStyle w:val="Heading2"/>
      </w:pPr>
      <w:r>
        <w:t>解除踢人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UNKICK: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 解除踢人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解除userId</w:t>
        <w:br/>
        <w:t>{</w:t>
        <w:br/>
        <w:t xml:space="preserve">    "EVENT":"UNKICK",</w:t>
        <w:br/>
        <w:t xml:space="preserve">    "kickType": "userId"</w:t>
        <w:br/>
        <w:t xml:space="preserve">    "userId": "1500275476199" //踢出值</w:t>
        <w:br/>
        <w:t>}</w:t>
        <w:br/>
        <w:t>解除ip</w:t>
        <w:br/>
        <w:t>{</w:t>
        <w:br/>
        <w:t xml:space="preserve">    "EVENT":"UNKICK",</w:t>
        <w:br/>
        <w:t xml:space="preserve">    "kickType": "ip"</w:t>
        <w:br/>
        <w:t xml:space="preserve">    "ip": "127.0.0.1" //踢出值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kickType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踢出方式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踢出IP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踢出userId</w:t>
            </w:r>
          </w:p>
        </w:tc>
      </w:tr>
    </w:tbl>
    <w:p>
      <w:pPr>
        <w:spacing w:after="40"/>
      </w:pPr>
    </w:p>
    <w:p>
      <w:pPr>
        <w:pStyle w:val="Heading2"/>
      </w:pPr>
      <w:r>
        <w:t>删除某条聊天记录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REMOVE_CONTENT: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说明:删除某条聊天记录，需要通过HTTP接口调用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"EVENT":"REMOVE_CONTENT",</w:t>
        <w:br/>
        <w:t xml:space="preserve">    "content":"asd",</w:t>
        <w:br/>
        <w:t xml:space="preserve">    "id":"54b04e90-6acd-11e7-abcd-a985dda00975",</w:t>
        <w:br/>
        <w:t xml:space="preserve">    "roomId":"100781"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删除的内容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删除内容对应的id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</w:tbl>
    <w:p>
      <w:pPr>
        <w:spacing w:after="40"/>
      </w:pPr>
    </w:p>
    <w:p>
      <w:pPr>
        <w:pStyle w:val="Heading2"/>
      </w:pPr>
      <w:r>
        <w:t>清空聊天记录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REMOVE_HISTORY: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说明:清空聊天记录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"EVENT":"REMOVE_HISTORY"</w:t>
        <w:br/>
        <w:t>}</w:t>
      </w:r>
    </w:p>
    <w:p>
      <w:pPr>
        <w:pStyle w:val="Heading2"/>
      </w:pPr>
      <w:r>
        <w:t>关闭聊天室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CLOSEROOM: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说明:关闭聊天室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"EVENT":"CLOSEROOM",</w:t>
        <w:br/>
        <w:t xml:space="preserve">    "value": {</w:t>
        <w:br/>
        <w:t xml:space="preserve">      "closed":true,</w:t>
        <w:br/>
        <w:t xml:space="preserve">      "roomId":"100781"</w:t>
        <w:br/>
        <w:t xml:space="preserve">    }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true为关闭,false为开启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</w:tbl>
    <w:p>
      <w:pPr>
        <w:spacing w:after="40"/>
      </w:pPr>
    </w:p>
    <w:p>
      <w:pPr>
        <w:pStyle w:val="Heading2"/>
      </w:pPr>
      <w:r>
        <w:t>关闭弹幕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CLOSE_DANMU: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说明:关闭弹幕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 "CLOSE_DANMU",</w:t>
        <w:br/>
        <w:t xml:space="preserve">    "isClose": true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isClose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true为关闭,false为开启</w:t>
            </w:r>
          </w:p>
        </w:tc>
      </w:tr>
    </w:tbl>
    <w:p>
      <w:pPr>
        <w:spacing w:after="40"/>
      </w:pPr>
    </w:p>
    <w:p>
      <w:pPr>
        <w:pStyle w:val="Heading2"/>
      </w:pPr>
      <w:r>
        <w:t>接口发送自定义消息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说明：通过api接口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发送自定义消息</w:t>
      </w:r>
    </w:p>
    <w:p>
      <w:pPr>
        <w:pStyle w:val="Heading2"/>
      </w:pPr>
      <w:r>
        <w:t>自定义消息接收事件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CUSTOMER_MESSAGE: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说明：自定义消息接收事件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监听回调返回的数据: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 : "CUSTOMER_MESSAGE",</w:t>
        <w:br/>
        <w:t xml:space="preserve">    "id":"30764b70-33cb-11ed-b2d4-85c1d25442a0",</w:t>
        <w:br/>
        <w:t xml:space="preserve">    "roomId" : 100781,</w:t>
        <w:br/>
        <w:t xml:space="preserve">    "image":"http://livestatic.videocc.net/assets/wimages/pc_images/logo.png",</w:t>
        <w:br/>
        <w:t xml:space="preserve">    "content" : "这是一条自定义消息" ,</w:t>
        <w:br/>
        <w:t xml:space="preserve">    "user" : {}</w:t>
        <w:br/>
        <w:t>}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消息图片(根据发送的消息是否有图片决定)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消息内容</w:t>
            </w:r>
          </w:p>
        </w:tc>
      </w:tr>
    </w:tbl>
    <w:p>
      <w:pPr>
        <w:spacing w:after="40"/>
      </w:pPr>
    </w:p>
    <w:p>
      <w:pPr>
        <w:pStyle w:val="Heading2"/>
      </w:pPr>
      <w:r>
        <w:t>答题卡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说明：答题卡包含”快速问答“和”答题卡“两个功能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GET_TEST_QUESTION_CONTENT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说明：获取答题卡题目和选项内容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答题类型，1表示快速问答，0表示答题卡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题目类型，（快速问答无此类型题目）R表示单选C表示多选S表示评分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题目答案，多个答案则直接拼接，如选A和B，则返回AB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选择项1，选项最少2个，最多5个。注：当使用”导入题库“导入题目时，会多出5个选项（option6~option10），值都为null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选择项5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提示语1，提示语只有在题目类型为评分时才有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提示语2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提示语4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提示语5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GET_TEST_QUESTION_RESULT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说明：获取答题卡答题结果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题目详情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答题结果属性说明：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singleResult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各个选项被选次数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回答总人数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rightUser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答对学员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faultUser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答错学员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答题类型，1表示快速问答，0表示答题卡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题目类型，（快速问答无此类型题目）R表示单选C表示多选S表示评分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ANSWER_TEST_QUESTION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说明：发送答案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socket.emit('message', JSON.stringify({</w:t>
        <w:br/>
        <w:t xml:space="preserve">    EVENT: 'ANSWER_TEST_QUESTION',</w:t>
        <w:br/>
        <w:t xml:space="preserve">    roomId: channelId,</w:t>
        <w:br/>
        <w:t xml:space="preserve">    nick: nick,</w:t>
        <w:br/>
        <w:t xml:space="preserve">    userId: userId,</w:t>
        <w:br/>
        <w:t xml:space="preserve">    option: result,</w:t>
        <w:br/>
        <w:t xml:space="preserve">    questionId: questionId</w:t>
        <w:br/>
        <w:t>}));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学生ID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选择的答案，多选时直接将多个答案拼接。如，选A和B，则option为AB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问题ID</w:t>
            </w:r>
          </w:p>
        </w:tc>
      </w:tr>
    </w:tbl>
    <w:p>
      <w:pPr>
        <w:spacing w:after="40"/>
      </w:pPr>
    </w:p>
    <w:p>
      <w:pPr>
        <w:pStyle w:val="Heading2"/>
      </w:pPr>
      <w:r>
        <w:t>咨询提问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S_QUESTION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说明：学生提问内容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EVENT: 'S_QUESTION',</w:t>
        <w:br/>
        <w:t xml:space="preserve">    roomId: roomId,</w:t>
        <w:br/>
        <w:t xml:space="preserve">    user: {</w:t>
        <w:br/>
        <w:t xml:space="preserve">        nick: nick,</w:t>
        <w:br/>
        <w:t xml:space="preserve">        pic: pic,</w:t>
        <w:br/>
        <w:t xml:space="preserve">        userId: userId,</w:t>
        <w:br/>
        <w:t xml:space="preserve">        userType: 'student'</w:t>
        <w:br/>
        <w:t xml:space="preserve">    },</w:t>
        <w:br/>
        <w:t xml:space="preserve">    content: value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提问内容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用户信息说明：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学员id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T_ANSWER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说明：老师/管理员/助教回复提问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EVENT: 'T_ANSWER',</w:t>
        <w:br/>
        <w:t xml:space="preserve">    roomId: roomId,</w:t>
        <w:br/>
        <w:t xml:space="preserve">    user: {</w:t>
        <w:br/>
        <w:t xml:space="preserve">        nick: nick,</w:t>
        <w:br/>
        <w:t xml:space="preserve">        pic: pic,</w:t>
        <w:br/>
        <w:t xml:space="preserve">        userId: userId,</w:t>
        <w:br/>
        <w:t xml:space="preserve">        userType: 'teacher',</w:t>
        <w:br/>
        <w:t xml:space="preserve">        actor: actor</w:t>
        <w:br/>
        <w:t xml:space="preserve">    },</w:t>
        <w:br/>
        <w:t xml:space="preserve">    s_userId: s_userId</w:t>
        <w:br/>
        <w:t xml:space="preserve">    content: value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s_userId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被回复学员的id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回复内容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用户信息说明：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讲师/助教/管理员id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类型：teacher/assistant/manager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</w:t>
            </w:r>
          </w:p>
        </w:tc>
      </w:tr>
    </w:tbl>
    <w:p>
      <w:pPr>
        <w:spacing w:after="40"/>
      </w:pPr>
    </w:p>
    <w:p>
      <w:pPr>
        <w:pStyle w:val="Heading2"/>
      </w:pPr>
      <w:r>
        <w:t>问卷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START_QUESTIONNAIRE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说明：开始问卷调查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问卷内容说明：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问卷创建时间，13位毫秒级时间戳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问卷状态，saved：保存，published：已发布，forbidden：禁止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问题信息,为一个对象数组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问题信息说明：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题目类型，R：单选，C：多选，Q：问答，X 评星题（五星），S：评分题（10分），J：判断题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题目答案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required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是否必填，Y：是，N：否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是否为得分题，Y：是，N：否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option6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option7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option8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option9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题目选项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ANSWER_QUESTIONNAIRE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说明：学生提交问卷答案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socket.emit('message', JSON.stringify({</w:t>
        <w:br/>
        <w:t xml:space="preserve">    EVENT: 'ANSWER_QUESTIONNAIRE',</w:t>
        <w:br/>
        <w:t xml:space="preserve">    roomId: roomId,</w:t>
        <w:br/>
        <w:t xml:space="preserve">    nick: nick,</w:t>
        <w:br/>
        <w:t xml:space="preserve">    userId: userId,</w:t>
        <w:br/>
        <w:t xml:space="preserve">    questionnaireId: questionnaireId,</w:t>
        <w:br/>
        <w:t xml:space="preserve">    answer: [</w:t>
        <w:br/>
        <w:t xml:space="preserve">        {</w:t>
        <w:br/>
        <w:t xml:space="preserve">            questionId: 'f8bbo3rhrq',</w:t>
        <w:br/>
        <w:t xml:space="preserve">            answer: 'A'</w:t>
        <w:br/>
        <w:t xml:space="preserve">        },</w:t>
        <w:br/>
        <w:t xml:space="preserve">        {</w:t>
        <w:br/>
        <w:t xml:space="preserve">            questionId: 'f8bbo3rhlw',</w:t>
        <w:br/>
        <w:t xml:space="preserve">            answer: "BC"</w:t>
        <w:br/>
        <w:t xml:space="preserve">        },</w:t>
        <w:br/>
        <w:t xml:space="preserve">        {</w:t>
        <w:br/>
        <w:t xml:space="preserve">            questionId: 'f8bbo3rhht',</w:t>
        <w:br/>
        <w:t xml:space="preserve">            answer: 'polyv'</w:t>
        <w:br/>
        <w:t xml:space="preserve">        }</w:t>
        <w:br/>
        <w:t xml:space="preserve">    ]</w:t>
        <w:br/>
        <w:t>}));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学生昵称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学生对应的userId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学生的答案，为一个对象数组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答案字段说明：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题目ID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答案，如果为选择题，则为ABCD，如果为问答题，为学生填写输入框的内容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补充：更多题目类型-答案格式请请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STOP_QUESTIONNAIRE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说明：老师停止问卷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QUESTIONNAIRE_ACHIEVEMENT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说明：讲师点击发送问卷结果按钮，如果学员有回答问卷，则该学员在观看端会收到问卷排名结果事件。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值为QUESTIONNAIRE_ACHIEVEMENT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totalScore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该学员回答该问卷的总分数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该学员的userId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该学员提交问卷答案时的时间戳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questionnaireId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问卷id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该学员在本次问卷中分数的排名，从1开始计</w:t>
            </w:r>
          </w:p>
        </w:tc>
      </w:tr>
    </w:tbl>
    <w:p>
      <w:pPr>
        <w:spacing w:after="40"/>
      </w:pPr>
    </w:p>
    <w:p>
      <w:pPr>
        <w:pStyle w:val="Heading2"/>
      </w:pPr>
      <w:r>
        <w:t>自定义消息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说明：客户可以根据自己的业务需求，自己定义想要的消息去广播。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socket.emit('customMessage', JSON.stringify({</w:t>
        <w:br/>
        <w:t xml:space="preserve">    EVENT: 'myMessage',</w:t>
        <w:br/>
        <w:t xml:space="preserve">    version: '1.0',</w:t>
        <w:br/>
        <w:t xml:space="preserve">    emitMode: 1,</w:t>
        <w:br/>
        <w:t xml:space="preserve">    roomId: roomId,</w:t>
        <w:br/>
        <w:t xml:space="preserve">    data: {</w:t>
        <w:br/>
        <w:t xml:space="preserve">        company: 'polyv'</w:t>
        <w:br/>
        <w:t xml:space="preserve">    },</w:t>
        <w:br/>
        <w:t xml:space="preserve">    tip: '我的自定义消息',</w:t>
        <w:br/>
        <w:t>}));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字段说明：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自定义消息类型，事件字符长度不大于20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version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自定义消息版本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emitMode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是否广播给自己，0：表示广播所有人包括自己，1：表示广播给所有人除了自己，2：表示只发送给自己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对应的频道号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自定义消息内容，由客户定义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自定义消息类型，事件字符长度不大于20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version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emitMode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是否广播给自己，0：表示广播所有人包括自己，1：表示广播给所有人除了自己，2：表示只发送给自己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对应的频道号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自定义消息内容，由客户定义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提示语</w:t>
            </w:r>
          </w:p>
        </w:tc>
      </w:tr>
    </w:tbl>
    <w:p>
      <w:pPr>
        <w:spacing w:after="40"/>
      </w:pPr>
    </w:p>
    <w:p>
      <w:pPr>
        <w:pStyle w:val="Heading2"/>
      </w:pPr>
      <w:r>
        <w:t>签到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SIGN_IN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说明：发起签到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值为SIGN_IN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包含四个属性：message：签到文案；limitTime：签到时间(单位秒)；sessionId：直播场次ID；checkinId：签到场次ID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STOP_SIGN_IN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说明：结束签到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值为STOP_SIGN_IN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TO_SIGN_IN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说明：学员签到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值为TO_SIGN_IN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签到学员信息，包含两个属性：nick：学员昵称，userId：学员ID</w:t>
            </w:r>
          </w:p>
        </w:tc>
      </w:tr>
    </w:tbl>
    <w:p>
      <w:pPr>
        <w:spacing w:after="40"/>
      </w:pPr>
    </w:p>
    <w:p>
      <w:pPr>
        <w:pStyle w:val="Heading2"/>
      </w:pPr>
      <w:r>
        <w:t>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说明：抽奖是通过http接口发起的，以下消息是服务器广播给页面的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LotteryStart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说明：开始抽奖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值为LotteryStart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当前抽奖场次id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LotteryEnd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说明：结束抽奖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值为LotteryEnd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当前抽奖场次id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中奖人员，包含中奖人员基本信息以及中奖码winnerCode。若没中奖为空数组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"EVENT":"LotteryEnd",</w:t>
        <w:br/>
        <w:t xml:space="preserve">    "channelId":"",</w:t>
        <w:br/>
        <w:t xml:space="preserve">    "sessionId":"fajrsh0uqj",</w:t>
        <w:br/>
        <w:t xml:space="preserve">    "lotteryId":"fapcpw06l2",</w:t>
        <w:br/>
        <w:t xml:space="preserve">    "prize":"耳机",</w:t>
        <w:br/>
        <w:t xml:space="preserve">    "data":[</w:t>
        <w:br/>
        <w:t xml:space="preserve">        {</w:t>
        <w:br/>
        <w:t xml:space="preserve">            "banned":false,</w:t>
        <w:br/>
        <w:t xml:space="preserve">            "channelId":"",</w:t>
        <w:br/>
        <w:t xml:space="preserve">            "clientIp":"",</w:t>
        <w:br/>
        <w:t xml:space="preserve">            "nick":"广州观众/97375",</w:t>
        <w:br/>
        <w:t xml:space="preserve">            "pic":"//livestatic.videocc.net/v_268/assets/wimages/missing_face.png",</w:t>
        <w:br/>
        <w:t xml:space="preserve">            "roomId":"",</w:t>
        <w:br/>
        <w:t xml:space="preserve">            "uid":"lbcCDoikWTniMk1pAMkI",</w:t>
        <w:br/>
        <w:t xml:space="preserve">            "userId":"1553597220784",</w:t>
        <w:br/>
        <w:t xml:space="preserve">            "userType":"student",</w:t>
        <w:br/>
        <w:t xml:space="preserve">            "winnerCode":"xXYMNZJR"</w:t>
        <w:br/>
        <w:t xml:space="preserve">        }</w:t>
        <w:br/>
        <w:t xml:space="preserve">    ]</w:t>
        <w:br/>
        <w:t>}</w:t>
      </w:r>
    </w:p>
    <w:p>
      <w:pPr>
        <w:pStyle w:val="Heading3"/>
      </w:pPr>
      <w:r>
        <w:t>其他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提交中奖者信息需要调用http接口，详见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抽奖-提交中奖者信息</w:t>
      </w:r>
    </w:p>
    <w:p>
      <w:pPr>
        <w:pStyle w:val="Heading2"/>
      </w:pPr>
      <w:r>
        <w:t>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注：打赏需通过http接口触发，详见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打赏-发送打赏消息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REWARD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说明：打赏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值为REWARD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打赏内容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打赏内容说明：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rewardContent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打赏内容：礼物打赏为礼物名称，现金打赏为金额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礼物打赏为礼物图片，现金打赏为空</w:t>
            </w:r>
          </w:p>
        </w:tc>
      </w:tr>
    </w:tbl>
    <w:p>
      <w:pPr>
        <w:spacing w:after="40"/>
      </w:pPr>
    </w:p>
    <w:p>
      <w:pPr>
        <w:pStyle w:val="Heading1"/>
      </w:pPr>
      <w:r>
        <w:t>签名生成规则</w:t>
      </w:r>
    </w:p>
    <w:p>
      <w:r>
        <w:rPr>
          <w:rFonts w:ascii="Menlo" w:hAnsi="Menlo"/>
          <w:color w:val="444444"/>
          <w:sz w:val="20"/>
        </w:rPr>
        <w:t>md5(key+roomId)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key的取值请咨询客服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chat js sdk api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