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chat js sdk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该SDK是用于web端接入POLYV直播服务，包括云课堂和直播助手发起的直播的web端观看，POLYV聊天室服务，兼容PC以及移动端观看。</w:t>
      </w:r>
    </w:p>
    <w:p>
      <w:pPr>
        <w:pStyle w:val="Heading1"/>
      </w:pPr>
      <w:r>
        <w:t>DEMO地址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· demo</w:t>
      </w:r>
    </w:p>
    <w:p>
      <w:pPr>
        <w:pStyle w:val="Heading1"/>
      </w:pPr>
      <w:r>
        <w:t>示列代码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· 聊天室</w:t>
      </w:r>
    </w:p>
    <w:p>
      <w:pPr>
        <w:pStyle w:val="Heading1"/>
      </w:pPr>
      <w:r>
        <w:t>快速开始</w:t>
      </w:r>
    </w:p>
    <w:p>
      <w:pPr>
        <w:pStyle w:val="Heading2"/>
      </w:pPr>
      <w:r>
        <w:t>第一步：引入聊天室css和js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&lt;link rel="stylesheet" href="https://player.polyv.net/jssdk/polyv-chatroom.min.css"&gt;</w:t>
        <w:br/>
        <w:t>&lt;script src="https://player.polyv.net/jssdk/polyv-chatroom.min.js"&gt;&lt;/script&gt;</w:t>
      </w:r>
    </w:p>
    <w:p>
      <w:pPr>
        <w:pStyle w:val="Heading2"/>
      </w:pPr>
      <w:r>
        <w:t>第二步：创建初始化聊天室html元素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id="wrap"&gt;&lt;/div&gt;</w:t>
      </w:r>
    </w:p>
    <w:p>
      <w:pPr>
        <w:pStyle w:val="Heading2"/>
      </w:pPr>
      <w:r>
        <w:t>第三步：请求token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需要先请求以下接口获取token和mediaChannelKey，传给js-sdk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/live/api/channel/operate/get_chat_token</w:t>
      </w:r>
    </w:p>
    <w:p>
      <w:pPr>
        <w:pStyle w:val="Heading2"/>
      </w:pPr>
      <w:r>
        <w:t>第四步：创建SDK实例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chatroom = new PolyvChatRoom({</w:t>
        <w:br/>
        <w:t xml:space="preserve">    roomId: '268682',</w:t>
        <w:br/>
        <w:t xml:space="preserve">    userId: '153075602311',</w:t>
        <w:br/>
        <w:t xml:space="preserve">    nick: '游客',</w:t>
        <w:br/>
        <w:t xml:space="preserve">    pic: 'http://livestatic.videocc.net/assets/wimages/missing_face.png',</w:t>
        <w:br/>
        <w:t xml:space="preserve">    token: token,// 请求token返回</w:t>
        <w:br/>
        <w:t xml:space="preserve">    mediaChannelKey: mediaChannelKey,// 请求token返回</w:t>
        <w:br/>
        <w:t xml:space="preserve">    version: '2.0',</w:t>
        <w:br/>
        <w:t xml:space="preserve">    container: '#wrap',</w:t>
        <w:br/>
        <w:t xml:space="preserve">    width: 300,</w:t>
        <w:br/>
        <w:t xml:space="preserve">    height: 600,</w:t>
        <w:br/>
        <w:t xml:space="preserve">    userType: '',</w:t>
        <w:br/>
        <w:t xml:space="preserve">    roomMessage: function(data) {</w:t>
        <w:br/>
        <w:t xml:space="preserve">        // TODO</w:t>
        <w:br/>
        <w:t xml:space="preserve">        // data为聊天室socket消息，当有聊天室消息时会触发此方法</w:t>
        <w:br/>
        <w:t xml:space="preserve">        console.log(data);</w:t>
        <w:br/>
        <w:t xml:space="preserve">    }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 js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